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D50C" w14:textId="5D5A8241" w:rsidR="004561B5" w:rsidRDefault="004561B5" w:rsidP="004561B5">
      <w:pPr>
        <w:pStyle w:val="Heading1"/>
        <w:jc w:val="center"/>
        <w:rPr>
          <w:sz w:val="40"/>
          <w:szCs w:val="40"/>
          <w:u w:val="single"/>
        </w:rPr>
      </w:pPr>
      <w:r w:rsidRPr="00A200B2">
        <w:rPr>
          <w:sz w:val="40"/>
          <w:szCs w:val="40"/>
          <w:u w:val="single"/>
        </w:rPr>
        <w:t>AGENDA FOR ANGELICA TOWN BOARD MEETING</w:t>
      </w:r>
      <w:r w:rsidR="009A78CD" w:rsidRPr="00A200B2">
        <w:rPr>
          <w:sz w:val="40"/>
          <w:szCs w:val="40"/>
          <w:u w:val="single"/>
        </w:rPr>
        <w:t xml:space="preserve"> </w:t>
      </w:r>
      <w:r w:rsidR="00FA3A53">
        <w:rPr>
          <w:sz w:val="40"/>
          <w:szCs w:val="40"/>
          <w:u w:val="single"/>
        </w:rPr>
        <w:t>JUNE 8</w:t>
      </w:r>
      <w:r w:rsidRPr="00A200B2">
        <w:rPr>
          <w:sz w:val="40"/>
          <w:szCs w:val="40"/>
          <w:u w:val="single"/>
        </w:rPr>
        <w:t>, 202</w:t>
      </w:r>
      <w:r w:rsidR="00454FA9" w:rsidRPr="00A200B2">
        <w:rPr>
          <w:sz w:val="40"/>
          <w:szCs w:val="40"/>
          <w:u w:val="single"/>
        </w:rPr>
        <w:t>6</w:t>
      </w:r>
    </w:p>
    <w:p w14:paraId="1C8735CE" w14:textId="6E2AD793" w:rsidR="00EC1ACB" w:rsidRPr="009340AB" w:rsidRDefault="000F5DF6" w:rsidP="00EC1AC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14:paraId="0E61039D" w14:textId="2B9ACBA9" w:rsidR="00DD3E22" w:rsidRPr="009340AB" w:rsidRDefault="009B3937" w:rsidP="009B3937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Call to Order and Pledge of Allegiance</w:t>
      </w:r>
    </w:p>
    <w:p w14:paraId="766C1355" w14:textId="763539A9" w:rsidR="004561B5" w:rsidRDefault="004561B5" w:rsidP="00DD3E22">
      <w:pPr>
        <w:pStyle w:val="ListNumber"/>
        <w:numPr>
          <w:ilvl w:val="0"/>
          <w:numId w:val="1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of Minutes of Previous Meeting.</w:t>
      </w:r>
      <w:r w:rsidR="00BA7237">
        <w:rPr>
          <w:rFonts w:asciiTheme="majorHAnsi" w:hAnsiTheme="majorHAnsi"/>
          <w:sz w:val="24"/>
          <w:szCs w:val="24"/>
        </w:rPr>
        <w:t xml:space="preserve"> May 11, 2026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</w:p>
    <w:p w14:paraId="2B2EAC40" w14:textId="1DA3853C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Abstracts: Generals and Highways</w:t>
      </w:r>
      <w:r w:rsidR="00A0403C" w:rsidRPr="009340AB">
        <w:rPr>
          <w:rFonts w:asciiTheme="majorHAnsi" w:hAnsiTheme="majorHAnsi"/>
          <w:sz w:val="24"/>
          <w:szCs w:val="24"/>
        </w:rPr>
        <w:t xml:space="preserve">.  </w:t>
      </w:r>
    </w:p>
    <w:p w14:paraId="1775C03D" w14:textId="06B8FEAA" w:rsidR="009B3937" w:rsidRPr="009340AB" w:rsidRDefault="009B3937" w:rsidP="009B3937">
      <w:pPr>
        <w:pStyle w:val="ListNumber"/>
        <w:numPr>
          <w:ilvl w:val="0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Approval and totals by fund</w:t>
      </w:r>
      <w:r w:rsidR="00895262">
        <w:rPr>
          <w:rFonts w:asciiTheme="majorHAnsi" w:hAnsiTheme="majorHAnsi"/>
          <w:sz w:val="24"/>
          <w:szCs w:val="24"/>
        </w:rPr>
        <w:t>:</w:t>
      </w:r>
    </w:p>
    <w:p w14:paraId="7D9F094A" w14:textId="0D013A69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 FUND Townwide: $</w:t>
      </w:r>
      <w:r w:rsidR="004F7DA5">
        <w:rPr>
          <w:rFonts w:asciiTheme="majorHAnsi" w:hAnsiTheme="majorHAnsi"/>
          <w:sz w:val="24"/>
          <w:szCs w:val="24"/>
        </w:rPr>
        <w:t>33,673.19</w:t>
      </w:r>
    </w:p>
    <w:p w14:paraId="429E0038" w14:textId="50AEE611" w:rsidR="00241C93" w:rsidRPr="009340AB" w:rsidRDefault="00241C93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GENERAL FUND Outside:  $</w:t>
      </w:r>
      <w:r w:rsidR="00E820C9">
        <w:rPr>
          <w:rFonts w:asciiTheme="majorHAnsi" w:hAnsiTheme="majorHAnsi"/>
          <w:sz w:val="24"/>
          <w:szCs w:val="24"/>
        </w:rPr>
        <w:t>60.32</w:t>
      </w:r>
    </w:p>
    <w:p w14:paraId="358BB5C6" w14:textId="3DB1EC2F" w:rsidR="002F177E" w:rsidRDefault="002F177E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Townwide: $</w:t>
      </w:r>
      <w:r w:rsidR="008C7330">
        <w:rPr>
          <w:rFonts w:asciiTheme="majorHAnsi" w:hAnsiTheme="majorHAnsi"/>
          <w:sz w:val="24"/>
          <w:szCs w:val="24"/>
        </w:rPr>
        <w:t>44,322.24</w:t>
      </w:r>
    </w:p>
    <w:p w14:paraId="1CA7088C" w14:textId="01539F62" w:rsidR="00241C93" w:rsidRDefault="0081224F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HIGHWAY Outside: $</w:t>
      </w:r>
      <w:r w:rsidR="00AF79DC">
        <w:rPr>
          <w:rFonts w:asciiTheme="majorHAnsi" w:hAnsiTheme="majorHAnsi"/>
          <w:sz w:val="24"/>
          <w:szCs w:val="24"/>
        </w:rPr>
        <w:t>8,977.64</w:t>
      </w:r>
    </w:p>
    <w:p w14:paraId="0E39645A" w14:textId="19FBA6F6" w:rsidR="001D59C0" w:rsidRPr="009340AB" w:rsidRDefault="00B26C84" w:rsidP="002F177E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CAPTIAL: </w:t>
      </w:r>
      <w:r w:rsidR="001E46FD">
        <w:rPr>
          <w:rFonts w:asciiTheme="majorHAnsi" w:hAnsiTheme="majorHAnsi"/>
          <w:sz w:val="24"/>
          <w:szCs w:val="24"/>
        </w:rPr>
        <w:t>SALT STG: $</w:t>
      </w:r>
      <w:r w:rsidR="00E820C9">
        <w:rPr>
          <w:rFonts w:asciiTheme="majorHAnsi" w:hAnsiTheme="majorHAnsi"/>
          <w:sz w:val="24"/>
          <w:szCs w:val="24"/>
        </w:rPr>
        <w:t xml:space="preserve"> -0-</w:t>
      </w:r>
    </w:p>
    <w:p w14:paraId="2E6DF34B" w14:textId="0D2AAE80" w:rsidR="00BB680A" w:rsidRPr="00166585" w:rsidRDefault="002F177E" w:rsidP="00BB680A">
      <w:pPr>
        <w:pStyle w:val="ListNumber"/>
        <w:numPr>
          <w:ilvl w:val="1"/>
          <w:numId w:val="16"/>
        </w:numPr>
        <w:rPr>
          <w:rFonts w:asciiTheme="majorHAnsi" w:hAnsiTheme="majorHAnsi"/>
          <w:sz w:val="24"/>
          <w:szCs w:val="24"/>
        </w:rPr>
      </w:pPr>
      <w:r w:rsidRPr="00166585">
        <w:rPr>
          <w:rFonts w:asciiTheme="majorHAnsi" w:hAnsiTheme="majorHAnsi"/>
          <w:sz w:val="24"/>
          <w:szCs w:val="24"/>
        </w:rPr>
        <w:t>TOTAL COMBINED: $</w:t>
      </w:r>
      <w:r w:rsidR="00AF79DC">
        <w:rPr>
          <w:rFonts w:asciiTheme="majorHAnsi" w:hAnsiTheme="majorHAnsi"/>
          <w:sz w:val="24"/>
          <w:szCs w:val="24"/>
        </w:rPr>
        <w:t>87,033.39</w:t>
      </w:r>
    </w:p>
    <w:p w14:paraId="3E6813EA" w14:textId="77777777" w:rsidR="00BB680A" w:rsidRPr="00BB680A" w:rsidRDefault="00BB680A" w:rsidP="00BB680A">
      <w:pPr>
        <w:pStyle w:val="ListNumber"/>
        <w:numPr>
          <w:ilvl w:val="0"/>
          <w:numId w:val="0"/>
        </w:numPr>
        <w:ind w:left="1440"/>
        <w:rPr>
          <w:rFonts w:asciiTheme="majorHAnsi" w:hAnsiTheme="majorHAnsi"/>
          <w:b/>
          <w:bCs/>
          <w:sz w:val="24"/>
          <w:szCs w:val="24"/>
        </w:rPr>
      </w:pPr>
    </w:p>
    <w:p w14:paraId="495158B2" w14:textId="3BE79FEC" w:rsidR="000C460E" w:rsidRDefault="00311F56" w:rsidP="00465E7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Battery </w:t>
      </w:r>
      <w:r w:rsidR="00DF0D34">
        <w:rPr>
          <w:rFonts w:asciiTheme="majorHAnsi" w:hAnsiTheme="majorHAnsi"/>
          <w:sz w:val="24"/>
          <w:szCs w:val="24"/>
        </w:rPr>
        <w:t xml:space="preserve">Energy </w:t>
      </w:r>
      <w:r w:rsidRPr="009340AB">
        <w:rPr>
          <w:rFonts w:asciiTheme="majorHAnsi" w:hAnsiTheme="majorHAnsi"/>
          <w:sz w:val="24"/>
          <w:szCs w:val="24"/>
        </w:rPr>
        <w:t xml:space="preserve">Storage </w:t>
      </w:r>
      <w:r w:rsidR="00DF0D34">
        <w:rPr>
          <w:rFonts w:asciiTheme="majorHAnsi" w:hAnsiTheme="majorHAnsi"/>
          <w:sz w:val="24"/>
          <w:szCs w:val="24"/>
        </w:rPr>
        <w:t>System (BESS) Update</w:t>
      </w:r>
      <w:r w:rsidR="00423163">
        <w:rPr>
          <w:rFonts w:asciiTheme="majorHAnsi" w:hAnsiTheme="majorHAnsi"/>
          <w:sz w:val="24"/>
          <w:szCs w:val="24"/>
        </w:rPr>
        <w:t>/Discussion</w:t>
      </w:r>
      <w:r w:rsidR="0087266F">
        <w:rPr>
          <w:rFonts w:asciiTheme="majorHAnsi" w:hAnsiTheme="majorHAnsi"/>
          <w:sz w:val="24"/>
          <w:szCs w:val="24"/>
        </w:rPr>
        <w:t>: (G. Kelly)</w:t>
      </w:r>
    </w:p>
    <w:p w14:paraId="3892DD34" w14:textId="767E1334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Budget Sheets and Supervisor’s Reports</w:t>
      </w:r>
      <w:r w:rsidR="0045075F" w:rsidRPr="009340AB">
        <w:rPr>
          <w:rFonts w:asciiTheme="majorHAnsi" w:hAnsiTheme="majorHAnsi"/>
          <w:sz w:val="24"/>
          <w:szCs w:val="24"/>
        </w:rPr>
        <w:t xml:space="preserve"> for Month of </w:t>
      </w:r>
      <w:r w:rsidR="00755FDE">
        <w:rPr>
          <w:rFonts w:asciiTheme="majorHAnsi" w:hAnsiTheme="majorHAnsi"/>
          <w:sz w:val="24"/>
          <w:szCs w:val="24"/>
        </w:rPr>
        <w:t xml:space="preserve">May </w:t>
      </w:r>
      <w:r w:rsidR="0045075F" w:rsidRPr="009340AB">
        <w:rPr>
          <w:rFonts w:asciiTheme="majorHAnsi" w:hAnsiTheme="majorHAnsi"/>
          <w:sz w:val="24"/>
          <w:szCs w:val="24"/>
        </w:rPr>
        <w:t>2026</w:t>
      </w:r>
      <w:r w:rsidR="0038354C" w:rsidRPr="009340AB">
        <w:rPr>
          <w:rFonts w:asciiTheme="majorHAnsi" w:hAnsiTheme="majorHAnsi"/>
          <w:sz w:val="24"/>
          <w:szCs w:val="24"/>
        </w:rPr>
        <w:t xml:space="preserve">. Motion to approve. </w:t>
      </w:r>
    </w:p>
    <w:p w14:paraId="44C5D31B" w14:textId="3FF47A2D" w:rsidR="00474C09" w:rsidRPr="009340AB" w:rsidRDefault="00474C09" w:rsidP="00474C09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General</w:t>
      </w:r>
      <w:r w:rsidR="00A8798A">
        <w:rPr>
          <w:rFonts w:asciiTheme="majorHAnsi" w:hAnsiTheme="majorHAnsi"/>
          <w:sz w:val="24"/>
          <w:szCs w:val="24"/>
        </w:rPr>
        <w:t>/Captial</w:t>
      </w:r>
      <w:r w:rsidRPr="009340AB">
        <w:rPr>
          <w:rFonts w:asciiTheme="majorHAnsi" w:hAnsiTheme="majorHAnsi"/>
          <w:sz w:val="24"/>
          <w:szCs w:val="24"/>
        </w:rPr>
        <w:t xml:space="preserve"> Fund: Revenues: $</w:t>
      </w:r>
      <w:r w:rsidR="002F5AF2">
        <w:rPr>
          <w:rFonts w:asciiTheme="majorHAnsi" w:hAnsiTheme="majorHAnsi"/>
          <w:sz w:val="24"/>
          <w:szCs w:val="24"/>
        </w:rPr>
        <w:t>84,067.82</w:t>
      </w:r>
      <w:r w:rsidR="00755FDE">
        <w:rPr>
          <w:rFonts w:asciiTheme="majorHAnsi" w:hAnsiTheme="majorHAnsi"/>
          <w:sz w:val="24"/>
          <w:szCs w:val="24"/>
        </w:rPr>
        <w:t xml:space="preserve"> </w:t>
      </w:r>
      <w:r w:rsidR="00A859BA" w:rsidRPr="009340AB">
        <w:rPr>
          <w:rFonts w:asciiTheme="majorHAnsi" w:hAnsiTheme="majorHAnsi"/>
          <w:sz w:val="24"/>
          <w:szCs w:val="24"/>
        </w:rPr>
        <w:t>/</w:t>
      </w:r>
      <w:r w:rsidRPr="009340AB">
        <w:rPr>
          <w:rFonts w:asciiTheme="majorHAnsi" w:hAnsiTheme="majorHAnsi"/>
          <w:sz w:val="24"/>
          <w:szCs w:val="24"/>
        </w:rPr>
        <w:t xml:space="preserve">Expenses: </w:t>
      </w:r>
      <w:r w:rsidR="000537E0">
        <w:rPr>
          <w:rFonts w:asciiTheme="majorHAnsi" w:hAnsiTheme="majorHAnsi"/>
          <w:sz w:val="24"/>
          <w:szCs w:val="24"/>
        </w:rPr>
        <w:t>$</w:t>
      </w:r>
      <w:r w:rsidR="00A8798A">
        <w:rPr>
          <w:rFonts w:asciiTheme="majorHAnsi" w:hAnsiTheme="majorHAnsi"/>
          <w:sz w:val="24"/>
          <w:szCs w:val="24"/>
        </w:rPr>
        <w:t>52,149.11</w:t>
      </w:r>
    </w:p>
    <w:p w14:paraId="0A1ACAE7" w14:textId="078ECE70" w:rsidR="0045075F" w:rsidRDefault="00474C09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Highway: Revenues: $</w:t>
      </w:r>
      <w:r w:rsidR="00DA4D9C">
        <w:rPr>
          <w:rFonts w:asciiTheme="majorHAnsi" w:hAnsiTheme="majorHAnsi"/>
          <w:sz w:val="24"/>
          <w:szCs w:val="24"/>
        </w:rPr>
        <w:t>5,078.53</w:t>
      </w:r>
      <w:r w:rsidR="00BA1E7E" w:rsidRPr="009340AB">
        <w:rPr>
          <w:rFonts w:asciiTheme="majorHAnsi" w:hAnsiTheme="majorHAnsi"/>
          <w:sz w:val="24"/>
          <w:szCs w:val="24"/>
        </w:rPr>
        <w:t>/Expenses: $</w:t>
      </w:r>
      <w:r w:rsidR="00DA4D9C">
        <w:rPr>
          <w:rFonts w:asciiTheme="majorHAnsi" w:hAnsiTheme="majorHAnsi"/>
          <w:sz w:val="24"/>
          <w:szCs w:val="24"/>
        </w:rPr>
        <w:t>41,280.83</w:t>
      </w:r>
    </w:p>
    <w:p w14:paraId="360820B6" w14:textId="3DF50FE1" w:rsidR="00834C2B" w:rsidRPr="009340AB" w:rsidRDefault="00834C2B" w:rsidP="00A200B2">
      <w:pPr>
        <w:pStyle w:val="ListNumber"/>
        <w:numPr>
          <w:ilvl w:val="1"/>
          <w:numId w:val="5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Received </w:t>
      </w:r>
      <w:r w:rsidR="00D74E39">
        <w:rPr>
          <w:rFonts w:asciiTheme="majorHAnsi" w:hAnsiTheme="majorHAnsi"/>
          <w:sz w:val="24"/>
          <w:szCs w:val="24"/>
        </w:rPr>
        <w:t xml:space="preserve">$60,000 in the form of a Tipping Fees Bonus </w:t>
      </w:r>
      <w:r>
        <w:rPr>
          <w:rFonts w:asciiTheme="majorHAnsi" w:hAnsiTheme="majorHAnsi"/>
          <w:sz w:val="24"/>
          <w:szCs w:val="24"/>
        </w:rPr>
        <w:t xml:space="preserve">from Casella </w:t>
      </w:r>
      <w:r w:rsidR="00F23807">
        <w:rPr>
          <w:rFonts w:asciiTheme="majorHAnsi" w:hAnsiTheme="majorHAnsi"/>
          <w:sz w:val="24"/>
          <w:szCs w:val="24"/>
        </w:rPr>
        <w:t>which is reflected in the amounts above.</w:t>
      </w:r>
    </w:p>
    <w:p w14:paraId="00DD2EA9" w14:textId="177C6D7B" w:rsidR="004B15C0" w:rsidRPr="004B15C0" w:rsidRDefault="004561B5" w:rsidP="004B15C0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Financial Reports:</w:t>
      </w:r>
      <w:r w:rsidR="00A0403C" w:rsidRPr="009340AB">
        <w:rPr>
          <w:rFonts w:asciiTheme="majorHAnsi" w:hAnsiTheme="majorHAnsi"/>
          <w:sz w:val="24"/>
          <w:szCs w:val="24"/>
        </w:rPr>
        <w:t xml:space="preserve">  </w:t>
      </w:r>
      <w:r w:rsidRPr="009340AB">
        <w:rPr>
          <w:rFonts w:asciiTheme="majorHAnsi" w:hAnsiTheme="majorHAnsi"/>
          <w:sz w:val="24"/>
          <w:szCs w:val="24"/>
        </w:rPr>
        <w:br/>
        <w:t xml:space="preserve">   a. NYCLASS Report for </w:t>
      </w:r>
      <w:r w:rsidR="004D630D">
        <w:rPr>
          <w:rFonts w:asciiTheme="majorHAnsi" w:hAnsiTheme="majorHAnsi"/>
          <w:sz w:val="24"/>
          <w:szCs w:val="24"/>
        </w:rPr>
        <w:t xml:space="preserve">May </w:t>
      </w:r>
      <w:r w:rsidR="00031109">
        <w:rPr>
          <w:rFonts w:asciiTheme="majorHAnsi" w:hAnsiTheme="majorHAnsi"/>
          <w:sz w:val="24"/>
          <w:szCs w:val="24"/>
        </w:rPr>
        <w:t>2026</w:t>
      </w:r>
      <w:r w:rsidRPr="009340AB">
        <w:rPr>
          <w:rFonts w:asciiTheme="majorHAnsi" w:hAnsiTheme="majorHAnsi"/>
          <w:sz w:val="24"/>
          <w:szCs w:val="24"/>
        </w:rPr>
        <w:t>.</w:t>
      </w:r>
      <w:r w:rsidR="0038354C" w:rsidRPr="009340AB">
        <w:rPr>
          <w:rFonts w:asciiTheme="majorHAnsi" w:hAnsiTheme="majorHAnsi"/>
          <w:sz w:val="24"/>
          <w:szCs w:val="24"/>
        </w:rPr>
        <w:t xml:space="preserve"> </w:t>
      </w:r>
      <w:r w:rsidR="00975E58">
        <w:rPr>
          <w:rFonts w:asciiTheme="majorHAnsi" w:hAnsiTheme="majorHAnsi"/>
          <w:sz w:val="24"/>
          <w:szCs w:val="24"/>
        </w:rPr>
        <w:t xml:space="preserve"> </w:t>
      </w:r>
    </w:p>
    <w:p w14:paraId="12BF45C9" w14:textId="536754F8" w:rsidR="00CB3792" w:rsidRPr="002371E2" w:rsidRDefault="00AA6E30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Total NYCLASS Earnings</w:t>
      </w:r>
      <w:r w:rsidR="000E5720">
        <w:rPr>
          <w:rFonts w:asciiTheme="majorHAnsi" w:hAnsiTheme="majorHAnsi"/>
          <w:sz w:val="24"/>
          <w:szCs w:val="24"/>
        </w:rPr>
        <w:t xml:space="preserve"> Current Month: $1</w:t>
      </w:r>
      <w:r w:rsidR="0037630A">
        <w:rPr>
          <w:rFonts w:asciiTheme="majorHAnsi" w:hAnsiTheme="majorHAnsi"/>
          <w:sz w:val="24"/>
          <w:szCs w:val="24"/>
        </w:rPr>
        <w:t>3,271.39</w:t>
      </w:r>
    </w:p>
    <w:p w14:paraId="40767419" w14:textId="6F69AB7B" w:rsidR="00CB3792" w:rsidRPr="002371E2" w:rsidRDefault="00CB3792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 xml:space="preserve">Average Monthly Rate = </w:t>
      </w:r>
      <w:r w:rsidRPr="0006296C">
        <w:rPr>
          <w:rFonts w:asciiTheme="majorHAnsi" w:hAnsiTheme="majorHAnsi"/>
          <w:b/>
          <w:bCs/>
          <w:sz w:val="24"/>
          <w:szCs w:val="24"/>
        </w:rPr>
        <w:t>3.5</w:t>
      </w:r>
      <w:r w:rsidR="001E53C0">
        <w:rPr>
          <w:rFonts w:asciiTheme="majorHAnsi" w:hAnsiTheme="majorHAnsi"/>
          <w:b/>
          <w:bCs/>
          <w:sz w:val="24"/>
          <w:szCs w:val="24"/>
        </w:rPr>
        <w:t>05</w:t>
      </w:r>
      <w:r w:rsidRPr="0006296C">
        <w:rPr>
          <w:rFonts w:asciiTheme="majorHAnsi" w:hAnsiTheme="majorHAnsi"/>
          <w:b/>
          <w:bCs/>
          <w:sz w:val="24"/>
          <w:szCs w:val="24"/>
        </w:rPr>
        <w:t>%</w:t>
      </w:r>
    </w:p>
    <w:p w14:paraId="56807CED" w14:textId="7C2A8FE8" w:rsidR="009E71FE" w:rsidRPr="002371E2" w:rsidRDefault="009E71FE" w:rsidP="00474C09">
      <w:pPr>
        <w:pStyle w:val="ListParagraph"/>
        <w:ind w:firstLine="720"/>
        <w:rPr>
          <w:rFonts w:asciiTheme="majorHAnsi" w:hAnsiTheme="majorHAnsi"/>
          <w:sz w:val="24"/>
          <w:szCs w:val="24"/>
        </w:rPr>
      </w:pPr>
      <w:r w:rsidRPr="002371E2">
        <w:rPr>
          <w:rFonts w:asciiTheme="majorHAnsi" w:hAnsiTheme="majorHAnsi"/>
          <w:sz w:val="24"/>
          <w:szCs w:val="24"/>
        </w:rPr>
        <w:t>Total NYCLASS Balance = $</w:t>
      </w:r>
      <w:r w:rsidR="002371E2" w:rsidRPr="002371E2">
        <w:rPr>
          <w:rFonts w:asciiTheme="majorHAnsi" w:hAnsiTheme="majorHAnsi"/>
          <w:sz w:val="24"/>
          <w:szCs w:val="24"/>
        </w:rPr>
        <w:t>4,4</w:t>
      </w:r>
      <w:r w:rsidR="0037630A">
        <w:rPr>
          <w:rFonts w:asciiTheme="majorHAnsi" w:hAnsiTheme="majorHAnsi"/>
          <w:sz w:val="24"/>
          <w:szCs w:val="24"/>
        </w:rPr>
        <w:t>65,002.94</w:t>
      </w:r>
    </w:p>
    <w:p w14:paraId="3F13FE1D" w14:textId="5D65A7A4" w:rsidR="004561B5" w:rsidRPr="009340AB" w:rsidRDefault="004561B5" w:rsidP="004561B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Business Review.</w:t>
      </w:r>
      <w:r w:rsidR="00A0403C" w:rsidRPr="009340AB">
        <w:rPr>
          <w:rFonts w:asciiTheme="majorHAnsi" w:hAnsiTheme="majorHAnsi"/>
          <w:sz w:val="24"/>
          <w:szCs w:val="24"/>
        </w:rPr>
        <w:t xml:space="preserve">  Motio</w:t>
      </w:r>
      <w:r w:rsidR="00454FA9" w:rsidRPr="009340AB">
        <w:rPr>
          <w:rFonts w:asciiTheme="majorHAnsi" w:hAnsiTheme="majorHAnsi"/>
          <w:sz w:val="24"/>
          <w:szCs w:val="24"/>
        </w:rPr>
        <w:t>n</w:t>
      </w:r>
      <w:r w:rsidR="00A0403C" w:rsidRPr="009340AB">
        <w:rPr>
          <w:rFonts w:asciiTheme="majorHAnsi" w:hAnsiTheme="majorHAnsi"/>
          <w:sz w:val="24"/>
          <w:szCs w:val="24"/>
        </w:rPr>
        <w:t xml:space="preserve"> to accept and approve by:</w:t>
      </w:r>
    </w:p>
    <w:p w14:paraId="7D086A22" w14:textId="73377BCA" w:rsidR="004561B5" w:rsidRDefault="00A0403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4561B5" w:rsidRPr="009340AB">
        <w:rPr>
          <w:rFonts w:asciiTheme="majorHAnsi" w:hAnsiTheme="majorHAnsi"/>
          <w:sz w:val="24"/>
          <w:szCs w:val="24"/>
        </w:rPr>
        <w:t>Town Clerk’s Report</w:t>
      </w:r>
      <w:r w:rsidRPr="009340AB">
        <w:rPr>
          <w:rFonts w:asciiTheme="majorHAnsi" w:hAnsiTheme="majorHAnsi"/>
          <w:sz w:val="24"/>
          <w:szCs w:val="24"/>
        </w:rPr>
        <w:t>:</w:t>
      </w:r>
      <w:r w:rsidR="000A4160">
        <w:rPr>
          <w:rFonts w:asciiTheme="majorHAnsi" w:hAnsiTheme="majorHAnsi"/>
          <w:sz w:val="24"/>
          <w:szCs w:val="24"/>
        </w:rPr>
        <w:t xml:space="preserve">  </w:t>
      </w:r>
      <w:r w:rsidR="004A3D73">
        <w:rPr>
          <w:rFonts w:asciiTheme="majorHAnsi" w:hAnsiTheme="majorHAnsi"/>
          <w:sz w:val="24"/>
          <w:szCs w:val="24"/>
        </w:rPr>
        <w:t>$</w:t>
      </w:r>
      <w:r w:rsidR="00112424">
        <w:rPr>
          <w:rFonts w:asciiTheme="majorHAnsi" w:hAnsiTheme="majorHAnsi"/>
          <w:sz w:val="24"/>
          <w:szCs w:val="24"/>
        </w:rPr>
        <w:t>4,689.00</w:t>
      </w:r>
      <w:r w:rsidR="004A3D73">
        <w:rPr>
          <w:rFonts w:asciiTheme="majorHAnsi" w:hAnsiTheme="majorHAnsi"/>
          <w:sz w:val="24"/>
          <w:szCs w:val="24"/>
        </w:rPr>
        <w:t xml:space="preserve"> total collected in</w:t>
      </w:r>
      <w:r w:rsidR="009E1504">
        <w:rPr>
          <w:rFonts w:asciiTheme="majorHAnsi" w:hAnsiTheme="majorHAnsi"/>
          <w:sz w:val="24"/>
          <w:szCs w:val="24"/>
        </w:rPr>
        <w:t xml:space="preserve"> </w:t>
      </w:r>
      <w:r w:rsidR="000A2BDF">
        <w:rPr>
          <w:rFonts w:asciiTheme="majorHAnsi" w:hAnsiTheme="majorHAnsi"/>
          <w:sz w:val="24"/>
          <w:szCs w:val="24"/>
        </w:rPr>
        <w:t>May</w:t>
      </w:r>
      <w:r w:rsidR="004A3D73">
        <w:rPr>
          <w:rFonts w:asciiTheme="majorHAnsi" w:hAnsiTheme="majorHAnsi"/>
          <w:sz w:val="24"/>
          <w:szCs w:val="24"/>
        </w:rPr>
        <w:t xml:space="preserve"> 2026</w:t>
      </w:r>
    </w:p>
    <w:p w14:paraId="36BEBB2C" w14:textId="16DA8978" w:rsidR="00863CDC" w:rsidRPr="009340AB" w:rsidRDefault="00863CDC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$</w:t>
      </w:r>
      <w:r w:rsidR="000A2BDF">
        <w:rPr>
          <w:rFonts w:asciiTheme="majorHAnsi" w:hAnsiTheme="majorHAnsi"/>
          <w:sz w:val="24"/>
          <w:szCs w:val="24"/>
        </w:rPr>
        <w:t>4,496.46</w:t>
      </w:r>
      <w:r>
        <w:rPr>
          <w:rFonts w:asciiTheme="majorHAnsi" w:hAnsiTheme="majorHAnsi"/>
          <w:sz w:val="24"/>
          <w:szCs w:val="24"/>
        </w:rPr>
        <w:t xml:space="preserve"> paid to Town Supervisor</w:t>
      </w:r>
      <w:r w:rsidR="007E1B76">
        <w:rPr>
          <w:rFonts w:asciiTheme="majorHAnsi" w:hAnsiTheme="majorHAnsi"/>
          <w:sz w:val="24"/>
          <w:szCs w:val="24"/>
        </w:rPr>
        <w:t xml:space="preserve"> </w:t>
      </w:r>
    </w:p>
    <w:p w14:paraId="0243E8F6" w14:textId="65D13DA8" w:rsidR="00A0403C" w:rsidRPr="009340AB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</w:t>
      </w:r>
      <w:r w:rsidR="00C3300A">
        <w:rPr>
          <w:rFonts w:asciiTheme="majorHAnsi" w:hAnsiTheme="majorHAnsi"/>
          <w:sz w:val="24"/>
          <w:szCs w:val="24"/>
        </w:rPr>
        <w:t>s</w:t>
      </w:r>
      <w:r w:rsidRPr="009340AB">
        <w:rPr>
          <w:rFonts w:asciiTheme="majorHAnsi" w:hAnsiTheme="majorHAnsi"/>
          <w:sz w:val="24"/>
          <w:szCs w:val="24"/>
        </w:rPr>
        <w:t xml:space="preserve">:  </w:t>
      </w:r>
      <w:r w:rsidR="00126854" w:rsidRPr="009340AB">
        <w:rPr>
          <w:rFonts w:asciiTheme="majorHAnsi" w:hAnsiTheme="majorHAnsi"/>
          <w:sz w:val="24"/>
          <w:szCs w:val="24"/>
        </w:rPr>
        <w:t>$</w:t>
      </w:r>
      <w:r w:rsidR="00C3300A">
        <w:rPr>
          <w:rFonts w:asciiTheme="majorHAnsi" w:hAnsiTheme="majorHAnsi"/>
          <w:sz w:val="24"/>
          <w:szCs w:val="24"/>
        </w:rPr>
        <w:t>169</w:t>
      </w:r>
      <w:r w:rsidR="00475EC8" w:rsidRPr="009340AB">
        <w:rPr>
          <w:rFonts w:asciiTheme="majorHAnsi" w:hAnsiTheme="majorHAnsi"/>
          <w:sz w:val="24"/>
          <w:szCs w:val="24"/>
        </w:rPr>
        <w:t xml:space="preserve"> ($</w:t>
      </w:r>
      <w:r w:rsidR="00C3300A">
        <w:rPr>
          <w:rFonts w:asciiTheme="majorHAnsi" w:hAnsiTheme="majorHAnsi"/>
          <w:sz w:val="24"/>
          <w:szCs w:val="24"/>
        </w:rPr>
        <w:t>149</w:t>
      </w:r>
      <w:r w:rsidR="00F11BE2">
        <w:rPr>
          <w:rFonts w:asciiTheme="majorHAnsi" w:hAnsiTheme="majorHAnsi"/>
          <w:sz w:val="24"/>
          <w:szCs w:val="24"/>
        </w:rPr>
        <w:t xml:space="preserve"> </w:t>
      </w:r>
      <w:r w:rsidR="00475EC8" w:rsidRPr="009340AB">
        <w:rPr>
          <w:rFonts w:asciiTheme="majorHAnsi" w:hAnsiTheme="majorHAnsi"/>
          <w:sz w:val="24"/>
          <w:szCs w:val="24"/>
        </w:rPr>
        <w:t>to Town, $</w:t>
      </w:r>
      <w:r w:rsidR="00611FA8">
        <w:rPr>
          <w:rFonts w:asciiTheme="majorHAnsi" w:hAnsiTheme="majorHAnsi"/>
          <w:sz w:val="24"/>
          <w:szCs w:val="24"/>
        </w:rPr>
        <w:t>20</w:t>
      </w:r>
      <w:r w:rsidR="00475EC8" w:rsidRPr="009340AB">
        <w:rPr>
          <w:rFonts w:asciiTheme="majorHAnsi" w:hAnsiTheme="majorHAnsi"/>
          <w:sz w:val="24"/>
          <w:szCs w:val="24"/>
        </w:rPr>
        <w:t xml:space="preserve"> to NYS</w:t>
      </w:r>
      <w:r w:rsidR="00F11BE2">
        <w:rPr>
          <w:rFonts w:asciiTheme="majorHAnsi" w:hAnsiTheme="majorHAnsi"/>
          <w:sz w:val="24"/>
          <w:szCs w:val="24"/>
        </w:rPr>
        <w:t xml:space="preserve"> Animal Population Control</w:t>
      </w:r>
      <w:r w:rsidR="00475EC8" w:rsidRPr="009340AB">
        <w:rPr>
          <w:rFonts w:asciiTheme="majorHAnsi" w:hAnsiTheme="majorHAnsi"/>
          <w:sz w:val="24"/>
          <w:szCs w:val="24"/>
        </w:rPr>
        <w:t>)</w:t>
      </w:r>
    </w:p>
    <w:p w14:paraId="39980A40" w14:textId="6F8E48A2" w:rsidR="00A0403C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DECALS:</w:t>
      </w:r>
      <w:r w:rsidR="00126854" w:rsidRPr="009340AB">
        <w:rPr>
          <w:rFonts w:asciiTheme="majorHAnsi" w:hAnsiTheme="majorHAnsi"/>
          <w:sz w:val="24"/>
          <w:szCs w:val="24"/>
        </w:rPr>
        <w:t xml:space="preserve"> $</w:t>
      </w:r>
      <w:r w:rsidR="00E861F4">
        <w:rPr>
          <w:rFonts w:asciiTheme="majorHAnsi" w:hAnsiTheme="majorHAnsi"/>
          <w:sz w:val="24"/>
          <w:szCs w:val="24"/>
        </w:rPr>
        <w:t>135</w:t>
      </w:r>
      <w:r w:rsidR="00B169BF">
        <w:rPr>
          <w:rFonts w:asciiTheme="majorHAnsi" w:hAnsiTheme="majorHAnsi"/>
          <w:sz w:val="24"/>
          <w:szCs w:val="24"/>
        </w:rPr>
        <w:t xml:space="preserve"> (</w:t>
      </w:r>
      <w:r w:rsidR="00FD0BA5">
        <w:rPr>
          <w:rFonts w:asciiTheme="majorHAnsi" w:hAnsiTheme="majorHAnsi"/>
          <w:sz w:val="24"/>
          <w:szCs w:val="24"/>
        </w:rPr>
        <w:t>$</w:t>
      </w:r>
      <w:r w:rsidR="00611FA8">
        <w:rPr>
          <w:rFonts w:asciiTheme="majorHAnsi" w:hAnsiTheme="majorHAnsi"/>
          <w:sz w:val="24"/>
          <w:szCs w:val="24"/>
        </w:rPr>
        <w:t>7.46</w:t>
      </w:r>
      <w:r w:rsidR="00C37CAB">
        <w:rPr>
          <w:rFonts w:asciiTheme="majorHAnsi" w:hAnsiTheme="majorHAnsi"/>
          <w:sz w:val="24"/>
          <w:szCs w:val="24"/>
        </w:rPr>
        <w:t>Town/ $</w:t>
      </w:r>
      <w:r w:rsidR="00611FA8">
        <w:rPr>
          <w:rFonts w:asciiTheme="majorHAnsi" w:hAnsiTheme="majorHAnsi"/>
          <w:sz w:val="24"/>
          <w:szCs w:val="24"/>
        </w:rPr>
        <w:t>127.54</w:t>
      </w:r>
      <w:r w:rsidR="00C37CAB">
        <w:rPr>
          <w:rFonts w:asciiTheme="majorHAnsi" w:hAnsiTheme="majorHAnsi"/>
          <w:sz w:val="24"/>
          <w:szCs w:val="24"/>
        </w:rPr>
        <w:t xml:space="preserve"> NYSDEC)</w:t>
      </w:r>
    </w:p>
    <w:p w14:paraId="06EA04D2" w14:textId="33143614" w:rsidR="00E6430B" w:rsidRPr="009340AB" w:rsidRDefault="00E6430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Marriage Licenses: $</w:t>
      </w:r>
      <w:r w:rsidR="00F65687">
        <w:rPr>
          <w:rFonts w:asciiTheme="majorHAnsi" w:hAnsiTheme="majorHAnsi"/>
          <w:sz w:val="24"/>
          <w:szCs w:val="24"/>
        </w:rPr>
        <w:t>105</w:t>
      </w:r>
      <w:r>
        <w:rPr>
          <w:rFonts w:asciiTheme="majorHAnsi" w:hAnsiTheme="majorHAnsi"/>
          <w:sz w:val="24"/>
          <w:szCs w:val="24"/>
        </w:rPr>
        <w:t xml:space="preserve"> (</w:t>
      </w:r>
      <w:r w:rsidR="00F65687">
        <w:rPr>
          <w:rFonts w:asciiTheme="majorHAnsi" w:hAnsiTheme="majorHAnsi"/>
          <w:sz w:val="24"/>
          <w:szCs w:val="24"/>
        </w:rPr>
        <w:t>$</w:t>
      </w:r>
      <w:r w:rsidR="008B72F7">
        <w:rPr>
          <w:rFonts w:asciiTheme="majorHAnsi" w:hAnsiTheme="majorHAnsi"/>
          <w:sz w:val="24"/>
          <w:szCs w:val="24"/>
        </w:rPr>
        <w:t>60</w:t>
      </w:r>
      <w:r>
        <w:rPr>
          <w:rFonts w:asciiTheme="majorHAnsi" w:hAnsiTheme="majorHAnsi"/>
          <w:sz w:val="24"/>
          <w:szCs w:val="24"/>
        </w:rPr>
        <w:t xml:space="preserve"> to Town/</w:t>
      </w:r>
      <w:r w:rsidR="00744624">
        <w:rPr>
          <w:rFonts w:asciiTheme="majorHAnsi" w:hAnsiTheme="majorHAnsi"/>
          <w:sz w:val="24"/>
          <w:szCs w:val="24"/>
        </w:rPr>
        <w:t>$</w:t>
      </w:r>
      <w:r w:rsidR="008B72F7">
        <w:rPr>
          <w:rFonts w:asciiTheme="majorHAnsi" w:hAnsiTheme="majorHAnsi"/>
          <w:sz w:val="24"/>
          <w:szCs w:val="24"/>
        </w:rPr>
        <w:t>45</w:t>
      </w:r>
      <w:r w:rsidR="00744624">
        <w:rPr>
          <w:rFonts w:asciiTheme="majorHAnsi" w:hAnsiTheme="majorHAnsi"/>
          <w:sz w:val="24"/>
          <w:szCs w:val="24"/>
        </w:rPr>
        <w:t xml:space="preserve"> to NYS DOH)</w:t>
      </w:r>
    </w:p>
    <w:p w14:paraId="238E1693" w14:textId="16F1209B" w:rsidR="00126854" w:rsidRDefault="00A0403C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Other: </w:t>
      </w:r>
      <w:r w:rsidR="00126854" w:rsidRPr="009340AB">
        <w:rPr>
          <w:rFonts w:asciiTheme="majorHAnsi" w:hAnsiTheme="majorHAnsi"/>
          <w:sz w:val="24"/>
          <w:szCs w:val="24"/>
        </w:rPr>
        <w:t>ATV’s $</w:t>
      </w:r>
      <w:r w:rsidR="008B72F7">
        <w:rPr>
          <w:rFonts w:asciiTheme="majorHAnsi" w:hAnsiTheme="majorHAnsi"/>
          <w:sz w:val="24"/>
          <w:szCs w:val="24"/>
        </w:rPr>
        <w:t>85</w:t>
      </w:r>
    </w:p>
    <w:p w14:paraId="7BE60491" w14:textId="6ECC123F" w:rsidR="00F6034B" w:rsidRDefault="00F6034B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 Lot</w:t>
      </w:r>
      <w:r w:rsidR="00F11BE2">
        <w:rPr>
          <w:rFonts w:asciiTheme="majorHAnsi" w:hAnsiTheme="majorHAnsi"/>
          <w:sz w:val="24"/>
          <w:szCs w:val="24"/>
        </w:rPr>
        <w:t xml:space="preserve"> Sales</w:t>
      </w:r>
      <w:r>
        <w:rPr>
          <w:rFonts w:asciiTheme="majorHAnsi" w:hAnsiTheme="majorHAnsi"/>
          <w:sz w:val="24"/>
          <w:szCs w:val="24"/>
        </w:rPr>
        <w:t>: $</w:t>
      </w:r>
      <w:r w:rsidR="00563B84">
        <w:rPr>
          <w:rFonts w:asciiTheme="majorHAnsi" w:hAnsiTheme="majorHAnsi"/>
          <w:sz w:val="24"/>
          <w:szCs w:val="24"/>
        </w:rPr>
        <w:t>900</w:t>
      </w:r>
    </w:p>
    <w:p w14:paraId="5ABE277B" w14:textId="4EC8E5CA" w:rsidR="00563B84" w:rsidRPr="009340AB" w:rsidRDefault="00563B8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Memorial Bases: 2,145</w:t>
      </w:r>
    </w:p>
    <w:p w14:paraId="154DFBEB" w14:textId="0D7B8193" w:rsidR="00A0403C" w:rsidRDefault="00BB71E1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Grave Digging: $</w:t>
      </w:r>
      <w:r w:rsidR="00B7343E">
        <w:rPr>
          <w:rFonts w:asciiTheme="majorHAnsi" w:hAnsiTheme="majorHAnsi"/>
          <w:sz w:val="24"/>
          <w:szCs w:val="24"/>
        </w:rPr>
        <w:t>1,150</w:t>
      </w:r>
    </w:p>
    <w:p w14:paraId="2DC4EEE2" w14:textId="03D71FDA" w:rsidR="009F5670" w:rsidRDefault="00744624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Certified Copes: </w:t>
      </w:r>
      <w:r w:rsidR="00B34875">
        <w:rPr>
          <w:rFonts w:asciiTheme="majorHAnsi" w:hAnsiTheme="majorHAnsi"/>
          <w:sz w:val="24"/>
          <w:szCs w:val="24"/>
        </w:rPr>
        <w:t>-0-</w:t>
      </w:r>
    </w:p>
    <w:p w14:paraId="59624CB8" w14:textId="410BF457" w:rsidR="00B6232D" w:rsidRDefault="00B6232D" w:rsidP="005932BC">
      <w:pPr>
        <w:pStyle w:val="ListNumber"/>
        <w:numPr>
          <w:ilvl w:val="1"/>
          <w:numId w:val="14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Dog Boarding Fees:</w:t>
      </w:r>
      <w:r w:rsidR="00B34875">
        <w:rPr>
          <w:rFonts w:asciiTheme="majorHAnsi" w:hAnsiTheme="majorHAnsi"/>
          <w:sz w:val="24"/>
          <w:szCs w:val="24"/>
        </w:rPr>
        <w:t xml:space="preserve"> -0-</w:t>
      </w:r>
    </w:p>
    <w:p w14:paraId="520EE092" w14:textId="77777777" w:rsidR="00B6232D" w:rsidRDefault="00B6232D" w:rsidP="00B6232D">
      <w:pPr>
        <w:pStyle w:val="ListNumber"/>
        <w:numPr>
          <w:ilvl w:val="0"/>
          <w:numId w:val="0"/>
        </w:numPr>
        <w:ind w:left="1800"/>
        <w:rPr>
          <w:rFonts w:asciiTheme="majorHAnsi" w:hAnsiTheme="majorHAnsi"/>
          <w:sz w:val="24"/>
          <w:szCs w:val="24"/>
        </w:rPr>
      </w:pPr>
    </w:p>
    <w:p w14:paraId="11028456" w14:textId="6E40416D" w:rsidR="00785900" w:rsidRPr="009340AB" w:rsidRDefault="004561B5" w:rsidP="009B448B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Town Justice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B34875">
        <w:rPr>
          <w:rFonts w:asciiTheme="majorHAnsi" w:hAnsiTheme="majorHAnsi"/>
          <w:sz w:val="24"/>
          <w:szCs w:val="24"/>
        </w:rPr>
        <w:t>May</w:t>
      </w:r>
      <w:r w:rsidR="00B05C85">
        <w:rPr>
          <w:rFonts w:asciiTheme="majorHAnsi" w:hAnsiTheme="majorHAnsi"/>
          <w:sz w:val="24"/>
          <w:szCs w:val="24"/>
        </w:rPr>
        <w:t xml:space="preserve"> </w:t>
      </w:r>
      <w:r w:rsidR="00126854" w:rsidRPr="009340AB">
        <w:rPr>
          <w:rFonts w:asciiTheme="majorHAnsi" w:hAnsiTheme="majorHAnsi"/>
          <w:sz w:val="24"/>
          <w:szCs w:val="24"/>
        </w:rPr>
        <w:t xml:space="preserve">Monthly </w:t>
      </w:r>
      <w:r w:rsidRPr="009340AB">
        <w:rPr>
          <w:rFonts w:asciiTheme="majorHAnsi" w:hAnsiTheme="majorHAnsi"/>
          <w:sz w:val="24"/>
          <w:szCs w:val="24"/>
        </w:rPr>
        <w:t>Report.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 &amp; in packets. $</w:t>
      </w:r>
      <w:r w:rsidR="00764241">
        <w:rPr>
          <w:rFonts w:asciiTheme="majorHAnsi" w:hAnsiTheme="majorHAnsi"/>
          <w:sz w:val="24"/>
          <w:szCs w:val="24"/>
        </w:rPr>
        <w:t>13663</w:t>
      </w:r>
      <w:r w:rsidR="00C44997">
        <w:rPr>
          <w:rFonts w:asciiTheme="majorHAnsi" w:hAnsiTheme="majorHAnsi"/>
          <w:sz w:val="24"/>
          <w:szCs w:val="24"/>
        </w:rPr>
        <w:tab/>
      </w:r>
      <w:r w:rsidR="00BB71E1" w:rsidRPr="009340AB">
        <w:rPr>
          <w:rFonts w:asciiTheme="majorHAnsi" w:hAnsiTheme="majorHAnsi"/>
          <w:sz w:val="24"/>
          <w:szCs w:val="24"/>
        </w:rPr>
        <w:t xml:space="preserve">   </w:t>
      </w:r>
      <w:r w:rsidR="00126854" w:rsidRPr="009340AB">
        <w:rPr>
          <w:rFonts w:asciiTheme="majorHAnsi" w:hAnsiTheme="majorHAnsi"/>
          <w:sz w:val="24"/>
          <w:szCs w:val="24"/>
        </w:rPr>
        <w:t xml:space="preserve"> received</w:t>
      </w:r>
      <w:r w:rsidR="00BA1E7E" w:rsidRPr="009340AB">
        <w:rPr>
          <w:rFonts w:asciiTheme="majorHAnsi" w:hAnsiTheme="majorHAnsi"/>
          <w:sz w:val="24"/>
          <w:szCs w:val="24"/>
        </w:rPr>
        <w:t>. Motion to approve.</w:t>
      </w:r>
      <w:r w:rsidR="00D910DE">
        <w:rPr>
          <w:rFonts w:asciiTheme="majorHAnsi" w:hAnsiTheme="majorHAnsi"/>
          <w:sz w:val="24"/>
          <w:szCs w:val="24"/>
        </w:rPr>
        <w:t xml:space="preserve"> ($13,513 May Audit/$150 Bail %)</w:t>
      </w:r>
    </w:p>
    <w:p w14:paraId="19B75907" w14:textId="242B4864" w:rsidR="004561B5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Dog Control Report</w:t>
      </w:r>
      <w:r w:rsidR="00A77D6D" w:rsidRPr="009340AB">
        <w:rPr>
          <w:rFonts w:asciiTheme="majorHAnsi" w:hAnsiTheme="majorHAnsi"/>
          <w:sz w:val="24"/>
          <w:szCs w:val="24"/>
        </w:rPr>
        <w:t xml:space="preserve"> (Rick Abbott)</w:t>
      </w:r>
    </w:p>
    <w:p w14:paraId="123199A0" w14:textId="0E129E82" w:rsidR="009C0575" w:rsidRPr="009340AB" w:rsidRDefault="009C0575" w:rsidP="009C0575">
      <w:pPr>
        <w:pStyle w:val="ListNumber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NYS Inspection</w:t>
      </w:r>
      <w:r w:rsidR="00EE13E3">
        <w:rPr>
          <w:rFonts w:asciiTheme="majorHAnsi" w:hAnsiTheme="majorHAnsi"/>
          <w:sz w:val="24"/>
          <w:szCs w:val="24"/>
        </w:rPr>
        <w:t xml:space="preserve"> - passed</w:t>
      </w:r>
    </w:p>
    <w:p w14:paraId="29DF0EF4" w14:textId="35E1566E" w:rsidR="004561B5" w:rsidRPr="009340AB" w:rsidRDefault="004561B5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Assessor / Real Property.</w:t>
      </w:r>
      <w:r w:rsidR="00126854" w:rsidRPr="009340AB">
        <w:rPr>
          <w:rFonts w:asciiTheme="majorHAnsi" w:hAnsiTheme="majorHAnsi"/>
          <w:sz w:val="24"/>
          <w:szCs w:val="24"/>
        </w:rPr>
        <w:t xml:space="preserve"> – no report received</w:t>
      </w:r>
      <w:r w:rsidR="009B3937" w:rsidRPr="009340AB">
        <w:rPr>
          <w:rFonts w:asciiTheme="majorHAnsi" w:hAnsiTheme="majorHAnsi"/>
          <w:sz w:val="24"/>
          <w:szCs w:val="24"/>
        </w:rPr>
        <w:t xml:space="preserve">. </w:t>
      </w:r>
    </w:p>
    <w:p w14:paraId="3EEE47D5" w14:textId="2B5C6FA4" w:rsidR="001062AB" w:rsidRPr="009340AB" w:rsidRDefault="00126854" w:rsidP="00A0403C">
      <w:pPr>
        <w:pStyle w:val="ListNumber"/>
        <w:numPr>
          <w:ilvl w:val="0"/>
          <w:numId w:val="11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M.A.C.E. </w:t>
      </w:r>
      <w:r w:rsidR="001062AB" w:rsidRPr="009340AB">
        <w:rPr>
          <w:rFonts w:asciiTheme="majorHAnsi" w:hAnsiTheme="majorHAnsi"/>
          <w:sz w:val="24"/>
          <w:szCs w:val="24"/>
        </w:rPr>
        <w:tab/>
      </w:r>
    </w:p>
    <w:p w14:paraId="0425770E" w14:textId="76FA4B1E" w:rsidR="00FE6D69" w:rsidRDefault="009C0575" w:rsidP="003F72C5">
      <w:pPr>
        <w:pStyle w:val="ListNumber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May</w:t>
      </w:r>
      <w:r w:rsidR="00F714FA" w:rsidRPr="00327C78">
        <w:rPr>
          <w:rFonts w:asciiTheme="majorHAnsi" w:hAnsiTheme="majorHAnsi"/>
          <w:sz w:val="24"/>
          <w:szCs w:val="24"/>
        </w:rPr>
        <w:t xml:space="preserve"> </w:t>
      </w:r>
      <w:r w:rsidR="00031631" w:rsidRPr="00327C78">
        <w:rPr>
          <w:rFonts w:asciiTheme="majorHAnsi" w:hAnsiTheme="majorHAnsi"/>
          <w:sz w:val="24"/>
          <w:szCs w:val="24"/>
        </w:rPr>
        <w:t>20</w:t>
      </w:r>
      <w:r w:rsidR="00B73ABD" w:rsidRPr="00327C78">
        <w:rPr>
          <w:rFonts w:asciiTheme="majorHAnsi" w:hAnsiTheme="majorHAnsi"/>
          <w:sz w:val="24"/>
          <w:szCs w:val="24"/>
        </w:rPr>
        <w:t>2</w:t>
      </w:r>
      <w:r w:rsidR="00327C78" w:rsidRPr="00327C78">
        <w:rPr>
          <w:rFonts w:asciiTheme="majorHAnsi" w:hAnsiTheme="majorHAnsi"/>
          <w:sz w:val="24"/>
          <w:szCs w:val="24"/>
        </w:rPr>
        <w:t>6 report in</w:t>
      </w:r>
      <w:r w:rsidR="001062AB" w:rsidRPr="00327C78">
        <w:rPr>
          <w:rFonts w:asciiTheme="majorHAnsi" w:hAnsiTheme="majorHAnsi"/>
          <w:sz w:val="24"/>
          <w:szCs w:val="24"/>
        </w:rPr>
        <w:t xml:space="preserve"> packets</w:t>
      </w:r>
      <w:r w:rsidR="006074C7" w:rsidRPr="00327C78">
        <w:rPr>
          <w:rFonts w:asciiTheme="majorHAnsi" w:hAnsiTheme="majorHAnsi"/>
          <w:sz w:val="24"/>
          <w:szCs w:val="24"/>
        </w:rPr>
        <w:t xml:space="preserve"> (</w:t>
      </w:r>
      <w:r w:rsidR="007346BE">
        <w:rPr>
          <w:rFonts w:asciiTheme="majorHAnsi" w:hAnsiTheme="majorHAnsi"/>
          <w:sz w:val="24"/>
          <w:szCs w:val="24"/>
        </w:rPr>
        <w:t>3</w:t>
      </w:r>
      <w:r w:rsidR="00AA3614">
        <w:rPr>
          <w:rFonts w:asciiTheme="majorHAnsi" w:hAnsiTheme="majorHAnsi"/>
          <w:sz w:val="24"/>
          <w:szCs w:val="24"/>
        </w:rPr>
        <w:t xml:space="preserve"> Construction Inspections, 1 Fire Safety Inspection, </w:t>
      </w:r>
      <w:r w:rsidR="00BC1882">
        <w:rPr>
          <w:rFonts w:asciiTheme="majorHAnsi" w:hAnsiTheme="majorHAnsi"/>
          <w:sz w:val="24"/>
          <w:szCs w:val="24"/>
        </w:rPr>
        <w:t>3 Progress Inspections, 3 Other/Meetings)</w:t>
      </w:r>
    </w:p>
    <w:p w14:paraId="39447874" w14:textId="2BEC6FCB" w:rsidR="003F72C5" w:rsidRPr="00327C78" w:rsidRDefault="009B3F83" w:rsidP="003F72C5">
      <w:pPr>
        <w:pStyle w:val="ListNumber"/>
        <w:numPr>
          <w:ilvl w:val="0"/>
          <w:numId w:val="29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Completed their Fire Inspection of Town Hall and Grange Hall respectively. Both passed.</w:t>
      </w:r>
    </w:p>
    <w:p w14:paraId="543956CD" w14:textId="77777777" w:rsidR="00FE6D69" w:rsidRPr="009340AB" w:rsidRDefault="00FE6D69" w:rsidP="00FE6D69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5FEFA8B6" w14:textId="6973D8B8" w:rsidR="00872CFE" w:rsidRDefault="004561B5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Highway Department Report</w:t>
      </w:r>
      <w:r w:rsidR="00AA1128">
        <w:rPr>
          <w:rFonts w:asciiTheme="majorHAnsi" w:hAnsiTheme="majorHAnsi"/>
          <w:sz w:val="24"/>
          <w:szCs w:val="24"/>
        </w:rPr>
        <w:t xml:space="preserve">. </w:t>
      </w:r>
      <w:r w:rsidR="00FE4DB0" w:rsidRPr="009340AB">
        <w:rPr>
          <w:rFonts w:asciiTheme="majorHAnsi" w:hAnsiTheme="majorHAnsi"/>
          <w:sz w:val="24"/>
          <w:szCs w:val="24"/>
        </w:rPr>
        <w:t xml:space="preserve"> Included in Packets</w:t>
      </w:r>
    </w:p>
    <w:p w14:paraId="380AFC45" w14:textId="76BF459A" w:rsidR="00500212" w:rsidRDefault="00500212" w:rsidP="00030668">
      <w:pPr>
        <w:pStyle w:val="ListNumber"/>
        <w:rPr>
          <w:rFonts w:asciiTheme="majorHAnsi" w:hAnsiTheme="majorHAnsi"/>
          <w:sz w:val="24"/>
          <w:szCs w:val="24"/>
        </w:rPr>
      </w:pPr>
      <w:r w:rsidRPr="007740A6">
        <w:rPr>
          <w:rFonts w:asciiTheme="majorHAnsi" w:hAnsiTheme="majorHAnsi"/>
          <w:b/>
          <w:bCs/>
          <w:sz w:val="24"/>
          <w:szCs w:val="24"/>
        </w:rPr>
        <w:t>Resolution #</w:t>
      </w:r>
      <w:r w:rsidR="00293523">
        <w:rPr>
          <w:rFonts w:asciiTheme="majorHAnsi" w:hAnsiTheme="majorHAnsi"/>
          <w:b/>
          <w:bCs/>
          <w:sz w:val="24"/>
          <w:szCs w:val="24"/>
        </w:rPr>
        <w:t>5</w:t>
      </w:r>
      <w:r w:rsidRPr="007740A6">
        <w:rPr>
          <w:rFonts w:asciiTheme="majorHAnsi" w:hAnsiTheme="majorHAnsi"/>
          <w:b/>
          <w:bCs/>
          <w:sz w:val="24"/>
          <w:szCs w:val="24"/>
        </w:rPr>
        <w:t>-2026.</w:t>
      </w:r>
      <w:r>
        <w:rPr>
          <w:rFonts w:asciiTheme="majorHAnsi" w:hAnsiTheme="majorHAnsi"/>
          <w:sz w:val="24"/>
          <w:szCs w:val="24"/>
        </w:rPr>
        <w:t xml:space="preserve"> Approval of funding for chip coat sealing of Bu</w:t>
      </w:r>
      <w:r w:rsidR="00630F52">
        <w:rPr>
          <w:rFonts w:asciiTheme="majorHAnsi" w:hAnsiTheme="majorHAnsi"/>
          <w:sz w:val="24"/>
          <w:szCs w:val="24"/>
        </w:rPr>
        <w:t>erh</w:t>
      </w:r>
      <w:r>
        <w:rPr>
          <w:rFonts w:asciiTheme="majorHAnsi" w:hAnsiTheme="majorHAnsi"/>
          <w:sz w:val="24"/>
          <w:szCs w:val="24"/>
        </w:rPr>
        <w:t>ings Road.</w:t>
      </w:r>
    </w:p>
    <w:p w14:paraId="74648AFC" w14:textId="48E842A4" w:rsidR="00EB0E0F" w:rsidRDefault="005932BC" w:rsidP="005E23FA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Salt Storage Shed</w:t>
      </w:r>
      <w:r w:rsidR="003061BF">
        <w:rPr>
          <w:rFonts w:asciiTheme="majorHAnsi" w:hAnsiTheme="majorHAnsi"/>
          <w:sz w:val="24"/>
          <w:szCs w:val="24"/>
        </w:rPr>
        <w:t xml:space="preserve"> Update</w:t>
      </w:r>
      <w:r w:rsidR="002D4B0D" w:rsidRPr="009340AB">
        <w:rPr>
          <w:rFonts w:asciiTheme="majorHAnsi" w:hAnsiTheme="majorHAnsi"/>
          <w:sz w:val="24"/>
          <w:szCs w:val="24"/>
        </w:rPr>
        <w:t xml:space="preserve">: </w:t>
      </w:r>
      <w:r w:rsidR="0058380A" w:rsidRPr="009340AB">
        <w:rPr>
          <w:rFonts w:asciiTheme="majorHAnsi" w:hAnsiTheme="majorHAnsi"/>
          <w:sz w:val="24"/>
          <w:szCs w:val="24"/>
        </w:rPr>
        <w:t>(W. Weaver)</w:t>
      </w:r>
    </w:p>
    <w:p w14:paraId="6411CC63" w14:textId="4761320E" w:rsidR="00C603DA" w:rsidRPr="004571F3" w:rsidRDefault="00C603DA" w:rsidP="005E23FA">
      <w:pPr>
        <w:pStyle w:val="ListNumber"/>
        <w:rPr>
          <w:rFonts w:asciiTheme="majorHAnsi" w:hAnsiTheme="majorHAnsi"/>
          <w:sz w:val="24"/>
          <w:szCs w:val="24"/>
        </w:rPr>
      </w:pPr>
      <w:r>
        <w:t xml:space="preserve">Cemetery </w:t>
      </w:r>
      <w:r w:rsidR="00500212">
        <w:t>Update</w:t>
      </w:r>
      <w:r w:rsidR="004571F3">
        <w:t xml:space="preserve"> </w:t>
      </w:r>
      <w:r w:rsidRPr="004571F3">
        <w:rPr>
          <w:rFonts w:asciiTheme="majorHAnsi" w:hAnsiTheme="majorHAnsi"/>
          <w:sz w:val="24"/>
          <w:szCs w:val="24"/>
        </w:rPr>
        <w:t xml:space="preserve">(J. Metatos) </w:t>
      </w:r>
    </w:p>
    <w:p w14:paraId="592CD126" w14:textId="3BEA7B1A" w:rsidR="001705EE" w:rsidRDefault="002E2E88" w:rsidP="001705EE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Sewage Treatment Plant Update (B. Jones</w:t>
      </w:r>
      <w:r w:rsidR="001705EE">
        <w:rPr>
          <w:rFonts w:asciiTheme="majorHAnsi" w:hAnsiTheme="majorHAnsi"/>
          <w:sz w:val="24"/>
          <w:szCs w:val="24"/>
        </w:rPr>
        <w:t>)</w:t>
      </w:r>
    </w:p>
    <w:p w14:paraId="19F851BC" w14:textId="62C0DD30" w:rsidR="00D87884" w:rsidRPr="009340AB" w:rsidRDefault="00D87884" w:rsidP="005932BC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Catherine </w:t>
      </w:r>
      <w:r w:rsidR="00B820B0" w:rsidRPr="009340AB">
        <w:rPr>
          <w:rFonts w:asciiTheme="majorHAnsi" w:hAnsiTheme="majorHAnsi"/>
          <w:sz w:val="24"/>
          <w:szCs w:val="24"/>
        </w:rPr>
        <w:t>Schuyler</w:t>
      </w:r>
      <w:r w:rsidRPr="009340AB">
        <w:rPr>
          <w:rFonts w:asciiTheme="majorHAnsi" w:hAnsiTheme="majorHAnsi"/>
          <w:sz w:val="24"/>
          <w:szCs w:val="24"/>
        </w:rPr>
        <w:t xml:space="preserve"> </w:t>
      </w:r>
      <w:r w:rsidR="00B820B0" w:rsidRPr="009340AB">
        <w:rPr>
          <w:rFonts w:asciiTheme="majorHAnsi" w:hAnsiTheme="majorHAnsi"/>
          <w:sz w:val="24"/>
          <w:szCs w:val="24"/>
        </w:rPr>
        <w:t>Chapter</w:t>
      </w:r>
      <w:r w:rsidRPr="009340AB">
        <w:rPr>
          <w:rFonts w:asciiTheme="majorHAnsi" w:hAnsiTheme="majorHAnsi"/>
          <w:sz w:val="24"/>
          <w:szCs w:val="24"/>
        </w:rPr>
        <w:t xml:space="preserve"> D.A.R. Monument: Update  </w:t>
      </w:r>
      <w:r w:rsidR="00EB51A5">
        <w:rPr>
          <w:rFonts w:asciiTheme="majorHAnsi" w:hAnsiTheme="majorHAnsi"/>
          <w:sz w:val="24"/>
          <w:szCs w:val="24"/>
        </w:rPr>
        <w:t>(G. Kelly)</w:t>
      </w:r>
    </w:p>
    <w:p w14:paraId="2ADB5C8C" w14:textId="0A876387" w:rsidR="005844CA" w:rsidRDefault="005932BC" w:rsidP="00EB51A5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America’s 250</w:t>
      </w:r>
      <w:r w:rsidRPr="009340AB">
        <w:rPr>
          <w:rFonts w:asciiTheme="majorHAnsi" w:hAnsiTheme="majorHAnsi"/>
          <w:sz w:val="24"/>
          <w:szCs w:val="24"/>
          <w:vertAlign w:val="superscript"/>
        </w:rPr>
        <w:t>th</w:t>
      </w:r>
      <w:r w:rsidRPr="009340AB">
        <w:rPr>
          <w:rFonts w:asciiTheme="majorHAnsi" w:hAnsiTheme="majorHAnsi"/>
          <w:sz w:val="24"/>
          <w:szCs w:val="24"/>
        </w:rPr>
        <w:t xml:space="preserve"> Birthday updat</w:t>
      </w:r>
      <w:r w:rsidR="008173DB" w:rsidRPr="009340AB">
        <w:rPr>
          <w:rFonts w:asciiTheme="majorHAnsi" w:hAnsiTheme="majorHAnsi"/>
          <w:sz w:val="24"/>
          <w:szCs w:val="24"/>
        </w:rPr>
        <w:t>e</w:t>
      </w:r>
      <w:r w:rsidR="00EB51A5">
        <w:rPr>
          <w:rFonts w:asciiTheme="majorHAnsi" w:hAnsiTheme="majorHAnsi"/>
          <w:sz w:val="24"/>
          <w:szCs w:val="24"/>
        </w:rPr>
        <w:t xml:space="preserve"> (G. Kelly)</w:t>
      </w:r>
    </w:p>
    <w:p w14:paraId="48929461" w14:textId="3C1FD659" w:rsidR="00641FB9" w:rsidRDefault="00D71A0A" w:rsidP="00D71A0A">
      <w:pPr>
        <w:pStyle w:val="ListNumber"/>
        <w:numPr>
          <w:ilvl w:val="0"/>
          <w:numId w:val="33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Approval to move $2,</w:t>
      </w:r>
      <w:r w:rsidR="00D22B07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 xml:space="preserve">00 from unallocated fund Balance to Celebration A7550.4 </w:t>
      </w:r>
      <w:r w:rsidR="004F11BC">
        <w:rPr>
          <w:rFonts w:asciiTheme="majorHAnsi" w:hAnsiTheme="majorHAnsi"/>
          <w:sz w:val="24"/>
          <w:szCs w:val="24"/>
        </w:rPr>
        <w:t xml:space="preserve">for </w:t>
      </w:r>
      <w:r w:rsidR="007740A6">
        <w:rPr>
          <w:rFonts w:asciiTheme="majorHAnsi" w:hAnsiTheme="majorHAnsi"/>
          <w:sz w:val="24"/>
          <w:szCs w:val="24"/>
        </w:rPr>
        <w:t xml:space="preserve">expenditures incurred by </w:t>
      </w:r>
      <w:r w:rsidR="004F11BC">
        <w:rPr>
          <w:rFonts w:asciiTheme="majorHAnsi" w:hAnsiTheme="majorHAnsi"/>
          <w:sz w:val="24"/>
          <w:szCs w:val="24"/>
        </w:rPr>
        <w:t xml:space="preserve">250 Celebration </w:t>
      </w:r>
      <w:r w:rsidR="00423DCC">
        <w:rPr>
          <w:rFonts w:asciiTheme="majorHAnsi" w:hAnsiTheme="majorHAnsi"/>
          <w:sz w:val="24"/>
          <w:szCs w:val="24"/>
        </w:rPr>
        <w:t>Committee</w:t>
      </w:r>
    </w:p>
    <w:p w14:paraId="2004DD38" w14:textId="200D6AAA" w:rsidR="00EB51A5" w:rsidRDefault="004F2E2B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Croquet Court Cover</w:t>
      </w:r>
      <w:r w:rsidR="007E6035">
        <w:rPr>
          <w:rFonts w:asciiTheme="majorHAnsi" w:hAnsiTheme="majorHAnsi"/>
          <w:sz w:val="24"/>
          <w:szCs w:val="24"/>
        </w:rPr>
        <w:t>/Roof (W. Weaver/B. Jones)</w:t>
      </w:r>
    </w:p>
    <w:p w14:paraId="4CBC87D4" w14:textId="50B43078" w:rsidR="007E6035" w:rsidRDefault="007E6035" w:rsidP="00EB51A5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Grange Acoustics (J. Metatos)</w:t>
      </w:r>
    </w:p>
    <w:p w14:paraId="3D792D78" w14:textId="7500C4EC" w:rsidR="007E6035" w:rsidRDefault="003C67A9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Cemetery. Approval to get an updated survey.</w:t>
      </w:r>
    </w:p>
    <w:p w14:paraId="631A751F" w14:textId="1DAE58AD" w:rsidR="00B242A9" w:rsidRPr="003C67A9" w:rsidRDefault="00B242A9" w:rsidP="003C67A9">
      <w:pPr>
        <w:pStyle w:val="ListNumb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Acknowle</w:t>
      </w:r>
      <w:r w:rsidR="002B4F7D">
        <w:rPr>
          <w:rFonts w:asciiTheme="majorHAnsi" w:hAnsiTheme="majorHAnsi"/>
          <w:sz w:val="24"/>
          <w:szCs w:val="24"/>
        </w:rPr>
        <w:t xml:space="preserve">dgement of </w:t>
      </w:r>
      <w:r>
        <w:rPr>
          <w:rFonts w:asciiTheme="majorHAnsi" w:hAnsiTheme="majorHAnsi"/>
          <w:sz w:val="24"/>
          <w:szCs w:val="24"/>
        </w:rPr>
        <w:t>Skip Hecker</w:t>
      </w:r>
      <w:r w:rsidR="002B4F7D">
        <w:rPr>
          <w:rFonts w:asciiTheme="majorHAnsi" w:hAnsiTheme="majorHAnsi"/>
          <w:sz w:val="24"/>
          <w:szCs w:val="24"/>
        </w:rPr>
        <w:t xml:space="preserve"> for donation of Flags for Veterans Memorial</w:t>
      </w:r>
      <w:r w:rsidR="0032308F">
        <w:rPr>
          <w:rFonts w:asciiTheme="majorHAnsi" w:hAnsiTheme="majorHAnsi"/>
          <w:sz w:val="24"/>
          <w:szCs w:val="24"/>
        </w:rPr>
        <w:t>.</w:t>
      </w:r>
    </w:p>
    <w:p w14:paraId="761FCF61" w14:textId="12079CCE" w:rsidR="00AA7F36" w:rsidRPr="003C67A9" w:rsidRDefault="00454FA9" w:rsidP="003C67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Audience</w:t>
      </w:r>
      <w:r w:rsidR="003C67A9">
        <w:rPr>
          <w:rFonts w:asciiTheme="majorHAnsi" w:hAnsiTheme="majorHAnsi"/>
          <w:sz w:val="24"/>
          <w:szCs w:val="24"/>
        </w:rPr>
        <w:t xml:space="preserve">.  </w:t>
      </w:r>
    </w:p>
    <w:p w14:paraId="32D8443E" w14:textId="5A5E72BE" w:rsidR="00340254" w:rsidRDefault="00340254" w:rsidP="00454FA9">
      <w:pPr>
        <w:pStyle w:val="ListNumber"/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Meeting adjourned.</w:t>
      </w:r>
    </w:p>
    <w:p w14:paraId="7A843FD8" w14:textId="77777777" w:rsidR="00340254" w:rsidRPr="009340AB" w:rsidRDefault="00340254" w:rsidP="003B4653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0BCBB6C9" w14:textId="5E6A6F83" w:rsidR="00340254" w:rsidRDefault="00340254" w:rsidP="00340254">
      <w:pPr>
        <w:pStyle w:val="ListNumber"/>
        <w:numPr>
          <w:ilvl w:val="0"/>
          <w:numId w:val="18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 xml:space="preserve">Next Regularly Scheduled meeting will be held on </w:t>
      </w:r>
      <w:r w:rsidRPr="000A4160">
        <w:rPr>
          <w:rFonts w:asciiTheme="majorHAnsi" w:hAnsiTheme="majorHAnsi"/>
          <w:b/>
          <w:bCs/>
          <w:sz w:val="24"/>
          <w:szCs w:val="24"/>
          <w:u w:val="single"/>
        </w:rPr>
        <w:t xml:space="preserve">Monday, </w:t>
      </w:r>
      <w:r w:rsidR="000D3206" w:rsidRPr="000A4160">
        <w:rPr>
          <w:rFonts w:asciiTheme="majorHAnsi" w:hAnsiTheme="majorHAnsi"/>
          <w:b/>
          <w:bCs/>
          <w:sz w:val="24"/>
          <w:szCs w:val="24"/>
          <w:u w:val="single"/>
        </w:rPr>
        <w:t>J</w:t>
      </w:r>
      <w:r w:rsidR="003B4653" w:rsidRPr="000A4160">
        <w:rPr>
          <w:rFonts w:asciiTheme="majorHAnsi" w:hAnsiTheme="majorHAnsi"/>
          <w:b/>
          <w:bCs/>
          <w:sz w:val="24"/>
          <w:szCs w:val="24"/>
          <w:u w:val="single"/>
        </w:rPr>
        <w:t>uly 13</w:t>
      </w:r>
      <w:r w:rsidR="007F7E7A" w:rsidRPr="000A4160">
        <w:rPr>
          <w:rFonts w:asciiTheme="majorHAnsi" w:hAnsiTheme="majorHAnsi"/>
          <w:b/>
          <w:bCs/>
          <w:sz w:val="24"/>
          <w:szCs w:val="24"/>
          <w:u w:val="single"/>
        </w:rPr>
        <w:t>, 2026</w:t>
      </w:r>
      <w:r w:rsidR="007F7E7A" w:rsidRPr="009340AB">
        <w:rPr>
          <w:rFonts w:asciiTheme="majorHAnsi" w:hAnsiTheme="majorHAnsi"/>
          <w:sz w:val="24"/>
          <w:szCs w:val="24"/>
        </w:rPr>
        <w:t xml:space="preserve"> </w:t>
      </w:r>
      <w:r w:rsidRPr="009340AB">
        <w:rPr>
          <w:rFonts w:asciiTheme="majorHAnsi" w:hAnsiTheme="majorHAnsi"/>
          <w:sz w:val="24"/>
          <w:szCs w:val="24"/>
        </w:rPr>
        <w:t>at 7 P.M.</w:t>
      </w:r>
    </w:p>
    <w:p w14:paraId="2BF0B1F0" w14:textId="158E41C8" w:rsidR="00034AD1" w:rsidRPr="009340AB" w:rsidRDefault="00034AD1" w:rsidP="000D3206">
      <w:pPr>
        <w:pStyle w:val="ListNumber"/>
        <w:numPr>
          <w:ilvl w:val="0"/>
          <w:numId w:val="0"/>
        </w:numPr>
        <w:ind w:left="900"/>
        <w:rPr>
          <w:rFonts w:asciiTheme="majorHAnsi" w:hAnsiTheme="majorHAnsi"/>
          <w:sz w:val="24"/>
          <w:szCs w:val="24"/>
        </w:rPr>
      </w:pPr>
    </w:p>
    <w:p w14:paraId="7012B034" w14:textId="77777777" w:rsidR="00A200B2" w:rsidRPr="009340AB" w:rsidRDefault="00A200B2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</w:p>
    <w:p w14:paraId="6FBDF099" w14:textId="36C15086" w:rsidR="00DD135E" w:rsidRPr="009340AB" w:rsidRDefault="00DD135E" w:rsidP="00A200B2">
      <w:pPr>
        <w:pStyle w:val="ListNumber"/>
        <w:numPr>
          <w:ilvl w:val="0"/>
          <w:numId w:val="0"/>
        </w:numPr>
        <w:rPr>
          <w:rFonts w:asciiTheme="majorHAnsi" w:hAnsiTheme="majorHAnsi"/>
          <w:sz w:val="24"/>
          <w:szCs w:val="24"/>
        </w:rPr>
      </w:pPr>
      <w:r w:rsidRPr="009340AB">
        <w:rPr>
          <w:rFonts w:asciiTheme="majorHAnsi" w:hAnsiTheme="majorHAnsi"/>
          <w:sz w:val="24"/>
          <w:szCs w:val="24"/>
        </w:rPr>
        <w:t>PLC</w:t>
      </w:r>
      <w:r w:rsidR="00A200B2" w:rsidRPr="009340AB">
        <w:rPr>
          <w:rFonts w:asciiTheme="majorHAnsi" w:hAnsiTheme="majorHAnsi"/>
          <w:sz w:val="24"/>
          <w:szCs w:val="24"/>
        </w:rPr>
        <w:t xml:space="preserve"> </w:t>
      </w:r>
      <w:r w:rsidR="0054078F">
        <w:rPr>
          <w:rFonts w:asciiTheme="majorHAnsi" w:hAnsiTheme="majorHAnsi"/>
          <w:sz w:val="24"/>
          <w:szCs w:val="24"/>
        </w:rPr>
        <w:t>6/</w:t>
      </w:r>
      <w:r w:rsidR="0032308F">
        <w:rPr>
          <w:rFonts w:asciiTheme="majorHAnsi" w:hAnsiTheme="majorHAnsi"/>
          <w:sz w:val="24"/>
          <w:szCs w:val="24"/>
        </w:rPr>
        <w:t>8</w:t>
      </w:r>
      <w:r w:rsidR="0054078F">
        <w:rPr>
          <w:rFonts w:asciiTheme="majorHAnsi" w:hAnsiTheme="majorHAnsi"/>
          <w:sz w:val="24"/>
          <w:szCs w:val="24"/>
        </w:rPr>
        <w:t>/2026</w:t>
      </w:r>
    </w:p>
    <w:sectPr w:rsidR="00DD135E" w:rsidRPr="009340AB" w:rsidSect="00DD3E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CFDB2" w14:textId="77777777" w:rsidR="00442412" w:rsidRDefault="00442412" w:rsidP="00100D3E">
      <w:pPr>
        <w:spacing w:after="0" w:line="240" w:lineRule="auto"/>
      </w:pPr>
      <w:r>
        <w:separator/>
      </w:r>
    </w:p>
  </w:endnote>
  <w:endnote w:type="continuationSeparator" w:id="0">
    <w:p w14:paraId="69240CD8" w14:textId="77777777" w:rsidR="00442412" w:rsidRDefault="00442412" w:rsidP="0010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47E6D" w14:textId="77777777" w:rsidR="00100D3E" w:rsidRDefault="00100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39D3" w14:textId="77777777" w:rsidR="00100D3E" w:rsidRDefault="00100D3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94901" w14:textId="77777777" w:rsidR="00100D3E" w:rsidRDefault="00100D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F382D" w14:textId="77777777" w:rsidR="00442412" w:rsidRDefault="00442412" w:rsidP="00100D3E">
      <w:pPr>
        <w:spacing w:after="0" w:line="240" w:lineRule="auto"/>
      </w:pPr>
      <w:r>
        <w:separator/>
      </w:r>
    </w:p>
  </w:footnote>
  <w:footnote w:type="continuationSeparator" w:id="0">
    <w:p w14:paraId="410440BB" w14:textId="77777777" w:rsidR="00442412" w:rsidRDefault="00442412" w:rsidP="0010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1D68" w14:textId="77777777" w:rsidR="00100D3E" w:rsidRDefault="00100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E827" w14:textId="77777777" w:rsidR="00100D3E" w:rsidRDefault="00100D3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97101" w14:textId="77777777" w:rsidR="00100D3E" w:rsidRDefault="00100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A0CD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C4175A"/>
    <w:multiLevelType w:val="hybridMultilevel"/>
    <w:tmpl w:val="C0BA1AE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064E0354"/>
    <w:multiLevelType w:val="hybridMultilevel"/>
    <w:tmpl w:val="94E48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4561B2"/>
    <w:multiLevelType w:val="hybridMultilevel"/>
    <w:tmpl w:val="871CE4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02DF9"/>
    <w:multiLevelType w:val="hybridMultilevel"/>
    <w:tmpl w:val="D6FE8D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0E28E5"/>
    <w:multiLevelType w:val="hybridMultilevel"/>
    <w:tmpl w:val="23189F3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3D52B8"/>
    <w:multiLevelType w:val="multilevel"/>
    <w:tmpl w:val="CE52B582"/>
    <w:lvl w:ilvl="0">
      <w:start w:val="1"/>
      <w:numFmt w:val="decimal"/>
      <w:pStyle w:val="ListNumber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numFmt w:val="bullet"/>
      <w:lvlText w:val=""/>
      <w:lvlJc w:val="left"/>
      <w:pPr>
        <w:ind w:left="3600" w:hanging="360"/>
      </w:pPr>
      <w:rPr>
        <w:rFonts w:ascii="Symbol" w:eastAsiaTheme="minorEastAsia" w:hAnsi="Symbol" w:cstheme="minorBidi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6F0461"/>
    <w:multiLevelType w:val="hybridMultilevel"/>
    <w:tmpl w:val="782A6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8213404"/>
    <w:multiLevelType w:val="hybridMultilevel"/>
    <w:tmpl w:val="8A323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7D1480"/>
    <w:multiLevelType w:val="hybridMultilevel"/>
    <w:tmpl w:val="F7E0D43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530D9C"/>
    <w:multiLevelType w:val="hybridMultilevel"/>
    <w:tmpl w:val="95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F4A44"/>
    <w:multiLevelType w:val="hybridMultilevel"/>
    <w:tmpl w:val="8BBE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680B0A"/>
    <w:multiLevelType w:val="hybridMultilevel"/>
    <w:tmpl w:val="7FD205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45BF4"/>
    <w:multiLevelType w:val="hybridMultilevel"/>
    <w:tmpl w:val="B67C3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4577B0"/>
    <w:multiLevelType w:val="hybridMultilevel"/>
    <w:tmpl w:val="E2264A5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1D1AA1"/>
    <w:multiLevelType w:val="hybridMultilevel"/>
    <w:tmpl w:val="930250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41374A6"/>
    <w:multiLevelType w:val="hybridMultilevel"/>
    <w:tmpl w:val="8E641D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B10F74"/>
    <w:multiLevelType w:val="hybridMultilevel"/>
    <w:tmpl w:val="FA6CAB0A"/>
    <w:lvl w:ilvl="0" w:tplc="9064CA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6231F4"/>
    <w:multiLevelType w:val="hybridMultilevel"/>
    <w:tmpl w:val="881C2B80"/>
    <w:lvl w:ilvl="0" w:tplc="0409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004253"/>
    <w:multiLevelType w:val="hybridMultilevel"/>
    <w:tmpl w:val="7090A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9514">
    <w:abstractNumId w:val="8"/>
  </w:num>
  <w:num w:numId="2" w16cid:durableId="537352088">
    <w:abstractNumId w:val="6"/>
  </w:num>
  <w:num w:numId="3" w16cid:durableId="1256937007">
    <w:abstractNumId w:val="5"/>
  </w:num>
  <w:num w:numId="4" w16cid:durableId="927733830">
    <w:abstractNumId w:val="4"/>
  </w:num>
  <w:num w:numId="5" w16cid:durableId="1591041562">
    <w:abstractNumId w:val="14"/>
  </w:num>
  <w:num w:numId="6" w16cid:durableId="639113387">
    <w:abstractNumId w:val="3"/>
  </w:num>
  <w:num w:numId="7" w16cid:durableId="1348408082">
    <w:abstractNumId w:val="2"/>
  </w:num>
  <w:num w:numId="8" w16cid:durableId="1167593644">
    <w:abstractNumId w:val="1"/>
  </w:num>
  <w:num w:numId="9" w16cid:durableId="1294289679">
    <w:abstractNumId w:val="0"/>
  </w:num>
  <w:num w:numId="10" w16cid:durableId="2135324957">
    <w:abstractNumId w:val="14"/>
    <w:lvlOverride w:ilvl="0">
      <w:startOverride w:val="1"/>
    </w:lvlOverride>
  </w:num>
  <w:num w:numId="11" w16cid:durableId="502210406">
    <w:abstractNumId w:val="26"/>
  </w:num>
  <w:num w:numId="12" w16cid:durableId="2032954894">
    <w:abstractNumId w:val="25"/>
  </w:num>
  <w:num w:numId="13" w16cid:durableId="921256700">
    <w:abstractNumId w:val="14"/>
  </w:num>
  <w:num w:numId="14" w16cid:durableId="754858030">
    <w:abstractNumId w:val="17"/>
  </w:num>
  <w:num w:numId="15" w16cid:durableId="1056929608">
    <w:abstractNumId w:val="23"/>
  </w:num>
  <w:num w:numId="16" w16cid:durableId="1537885955">
    <w:abstractNumId w:val="11"/>
  </w:num>
  <w:num w:numId="17" w16cid:durableId="716050539">
    <w:abstractNumId w:val="7"/>
  </w:num>
  <w:num w:numId="18" w16cid:durableId="850291674">
    <w:abstractNumId w:val="22"/>
  </w:num>
  <w:num w:numId="19" w16cid:durableId="1152327353">
    <w:abstractNumId w:val="7"/>
  </w:num>
  <w:num w:numId="20" w16cid:durableId="1033579769">
    <w:abstractNumId w:val="13"/>
  </w:num>
  <w:num w:numId="21" w16cid:durableId="1303924183">
    <w:abstractNumId w:val="27"/>
  </w:num>
  <w:num w:numId="22" w16cid:durableId="1677225492">
    <w:abstractNumId w:val="20"/>
  </w:num>
  <w:num w:numId="23" w16cid:durableId="1129665195">
    <w:abstractNumId w:val="7"/>
  </w:num>
  <w:num w:numId="24" w16cid:durableId="435296511">
    <w:abstractNumId w:val="16"/>
  </w:num>
  <w:num w:numId="25" w16cid:durableId="1019696183">
    <w:abstractNumId w:val="10"/>
  </w:num>
  <w:num w:numId="26" w16cid:durableId="1875456892">
    <w:abstractNumId w:val="21"/>
  </w:num>
  <w:num w:numId="27" w16cid:durableId="1842742928">
    <w:abstractNumId w:val="7"/>
  </w:num>
  <w:num w:numId="28" w16cid:durableId="373971931">
    <w:abstractNumId w:val="15"/>
  </w:num>
  <w:num w:numId="29" w16cid:durableId="1451823031">
    <w:abstractNumId w:val="9"/>
  </w:num>
  <w:num w:numId="30" w16cid:durableId="2032029463">
    <w:abstractNumId w:val="24"/>
  </w:num>
  <w:num w:numId="31" w16cid:durableId="283930766">
    <w:abstractNumId w:val="19"/>
  </w:num>
  <w:num w:numId="32" w16cid:durableId="1408460564">
    <w:abstractNumId w:val="18"/>
  </w:num>
  <w:num w:numId="33" w16cid:durableId="17612210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74A"/>
    <w:rsid w:val="000260BE"/>
    <w:rsid w:val="0003054B"/>
    <w:rsid w:val="00030668"/>
    <w:rsid w:val="00031109"/>
    <w:rsid w:val="00031631"/>
    <w:rsid w:val="00034616"/>
    <w:rsid w:val="00034AD1"/>
    <w:rsid w:val="00044758"/>
    <w:rsid w:val="0005075F"/>
    <w:rsid w:val="000537E0"/>
    <w:rsid w:val="00056588"/>
    <w:rsid w:val="0006063C"/>
    <w:rsid w:val="0006296C"/>
    <w:rsid w:val="000633AB"/>
    <w:rsid w:val="00077E96"/>
    <w:rsid w:val="00083C88"/>
    <w:rsid w:val="000A0242"/>
    <w:rsid w:val="000A2BDF"/>
    <w:rsid w:val="000A4160"/>
    <w:rsid w:val="000B1646"/>
    <w:rsid w:val="000C460E"/>
    <w:rsid w:val="000C5368"/>
    <w:rsid w:val="000C5DE4"/>
    <w:rsid w:val="000D3206"/>
    <w:rsid w:val="000D7608"/>
    <w:rsid w:val="000E5720"/>
    <w:rsid w:val="000E6499"/>
    <w:rsid w:val="000E6B26"/>
    <w:rsid w:val="000F3B9E"/>
    <w:rsid w:val="000F5DF6"/>
    <w:rsid w:val="00100D3E"/>
    <w:rsid w:val="001062AB"/>
    <w:rsid w:val="00111ADD"/>
    <w:rsid w:val="00112424"/>
    <w:rsid w:val="0011509F"/>
    <w:rsid w:val="00121C78"/>
    <w:rsid w:val="001251E2"/>
    <w:rsid w:val="00126854"/>
    <w:rsid w:val="00133597"/>
    <w:rsid w:val="0013646A"/>
    <w:rsid w:val="001420E2"/>
    <w:rsid w:val="001501C0"/>
    <w:rsid w:val="0015074B"/>
    <w:rsid w:val="0015133A"/>
    <w:rsid w:val="001524E8"/>
    <w:rsid w:val="00153C07"/>
    <w:rsid w:val="0016087C"/>
    <w:rsid w:val="00166585"/>
    <w:rsid w:val="001705EE"/>
    <w:rsid w:val="00177C0B"/>
    <w:rsid w:val="0018104B"/>
    <w:rsid w:val="0018194F"/>
    <w:rsid w:val="001847A9"/>
    <w:rsid w:val="001877EE"/>
    <w:rsid w:val="00191224"/>
    <w:rsid w:val="00196B27"/>
    <w:rsid w:val="001C7A3D"/>
    <w:rsid w:val="001D2FFD"/>
    <w:rsid w:val="001D59C0"/>
    <w:rsid w:val="001E46FD"/>
    <w:rsid w:val="001E53C0"/>
    <w:rsid w:val="0021275C"/>
    <w:rsid w:val="002143D3"/>
    <w:rsid w:val="00214D0F"/>
    <w:rsid w:val="002200AC"/>
    <w:rsid w:val="00223C23"/>
    <w:rsid w:val="00225E8C"/>
    <w:rsid w:val="002267B5"/>
    <w:rsid w:val="002371E2"/>
    <w:rsid w:val="00241C93"/>
    <w:rsid w:val="00255169"/>
    <w:rsid w:val="002567CA"/>
    <w:rsid w:val="00290BE3"/>
    <w:rsid w:val="002911CA"/>
    <w:rsid w:val="00293523"/>
    <w:rsid w:val="0029639D"/>
    <w:rsid w:val="002A5030"/>
    <w:rsid w:val="002B4F7D"/>
    <w:rsid w:val="002C4B7E"/>
    <w:rsid w:val="002C5057"/>
    <w:rsid w:val="002D2A16"/>
    <w:rsid w:val="002D4B0D"/>
    <w:rsid w:val="002D6A14"/>
    <w:rsid w:val="002E2E88"/>
    <w:rsid w:val="002F0DD2"/>
    <w:rsid w:val="002F177E"/>
    <w:rsid w:val="002F5AF2"/>
    <w:rsid w:val="002F64A3"/>
    <w:rsid w:val="00305518"/>
    <w:rsid w:val="003061BF"/>
    <w:rsid w:val="00311F56"/>
    <w:rsid w:val="0032308F"/>
    <w:rsid w:val="0032436E"/>
    <w:rsid w:val="00326F90"/>
    <w:rsid w:val="00327C78"/>
    <w:rsid w:val="00340254"/>
    <w:rsid w:val="003413D8"/>
    <w:rsid w:val="00342947"/>
    <w:rsid w:val="00360797"/>
    <w:rsid w:val="00365CFB"/>
    <w:rsid w:val="003707FA"/>
    <w:rsid w:val="00372A01"/>
    <w:rsid w:val="00374B4D"/>
    <w:rsid w:val="0037630A"/>
    <w:rsid w:val="00382245"/>
    <w:rsid w:val="0038354C"/>
    <w:rsid w:val="00390C23"/>
    <w:rsid w:val="003963AD"/>
    <w:rsid w:val="00397251"/>
    <w:rsid w:val="003B4653"/>
    <w:rsid w:val="003B5CC2"/>
    <w:rsid w:val="003B75ED"/>
    <w:rsid w:val="003C3677"/>
    <w:rsid w:val="003C67A9"/>
    <w:rsid w:val="003D004F"/>
    <w:rsid w:val="003F72C5"/>
    <w:rsid w:val="0040668B"/>
    <w:rsid w:val="00414CF6"/>
    <w:rsid w:val="00423163"/>
    <w:rsid w:val="00423DCC"/>
    <w:rsid w:val="00427538"/>
    <w:rsid w:val="00434D5F"/>
    <w:rsid w:val="00442412"/>
    <w:rsid w:val="0045075F"/>
    <w:rsid w:val="00454FA9"/>
    <w:rsid w:val="004559B4"/>
    <w:rsid w:val="004561B5"/>
    <w:rsid w:val="004571F3"/>
    <w:rsid w:val="00463E32"/>
    <w:rsid w:val="00464FD4"/>
    <w:rsid w:val="00465E7A"/>
    <w:rsid w:val="00473B54"/>
    <w:rsid w:val="00474C09"/>
    <w:rsid w:val="00475EC8"/>
    <w:rsid w:val="00477EDD"/>
    <w:rsid w:val="00482E85"/>
    <w:rsid w:val="00484F89"/>
    <w:rsid w:val="004873C6"/>
    <w:rsid w:val="0049172F"/>
    <w:rsid w:val="0049731B"/>
    <w:rsid w:val="004A0424"/>
    <w:rsid w:val="004A3D73"/>
    <w:rsid w:val="004B15C0"/>
    <w:rsid w:val="004B4A48"/>
    <w:rsid w:val="004C32AE"/>
    <w:rsid w:val="004D3FEE"/>
    <w:rsid w:val="004D630D"/>
    <w:rsid w:val="004E33B8"/>
    <w:rsid w:val="004F11BC"/>
    <w:rsid w:val="004F1EF3"/>
    <w:rsid w:val="004F2E2B"/>
    <w:rsid w:val="004F48B3"/>
    <w:rsid w:val="004F4C96"/>
    <w:rsid w:val="004F601C"/>
    <w:rsid w:val="004F7DA5"/>
    <w:rsid w:val="00500212"/>
    <w:rsid w:val="00507029"/>
    <w:rsid w:val="00512385"/>
    <w:rsid w:val="00514D12"/>
    <w:rsid w:val="0051709F"/>
    <w:rsid w:val="005207F5"/>
    <w:rsid w:val="00536576"/>
    <w:rsid w:val="0054078F"/>
    <w:rsid w:val="005422A1"/>
    <w:rsid w:val="00563B84"/>
    <w:rsid w:val="0057281C"/>
    <w:rsid w:val="00573CE8"/>
    <w:rsid w:val="005765EC"/>
    <w:rsid w:val="0058380A"/>
    <w:rsid w:val="005844CA"/>
    <w:rsid w:val="00585458"/>
    <w:rsid w:val="005932BC"/>
    <w:rsid w:val="005D709D"/>
    <w:rsid w:val="005E0050"/>
    <w:rsid w:val="005E23FA"/>
    <w:rsid w:val="005E4CFB"/>
    <w:rsid w:val="006074C7"/>
    <w:rsid w:val="00611DBA"/>
    <w:rsid w:val="00611FA8"/>
    <w:rsid w:val="00615947"/>
    <w:rsid w:val="006274DA"/>
    <w:rsid w:val="00630F52"/>
    <w:rsid w:val="006343FF"/>
    <w:rsid w:val="00641FB9"/>
    <w:rsid w:val="006427FB"/>
    <w:rsid w:val="00654803"/>
    <w:rsid w:val="00655117"/>
    <w:rsid w:val="006641DC"/>
    <w:rsid w:val="00670D8A"/>
    <w:rsid w:val="00686938"/>
    <w:rsid w:val="00697F9A"/>
    <w:rsid w:val="006A3313"/>
    <w:rsid w:val="006B4EF1"/>
    <w:rsid w:val="006C2563"/>
    <w:rsid w:val="006C6D8A"/>
    <w:rsid w:val="006D1722"/>
    <w:rsid w:val="006D2410"/>
    <w:rsid w:val="006D7F7C"/>
    <w:rsid w:val="006E4D20"/>
    <w:rsid w:val="006E7117"/>
    <w:rsid w:val="00705C16"/>
    <w:rsid w:val="00723216"/>
    <w:rsid w:val="0072382F"/>
    <w:rsid w:val="007346BE"/>
    <w:rsid w:val="00744624"/>
    <w:rsid w:val="007456BB"/>
    <w:rsid w:val="00750C05"/>
    <w:rsid w:val="00755FDE"/>
    <w:rsid w:val="00760D70"/>
    <w:rsid w:val="00764241"/>
    <w:rsid w:val="00770B52"/>
    <w:rsid w:val="007740A6"/>
    <w:rsid w:val="00781B87"/>
    <w:rsid w:val="00785900"/>
    <w:rsid w:val="007B45F7"/>
    <w:rsid w:val="007B5DBA"/>
    <w:rsid w:val="007B7669"/>
    <w:rsid w:val="007C1F01"/>
    <w:rsid w:val="007E1B76"/>
    <w:rsid w:val="007E6035"/>
    <w:rsid w:val="007E782C"/>
    <w:rsid w:val="007F150A"/>
    <w:rsid w:val="007F33E1"/>
    <w:rsid w:val="007F7E7A"/>
    <w:rsid w:val="00802DE8"/>
    <w:rsid w:val="0080697A"/>
    <w:rsid w:val="0081224F"/>
    <w:rsid w:val="008173DB"/>
    <w:rsid w:val="0082579D"/>
    <w:rsid w:val="00830663"/>
    <w:rsid w:val="00834C2B"/>
    <w:rsid w:val="0084703C"/>
    <w:rsid w:val="0085132F"/>
    <w:rsid w:val="00860FCA"/>
    <w:rsid w:val="00863CDC"/>
    <w:rsid w:val="0086407D"/>
    <w:rsid w:val="00872064"/>
    <w:rsid w:val="0087266F"/>
    <w:rsid w:val="00872A07"/>
    <w:rsid w:val="00872CFE"/>
    <w:rsid w:val="00892D2A"/>
    <w:rsid w:val="00895262"/>
    <w:rsid w:val="008B5837"/>
    <w:rsid w:val="008B71EF"/>
    <w:rsid w:val="008B72F7"/>
    <w:rsid w:val="008C7330"/>
    <w:rsid w:val="008D3D78"/>
    <w:rsid w:val="008E136B"/>
    <w:rsid w:val="008E26B9"/>
    <w:rsid w:val="008F27CF"/>
    <w:rsid w:val="008F5D68"/>
    <w:rsid w:val="00900329"/>
    <w:rsid w:val="009154FA"/>
    <w:rsid w:val="00930FB5"/>
    <w:rsid w:val="009340AB"/>
    <w:rsid w:val="009406D7"/>
    <w:rsid w:val="00943530"/>
    <w:rsid w:val="00950E54"/>
    <w:rsid w:val="00956CBF"/>
    <w:rsid w:val="00960FD0"/>
    <w:rsid w:val="009648AD"/>
    <w:rsid w:val="00974144"/>
    <w:rsid w:val="00975E58"/>
    <w:rsid w:val="009817C5"/>
    <w:rsid w:val="00992A9D"/>
    <w:rsid w:val="009932A0"/>
    <w:rsid w:val="009A78CD"/>
    <w:rsid w:val="009B3937"/>
    <w:rsid w:val="009B3F83"/>
    <w:rsid w:val="009B448B"/>
    <w:rsid w:val="009C0575"/>
    <w:rsid w:val="009C4E2A"/>
    <w:rsid w:val="009D09AC"/>
    <w:rsid w:val="009D1E7B"/>
    <w:rsid w:val="009D5495"/>
    <w:rsid w:val="009E1504"/>
    <w:rsid w:val="009E71FE"/>
    <w:rsid w:val="009F5670"/>
    <w:rsid w:val="00A0403C"/>
    <w:rsid w:val="00A0581D"/>
    <w:rsid w:val="00A200B2"/>
    <w:rsid w:val="00A22B09"/>
    <w:rsid w:val="00A30714"/>
    <w:rsid w:val="00A6245C"/>
    <w:rsid w:val="00A73ECD"/>
    <w:rsid w:val="00A77D6D"/>
    <w:rsid w:val="00A817DF"/>
    <w:rsid w:val="00A859BA"/>
    <w:rsid w:val="00A8741E"/>
    <w:rsid w:val="00A8798A"/>
    <w:rsid w:val="00A95D1F"/>
    <w:rsid w:val="00AA1128"/>
    <w:rsid w:val="00AA1D8D"/>
    <w:rsid w:val="00AA3614"/>
    <w:rsid w:val="00AA43FD"/>
    <w:rsid w:val="00AA6ABD"/>
    <w:rsid w:val="00AA6E30"/>
    <w:rsid w:val="00AA7F36"/>
    <w:rsid w:val="00AC0D02"/>
    <w:rsid w:val="00AD1BBD"/>
    <w:rsid w:val="00AD1E97"/>
    <w:rsid w:val="00AE23C8"/>
    <w:rsid w:val="00AE6653"/>
    <w:rsid w:val="00AF0DFE"/>
    <w:rsid w:val="00AF102F"/>
    <w:rsid w:val="00AF216F"/>
    <w:rsid w:val="00AF79DC"/>
    <w:rsid w:val="00B036B7"/>
    <w:rsid w:val="00B03A80"/>
    <w:rsid w:val="00B04AB9"/>
    <w:rsid w:val="00B05C85"/>
    <w:rsid w:val="00B10899"/>
    <w:rsid w:val="00B169BF"/>
    <w:rsid w:val="00B242A9"/>
    <w:rsid w:val="00B264E8"/>
    <w:rsid w:val="00B26C84"/>
    <w:rsid w:val="00B27571"/>
    <w:rsid w:val="00B34875"/>
    <w:rsid w:val="00B438A7"/>
    <w:rsid w:val="00B47730"/>
    <w:rsid w:val="00B6232D"/>
    <w:rsid w:val="00B632C6"/>
    <w:rsid w:val="00B7343E"/>
    <w:rsid w:val="00B73ABD"/>
    <w:rsid w:val="00B820B0"/>
    <w:rsid w:val="00B82E84"/>
    <w:rsid w:val="00B84E74"/>
    <w:rsid w:val="00B917B7"/>
    <w:rsid w:val="00BA1E7E"/>
    <w:rsid w:val="00BA45A3"/>
    <w:rsid w:val="00BA7237"/>
    <w:rsid w:val="00BB680A"/>
    <w:rsid w:val="00BB71E1"/>
    <w:rsid w:val="00BC1798"/>
    <w:rsid w:val="00BC1882"/>
    <w:rsid w:val="00BD72FF"/>
    <w:rsid w:val="00BE6D57"/>
    <w:rsid w:val="00C16209"/>
    <w:rsid w:val="00C27CEF"/>
    <w:rsid w:val="00C3300A"/>
    <w:rsid w:val="00C37CAB"/>
    <w:rsid w:val="00C421F0"/>
    <w:rsid w:val="00C43A19"/>
    <w:rsid w:val="00C43AE0"/>
    <w:rsid w:val="00C44997"/>
    <w:rsid w:val="00C44AB6"/>
    <w:rsid w:val="00C51FF3"/>
    <w:rsid w:val="00C561F2"/>
    <w:rsid w:val="00C603DA"/>
    <w:rsid w:val="00C6283D"/>
    <w:rsid w:val="00C67BAE"/>
    <w:rsid w:val="00C8724A"/>
    <w:rsid w:val="00C93B15"/>
    <w:rsid w:val="00CA3427"/>
    <w:rsid w:val="00CA733B"/>
    <w:rsid w:val="00CB0664"/>
    <w:rsid w:val="00CB3792"/>
    <w:rsid w:val="00CC1198"/>
    <w:rsid w:val="00CE035F"/>
    <w:rsid w:val="00CE65A9"/>
    <w:rsid w:val="00CE75A6"/>
    <w:rsid w:val="00D023FE"/>
    <w:rsid w:val="00D14E4E"/>
    <w:rsid w:val="00D172A9"/>
    <w:rsid w:val="00D22B07"/>
    <w:rsid w:val="00D23992"/>
    <w:rsid w:val="00D250E9"/>
    <w:rsid w:val="00D421A3"/>
    <w:rsid w:val="00D42AD2"/>
    <w:rsid w:val="00D6481F"/>
    <w:rsid w:val="00D70B04"/>
    <w:rsid w:val="00D71A0A"/>
    <w:rsid w:val="00D73101"/>
    <w:rsid w:val="00D74E39"/>
    <w:rsid w:val="00D80E86"/>
    <w:rsid w:val="00D82088"/>
    <w:rsid w:val="00D87884"/>
    <w:rsid w:val="00D910DE"/>
    <w:rsid w:val="00D94255"/>
    <w:rsid w:val="00D95D64"/>
    <w:rsid w:val="00DA4D9C"/>
    <w:rsid w:val="00DB4BF3"/>
    <w:rsid w:val="00DC426E"/>
    <w:rsid w:val="00DD0E22"/>
    <w:rsid w:val="00DD135E"/>
    <w:rsid w:val="00DD1977"/>
    <w:rsid w:val="00DD376E"/>
    <w:rsid w:val="00DD3E22"/>
    <w:rsid w:val="00DE3401"/>
    <w:rsid w:val="00DF0D34"/>
    <w:rsid w:val="00DF26E9"/>
    <w:rsid w:val="00E330DB"/>
    <w:rsid w:val="00E415F7"/>
    <w:rsid w:val="00E6430B"/>
    <w:rsid w:val="00E749D8"/>
    <w:rsid w:val="00E7637D"/>
    <w:rsid w:val="00E820C9"/>
    <w:rsid w:val="00E83685"/>
    <w:rsid w:val="00E83ED9"/>
    <w:rsid w:val="00E85488"/>
    <w:rsid w:val="00E861F4"/>
    <w:rsid w:val="00E91B5B"/>
    <w:rsid w:val="00E976A8"/>
    <w:rsid w:val="00EA0FFA"/>
    <w:rsid w:val="00EB0E0F"/>
    <w:rsid w:val="00EB101A"/>
    <w:rsid w:val="00EB2A0F"/>
    <w:rsid w:val="00EB51A5"/>
    <w:rsid w:val="00EC1ACB"/>
    <w:rsid w:val="00EC66D7"/>
    <w:rsid w:val="00EC6FE8"/>
    <w:rsid w:val="00ED779E"/>
    <w:rsid w:val="00EE13E3"/>
    <w:rsid w:val="00F113D5"/>
    <w:rsid w:val="00F11BE2"/>
    <w:rsid w:val="00F12545"/>
    <w:rsid w:val="00F17D01"/>
    <w:rsid w:val="00F23807"/>
    <w:rsid w:val="00F411CE"/>
    <w:rsid w:val="00F44C94"/>
    <w:rsid w:val="00F50162"/>
    <w:rsid w:val="00F5017D"/>
    <w:rsid w:val="00F51D18"/>
    <w:rsid w:val="00F6034B"/>
    <w:rsid w:val="00F65687"/>
    <w:rsid w:val="00F7036F"/>
    <w:rsid w:val="00F714FA"/>
    <w:rsid w:val="00F853D2"/>
    <w:rsid w:val="00F9553B"/>
    <w:rsid w:val="00FA3A53"/>
    <w:rsid w:val="00FA4CC9"/>
    <w:rsid w:val="00FB66CB"/>
    <w:rsid w:val="00FC646A"/>
    <w:rsid w:val="00FC693F"/>
    <w:rsid w:val="00FD0BA5"/>
    <w:rsid w:val="00FE0FAF"/>
    <w:rsid w:val="00FE4B06"/>
    <w:rsid w:val="00FE4DB0"/>
    <w:rsid w:val="00FE682C"/>
    <w:rsid w:val="00FE6D69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67B46"/>
  <w14:defaultImageDpi w14:val="300"/>
  <w15:docId w15:val="{7E55AB43-8401-8343-A733-9386DE6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5608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56082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56082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E97132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Pamela Cockle Angelica Town Clerk</cp:lastModifiedBy>
  <cp:revision>89</cp:revision>
  <cp:lastPrinted>2026-06-06T13:53:00Z</cp:lastPrinted>
  <dcterms:created xsi:type="dcterms:W3CDTF">2026-06-03T21:11:00Z</dcterms:created>
  <dcterms:modified xsi:type="dcterms:W3CDTF">2026-06-08T14:11:00Z</dcterms:modified>
  <cp:category/>
</cp:coreProperties>
</file>