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AD50C" w14:textId="48C2FCEE" w:rsidR="004561B5" w:rsidRDefault="004561B5" w:rsidP="004561B5">
      <w:pPr>
        <w:pStyle w:val="Heading1"/>
        <w:jc w:val="center"/>
        <w:rPr>
          <w:sz w:val="40"/>
          <w:szCs w:val="40"/>
          <w:u w:val="single"/>
        </w:rPr>
      </w:pPr>
      <w:r w:rsidRPr="00A200B2">
        <w:rPr>
          <w:sz w:val="40"/>
          <w:szCs w:val="40"/>
          <w:u w:val="single"/>
        </w:rPr>
        <w:t>AGENDA FOR ANGELICA TOWN BOARD MEETING</w:t>
      </w:r>
      <w:r w:rsidR="009A78CD" w:rsidRPr="00A200B2">
        <w:rPr>
          <w:sz w:val="40"/>
          <w:szCs w:val="40"/>
          <w:u w:val="single"/>
        </w:rPr>
        <w:t xml:space="preserve"> </w:t>
      </w:r>
      <w:r w:rsidR="00EE168A">
        <w:rPr>
          <w:sz w:val="40"/>
          <w:szCs w:val="40"/>
          <w:u w:val="single"/>
        </w:rPr>
        <w:t>October 12</w:t>
      </w:r>
      <w:r w:rsidRPr="00A200B2">
        <w:rPr>
          <w:sz w:val="40"/>
          <w:szCs w:val="40"/>
          <w:u w:val="single"/>
        </w:rPr>
        <w:t>, 202</w:t>
      </w:r>
      <w:r w:rsidR="00454FA9" w:rsidRPr="00A200B2">
        <w:rPr>
          <w:sz w:val="40"/>
          <w:szCs w:val="40"/>
          <w:u w:val="single"/>
        </w:rPr>
        <w:t>6</w:t>
      </w:r>
      <w:r w:rsidR="00EE168A">
        <w:rPr>
          <w:sz w:val="40"/>
          <w:szCs w:val="40"/>
          <w:u w:val="single"/>
        </w:rPr>
        <w:t xml:space="preserve"> @ 7 P.M.</w:t>
      </w:r>
    </w:p>
    <w:p w14:paraId="1C8735CE" w14:textId="6E2AD793" w:rsidR="00EC1ACB" w:rsidRPr="009340AB" w:rsidRDefault="000F5DF6" w:rsidP="00EC1ACB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</w:p>
    <w:p w14:paraId="0E61039D" w14:textId="2B9ACBA9" w:rsidR="00DD3E22" w:rsidRDefault="009B3937" w:rsidP="009B3937">
      <w:pPr>
        <w:pStyle w:val="ListNumber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Call to Order and Pledge of Allegiance</w:t>
      </w:r>
    </w:p>
    <w:p w14:paraId="093766BA" w14:textId="13DB6E14" w:rsidR="00DF2407" w:rsidRDefault="00DF2407" w:rsidP="009B3937">
      <w:pPr>
        <w:pStyle w:val="ListNumber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Appointment of Rob Ford to fill the vacancy on Town Board effective immediately</w:t>
      </w:r>
    </w:p>
    <w:p w14:paraId="6D0A9B3A" w14:textId="695A97F7" w:rsidR="00924173" w:rsidRPr="009340AB" w:rsidRDefault="00924173" w:rsidP="009B3937">
      <w:pPr>
        <w:pStyle w:val="ListNumber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Signing of Oath: Rob Ford, Town Councilman</w:t>
      </w:r>
    </w:p>
    <w:p w14:paraId="5F7E91E1" w14:textId="056DEEA5" w:rsidR="000A7912" w:rsidRDefault="004561B5" w:rsidP="004D271D">
      <w:pPr>
        <w:pStyle w:val="ListNumber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F92A41">
        <w:rPr>
          <w:rFonts w:asciiTheme="majorHAnsi" w:hAnsiTheme="majorHAnsi"/>
          <w:sz w:val="24"/>
          <w:szCs w:val="24"/>
        </w:rPr>
        <w:t xml:space="preserve">Approval of Minutes of Previous </w:t>
      </w:r>
      <w:r w:rsidR="00F92A41" w:rsidRPr="00F92A41">
        <w:rPr>
          <w:rFonts w:asciiTheme="majorHAnsi" w:hAnsiTheme="majorHAnsi"/>
          <w:sz w:val="24"/>
          <w:szCs w:val="24"/>
        </w:rPr>
        <w:t xml:space="preserve">Regular Board </w:t>
      </w:r>
      <w:r w:rsidRPr="00F92A41">
        <w:rPr>
          <w:rFonts w:asciiTheme="majorHAnsi" w:hAnsiTheme="majorHAnsi"/>
          <w:sz w:val="24"/>
          <w:szCs w:val="24"/>
        </w:rPr>
        <w:t>Meeting</w:t>
      </w:r>
      <w:r w:rsidR="00F92A41" w:rsidRPr="00F92A41">
        <w:rPr>
          <w:rFonts w:asciiTheme="majorHAnsi" w:hAnsiTheme="majorHAnsi"/>
          <w:sz w:val="24"/>
          <w:szCs w:val="24"/>
        </w:rPr>
        <w:t>s</w:t>
      </w:r>
      <w:r w:rsidRPr="00F92A41">
        <w:rPr>
          <w:rFonts w:asciiTheme="majorHAnsi" w:hAnsiTheme="majorHAnsi"/>
          <w:sz w:val="24"/>
          <w:szCs w:val="24"/>
        </w:rPr>
        <w:t>.</w:t>
      </w:r>
      <w:r w:rsidR="00BA7237" w:rsidRPr="00F92A41">
        <w:rPr>
          <w:rFonts w:asciiTheme="majorHAnsi" w:hAnsiTheme="majorHAnsi"/>
          <w:sz w:val="24"/>
          <w:szCs w:val="24"/>
        </w:rPr>
        <w:t xml:space="preserve"> </w:t>
      </w:r>
      <w:r w:rsidR="00DF2407">
        <w:rPr>
          <w:rFonts w:asciiTheme="majorHAnsi" w:hAnsiTheme="majorHAnsi"/>
          <w:sz w:val="24"/>
          <w:szCs w:val="24"/>
        </w:rPr>
        <w:t>Se</w:t>
      </w:r>
      <w:r w:rsidR="0035345E">
        <w:rPr>
          <w:rFonts w:asciiTheme="majorHAnsi" w:hAnsiTheme="majorHAnsi"/>
          <w:sz w:val="24"/>
          <w:szCs w:val="24"/>
        </w:rPr>
        <w:t xml:space="preserve">ptember </w:t>
      </w:r>
      <w:r w:rsidR="007C3C78">
        <w:rPr>
          <w:rFonts w:asciiTheme="majorHAnsi" w:hAnsiTheme="majorHAnsi"/>
          <w:sz w:val="24"/>
          <w:szCs w:val="24"/>
        </w:rPr>
        <w:t>14</w:t>
      </w:r>
      <w:r w:rsidR="005E25C5" w:rsidRPr="00F92A41">
        <w:rPr>
          <w:rFonts w:asciiTheme="majorHAnsi" w:hAnsiTheme="majorHAnsi"/>
          <w:sz w:val="24"/>
          <w:szCs w:val="24"/>
        </w:rPr>
        <w:t>, 2026</w:t>
      </w:r>
      <w:r w:rsidR="00F92A41" w:rsidRPr="00F92A41">
        <w:rPr>
          <w:rFonts w:asciiTheme="majorHAnsi" w:hAnsiTheme="majorHAnsi"/>
          <w:sz w:val="24"/>
          <w:szCs w:val="24"/>
        </w:rPr>
        <w:t xml:space="preserve"> </w:t>
      </w:r>
    </w:p>
    <w:p w14:paraId="226837D4" w14:textId="5606A8C1" w:rsidR="004118BA" w:rsidRPr="00C83073" w:rsidRDefault="000A7912" w:rsidP="00C83073">
      <w:pPr>
        <w:pStyle w:val="ListNumber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Approval of Minutes from </w:t>
      </w:r>
      <w:r w:rsidR="007C3C78">
        <w:rPr>
          <w:rFonts w:asciiTheme="majorHAnsi" w:hAnsiTheme="majorHAnsi"/>
          <w:sz w:val="24"/>
          <w:szCs w:val="24"/>
        </w:rPr>
        <w:t>Budget Workshop</w:t>
      </w:r>
      <w:r>
        <w:rPr>
          <w:rFonts w:asciiTheme="majorHAnsi" w:hAnsiTheme="majorHAnsi"/>
          <w:sz w:val="24"/>
          <w:szCs w:val="24"/>
        </w:rPr>
        <w:t xml:space="preserve"> Held </w:t>
      </w:r>
      <w:r w:rsidR="007C3C78">
        <w:rPr>
          <w:rFonts w:asciiTheme="majorHAnsi" w:hAnsiTheme="majorHAnsi"/>
          <w:sz w:val="24"/>
          <w:szCs w:val="24"/>
        </w:rPr>
        <w:t>September 22</w:t>
      </w:r>
      <w:r>
        <w:rPr>
          <w:rFonts w:asciiTheme="majorHAnsi" w:hAnsiTheme="majorHAnsi"/>
          <w:sz w:val="24"/>
          <w:szCs w:val="24"/>
        </w:rPr>
        <w:t xml:space="preserve">, 26 </w:t>
      </w:r>
    </w:p>
    <w:p w14:paraId="3147A29B" w14:textId="15AF568F" w:rsidR="00D5229C" w:rsidRPr="00F92A41" w:rsidRDefault="004561B5" w:rsidP="004D271D">
      <w:pPr>
        <w:pStyle w:val="ListNumber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F92A41">
        <w:rPr>
          <w:rFonts w:asciiTheme="majorHAnsi" w:hAnsiTheme="majorHAnsi"/>
          <w:sz w:val="24"/>
          <w:szCs w:val="24"/>
        </w:rPr>
        <w:t>Abstracts: Generals and Highways</w:t>
      </w:r>
      <w:r w:rsidR="00A0403C" w:rsidRPr="00F92A41">
        <w:rPr>
          <w:rFonts w:asciiTheme="majorHAnsi" w:hAnsiTheme="majorHAnsi"/>
          <w:sz w:val="24"/>
          <w:szCs w:val="24"/>
        </w:rPr>
        <w:t xml:space="preserve">.  </w:t>
      </w:r>
    </w:p>
    <w:p w14:paraId="1775C03D" w14:textId="06B8FEAA" w:rsidR="009B3937" w:rsidRPr="009340AB" w:rsidRDefault="009B3937" w:rsidP="009B3937">
      <w:pPr>
        <w:pStyle w:val="ListNumber"/>
        <w:numPr>
          <w:ilvl w:val="0"/>
          <w:numId w:val="16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Approval and totals by fund</w:t>
      </w:r>
      <w:r w:rsidR="00895262">
        <w:rPr>
          <w:rFonts w:asciiTheme="majorHAnsi" w:hAnsiTheme="majorHAnsi"/>
          <w:sz w:val="24"/>
          <w:szCs w:val="24"/>
        </w:rPr>
        <w:t>:</w:t>
      </w:r>
    </w:p>
    <w:p w14:paraId="7D9F094A" w14:textId="4C13855C" w:rsidR="002F177E" w:rsidRDefault="002F177E" w:rsidP="002F177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GENERAL FUND Townwide</w:t>
      </w:r>
      <w:r w:rsidR="00D01FD5">
        <w:rPr>
          <w:rFonts w:asciiTheme="majorHAnsi" w:hAnsiTheme="majorHAnsi"/>
          <w:sz w:val="24"/>
          <w:szCs w:val="24"/>
        </w:rPr>
        <w:t xml:space="preserve"> A</w:t>
      </w:r>
      <w:r w:rsidRPr="009340AB">
        <w:rPr>
          <w:rFonts w:asciiTheme="majorHAnsi" w:hAnsiTheme="majorHAnsi"/>
          <w:sz w:val="24"/>
          <w:szCs w:val="24"/>
        </w:rPr>
        <w:t>: $</w:t>
      </w:r>
      <w:r w:rsidR="00FF76AC">
        <w:rPr>
          <w:rFonts w:asciiTheme="majorHAnsi" w:hAnsiTheme="majorHAnsi"/>
          <w:sz w:val="24"/>
          <w:szCs w:val="24"/>
        </w:rPr>
        <w:t>33,429.36</w:t>
      </w:r>
    </w:p>
    <w:p w14:paraId="429E0038" w14:textId="34CA7E30" w:rsidR="00241C93" w:rsidRPr="009340AB" w:rsidRDefault="00241C93" w:rsidP="002F177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GENERAL FUND Outside</w:t>
      </w:r>
      <w:r w:rsidR="00D01FD5">
        <w:rPr>
          <w:rFonts w:asciiTheme="majorHAnsi" w:hAnsiTheme="majorHAnsi"/>
          <w:sz w:val="24"/>
          <w:szCs w:val="24"/>
        </w:rPr>
        <w:t xml:space="preserve"> B</w:t>
      </w:r>
      <w:r>
        <w:rPr>
          <w:rFonts w:asciiTheme="majorHAnsi" w:hAnsiTheme="majorHAnsi"/>
          <w:sz w:val="24"/>
          <w:szCs w:val="24"/>
        </w:rPr>
        <w:t>:  $</w:t>
      </w:r>
      <w:r w:rsidR="004F1A1B">
        <w:rPr>
          <w:rFonts w:asciiTheme="majorHAnsi" w:hAnsiTheme="majorHAnsi"/>
          <w:sz w:val="24"/>
          <w:szCs w:val="24"/>
        </w:rPr>
        <w:t>-0-</w:t>
      </w:r>
    </w:p>
    <w:p w14:paraId="358BB5C6" w14:textId="3718AECB" w:rsidR="002F177E" w:rsidRDefault="002F177E" w:rsidP="002F177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HIGHWAY Townwide</w:t>
      </w:r>
      <w:r w:rsidR="00D01FD5">
        <w:rPr>
          <w:rFonts w:asciiTheme="majorHAnsi" w:hAnsiTheme="majorHAnsi"/>
          <w:sz w:val="24"/>
          <w:szCs w:val="24"/>
        </w:rPr>
        <w:t xml:space="preserve"> DA</w:t>
      </w:r>
      <w:r w:rsidRPr="009340AB">
        <w:rPr>
          <w:rFonts w:asciiTheme="majorHAnsi" w:hAnsiTheme="majorHAnsi"/>
          <w:sz w:val="24"/>
          <w:szCs w:val="24"/>
        </w:rPr>
        <w:t>: $</w:t>
      </w:r>
      <w:r w:rsidR="0053209E">
        <w:rPr>
          <w:rFonts w:asciiTheme="majorHAnsi" w:hAnsiTheme="majorHAnsi"/>
          <w:sz w:val="24"/>
          <w:szCs w:val="24"/>
        </w:rPr>
        <w:t>9,341.72</w:t>
      </w:r>
    </w:p>
    <w:p w14:paraId="1CA7088C" w14:textId="041004EA" w:rsidR="00241C93" w:rsidRDefault="0081224F" w:rsidP="002F177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HIGHWAY Outside</w:t>
      </w:r>
      <w:r w:rsidR="00D01FD5">
        <w:rPr>
          <w:rFonts w:asciiTheme="majorHAnsi" w:hAnsiTheme="majorHAnsi"/>
          <w:sz w:val="24"/>
          <w:szCs w:val="24"/>
        </w:rPr>
        <w:t xml:space="preserve"> DB</w:t>
      </w:r>
      <w:r>
        <w:rPr>
          <w:rFonts w:asciiTheme="majorHAnsi" w:hAnsiTheme="majorHAnsi"/>
          <w:sz w:val="24"/>
          <w:szCs w:val="24"/>
        </w:rPr>
        <w:t>: $</w:t>
      </w:r>
      <w:r w:rsidR="00830FC8">
        <w:rPr>
          <w:rFonts w:asciiTheme="majorHAnsi" w:hAnsiTheme="majorHAnsi"/>
          <w:sz w:val="24"/>
          <w:szCs w:val="24"/>
        </w:rPr>
        <w:t>140,732.11</w:t>
      </w:r>
    </w:p>
    <w:p w14:paraId="4C10F713" w14:textId="2F43A6C3" w:rsidR="00797BD4" w:rsidRPr="00797BD4" w:rsidRDefault="00B26C84" w:rsidP="00797BD4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CAPTIAL: </w:t>
      </w:r>
      <w:r w:rsidR="00660420">
        <w:rPr>
          <w:rFonts w:asciiTheme="majorHAnsi" w:hAnsiTheme="majorHAnsi"/>
          <w:sz w:val="24"/>
          <w:szCs w:val="24"/>
        </w:rPr>
        <w:t xml:space="preserve">$ </w:t>
      </w:r>
      <w:r w:rsidR="00290697">
        <w:rPr>
          <w:rFonts w:asciiTheme="majorHAnsi" w:hAnsiTheme="majorHAnsi"/>
          <w:sz w:val="24"/>
          <w:szCs w:val="24"/>
        </w:rPr>
        <w:t>-</w:t>
      </w:r>
      <w:r w:rsidR="00660420">
        <w:rPr>
          <w:rFonts w:asciiTheme="majorHAnsi" w:hAnsiTheme="majorHAnsi"/>
          <w:sz w:val="24"/>
          <w:szCs w:val="24"/>
        </w:rPr>
        <w:t>0</w:t>
      </w:r>
      <w:r w:rsidR="00290697">
        <w:rPr>
          <w:rFonts w:asciiTheme="majorHAnsi" w:hAnsiTheme="majorHAnsi"/>
          <w:sz w:val="24"/>
          <w:szCs w:val="24"/>
        </w:rPr>
        <w:t>-</w:t>
      </w:r>
    </w:p>
    <w:p w14:paraId="495323B1" w14:textId="57806941" w:rsidR="00DF1688" w:rsidRPr="00290697" w:rsidRDefault="002F177E" w:rsidP="00DF1688">
      <w:pPr>
        <w:pStyle w:val="ListNumber"/>
        <w:numPr>
          <w:ilvl w:val="1"/>
          <w:numId w:val="16"/>
        </w:numPr>
      </w:pPr>
      <w:r w:rsidRPr="00924173">
        <w:rPr>
          <w:rFonts w:asciiTheme="majorHAnsi" w:hAnsiTheme="majorHAnsi"/>
          <w:sz w:val="24"/>
          <w:szCs w:val="24"/>
        </w:rPr>
        <w:t>TOTAL COMBINED: $</w:t>
      </w:r>
      <w:r w:rsidR="00DF1688">
        <w:rPr>
          <w:rFonts w:asciiTheme="majorHAnsi" w:hAnsiTheme="majorHAnsi"/>
          <w:sz w:val="24"/>
          <w:szCs w:val="24"/>
        </w:rPr>
        <w:t>183,503.19</w:t>
      </w:r>
    </w:p>
    <w:p w14:paraId="6CEF67A5" w14:textId="77777777" w:rsidR="00290697" w:rsidRPr="00924173" w:rsidRDefault="00290697" w:rsidP="00290697">
      <w:pPr>
        <w:pStyle w:val="ListNumber"/>
        <w:numPr>
          <w:ilvl w:val="0"/>
          <w:numId w:val="0"/>
        </w:numPr>
        <w:ind w:left="1440"/>
      </w:pPr>
    </w:p>
    <w:p w14:paraId="495158B2" w14:textId="549DE038" w:rsidR="000C460E" w:rsidRDefault="00311F56" w:rsidP="00465E7A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Battery </w:t>
      </w:r>
      <w:r w:rsidR="00DF0D34">
        <w:rPr>
          <w:rFonts w:asciiTheme="majorHAnsi" w:hAnsiTheme="majorHAnsi"/>
          <w:sz w:val="24"/>
          <w:szCs w:val="24"/>
        </w:rPr>
        <w:t xml:space="preserve">Energy </w:t>
      </w:r>
      <w:r w:rsidRPr="009340AB">
        <w:rPr>
          <w:rFonts w:asciiTheme="majorHAnsi" w:hAnsiTheme="majorHAnsi"/>
          <w:sz w:val="24"/>
          <w:szCs w:val="24"/>
        </w:rPr>
        <w:t xml:space="preserve">Storage </w:t>
      </w:r>
      <w:r w:rsidR="00DF0D34">
        <w:rPr>
          <w:rFonts w:asciiTheme="majorHAnsi" w:hAnsiTheme="majorHAnsi"/>
          <w:sz w:val="24"/>
          <w:szCs w:val="24"/>
        </w:rPr>
        <w:t>System (BESS) Update</w:t>
      </w:r>
      <w:r w:rsidR="00423163">
        <w:rPr>
          <w:rFonts w:asciiTheme="majorHAnsi" w:hAnsiTheme="majorHAnsi"/>
          <w:sz w:val="24"/>
          <w:szCs w:val="24"/>
        </w:rPr>
        <w:t>/Discussion</w:t>
      </w:r>
      <w:r w:rsidR="0087266F">
        <w:rPr>
          <w:rFonts w:asciiTheme="majorHAnsi" w:hAnsiTheme="majorHAnsi"/>
          <w:sz w:val="24"/>
          <w:szCs w:val="24"/>
        </w:rPr>
        <w:t>: (G. Kelly)</w:t>
      </w:r>
    </w:p>
    <w:p w14:paraId="44EF2352" w14:textId="018D5100" w:rsidR="00A60F1A" w:rsidRPr="00282F82" w:rsidRDefault="00F90519" w:rsidP="00FD2CEB">
      <w:pPr>
        <w:pStyle w:val="ListNumber"/>
        <w:numPr>
          <w:ilvl w:val="0"/>
          <w:numId w:val="35"/>
        </w:numPr>
        <w:rPr>
          <w:rFonts w:asciiTheme="majorHAnsi" w:hAnsiTheme="majorHAnsi"/>
          <w:sz w:val="24"/>
          <w:szCs w:val="24"/>
        </w:rPr>
      </w:pPr>
      <w:r>
        <w:rPr>
          <w:b/>
          <w:bCs/>
        </w:rPr>
        <w:t xml:space="preserve">Resolution 13-2026: </w:t>
      </w:r>
      <w:r w:rsidR="00227A4F" w:rsidRPr="00551747">
        <w:rPr>
          <w:b/>
          <w:bCs/>
        </w:rPr>
        <w:t>Adoption of Local Law No. 1 of 2026</w:t>
      </w:r>
      <w:r w:rsidR="00227A4F">
        <w:t xml:space="preserve"> – “A Local Law Creating Regulations for Battery Energy Storage Systems” – Roll Call </w:t>
      </w:r>
      <w:r w:rsidR="00551747">
        <w:t xml:space="preserve">&amp; </w:t>
      </w:r>
      <w:r w:rsidR="00227A4F">
        <w:t>Vote</w:t>
      </w:r>
      <w:r w:rsidR="00551747">
        <w:t xml:space="preserve"> </w:t>
      </w:r>
    </w:p>
    <w:p w14:paraId="7E46E682" w14:textId="775E34CF" w:rsidR="00282F82" w:rsidRPr="00282F82" w:rsidRDefault="00282F82" w:rsidP="00282F82">
      <w:pPr>
        <w:pStyle w:val="ListNumber"/>
        <w:numPr>
          <w:ilvl w:val="0"/>
          <w:numId w:val="0"/>
        </w:numPr>
        <w:ind w:left="1440"/>
        <w:rPr>
          <w:rFonts w:asciiTheme="majorHAnsi" w:hAnsiTheme="majorHAnsi"/>
          <w:sz w:val="24"/>
          <w:szCs w:val="24"/>
        </w:rPr>
      </w:pPr>
      <w:r>
        <w:t>(law is available for review under NOTICES on our website prior to meeting)</w:t>
      </w:r>
    </w:p>
    <w:p w14:paraId="3892DD34" w14:textId="781C494E" w:rsidR="004561B5" w:rsidRPr="009340AB" w:rsidRDefault="004561B5" w:rsidP="004561B5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Budget Sheets and Supervisor’s Reports</w:t>
      </w:r>
      <w:r w:rsidR="0045075F" w:rsidRPr="009340AB">
        <w:rPr>
          <w:rFonts w:asciiTheme="majorHAnsi" w:hAnsiTheme="majorHAnsi"/>
          <w:sz w:val="24"/>
          <w:szCs w:val="24"/>
        </w:rPr>
        <w:t xml:space="preserve"> for Month of </w:t>
      </w:r>
      <w:r w:rsidR="00290697">
        <w:rPr>
          <w:rFonts w:asciiTheme="majorHAnsi" w:hAnsiTheme="majorHAnsi"/>
          <w:sz w:val="24"/>
          <w:szCs w:val="24"/>
        </w:rPr>
        <w:t>September</w:t>
      </w:r>
      <w:r w:rsidR="00C65369">
        <w:rPr>
          <w:rFonts w:asciiTheme="majorHAnsi" w:hAnsiTheme="majorHAnsi"/>
          <w:sz w:val="24"/>
          <w:szCs w:val="24"/>
        </w:rPr>
        <w:t xml:space="preserve"> </w:t>
      </w:r>
      <w:r w:rsidR="0045075F" w:rsidRPr="009340AB">
        <w:rPr>
          <w:rFonts w:asciiTheme="majorHAnsi" w:hAnsiTheme="majorHAnsi"/>
          <w:sz w:val="24"/>
          <w:szCs w:val="24"/>
        </w:rPr>
        <w:t>2026</w:t>
      </w:r>
      <w:r w:rsidR="0038354C" w:rsidRPr="009340AB">
        <w:rPr>
          <w:rFonts w:asciiTheme="majorHAnsi" w:hAnsiTheme="majorHAnsi"/>
          <w:sz w:val="24"/>
          <w:szCs w:val="24"/>
        </w:rPr>
        <w:t xml:space="preserve">. Motion to approve. </w:t>
      </w:r>
    </w:p>
    <w:p w14:paraId="44C5D31B" w14:textId="56218907" w:rsidR="00474C09" w:rsidRPr="009340AB" w:rsidRDefault="00474C09" w:rsidP="00C65369">
      <w:pPr>
        <w:pStyle w:val="ListNumber"/>
        <w:numPr>
          <w:ilvl w:val="1"/>
          <w:numId w:val="5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General</w:t>
      </w:r>
      <w:r w:rsidR="00A8798A">
        <w:rPr>
          <w:rFonts w:asciiTheme="majorHAnsi" w:hAnsiTheme="majorHAnsi"/>
          <w:sz w:val="24"/>
          <w:szCs w:val="24"/>
        </w:rPr>
        <w:t>/Cap</w:t>
      </w:r>
      <w:r w:rsidR="005A2A15">
        <w:rPr>
          <w:rFonts w:asciiTheme="majorHAnsi" w:hAnsiTheme="majorHAnsi"/>
          <w:sz w:val="24"/>
          <w:szCs w:val="24"/>
        </w:rPr>
        <w:t>i</w:t>
      </w:r>
      <w:r w:rsidR="00A8798A">
        <w:rPr>
          <w:rFonts w:asciiTheme="majorHAnsi" w:hAnsiTheme="majorHAnsi"/>
          <w:sz w:val="24"/>
          <w:szCs w:val="24"/>
        </w:rPr>
        <w:t>tal</w:t>
      </w:r>
      <w:r w:rsidRPr="009340AB">
        <w:rPr>
          <w:rFonts w:asciiTheme="majorHAnsi" w:hAnsiTheme="majorHAnsi"/>
          <w:sz w:val="24"/>
          <w:szCs w:val="24"/>
        </w:rPr>
        <w:t xml:space="preserve"> Fund</w:t>
      </w:r>
      <w:r w:rsidR="00CA26D7">
        <w:rPr>
          <w:rFonts w:asciiTheme="majorHAnsi" w:hAnsiTheme="majorHAnsi"/>
          <w:sz w:val="24"/>
          <w:szCs w:val="24"/>
        </w:rPr>
        <w:t xml:space="preserve"> (Funds </w:t>
      </w:r>
      <w:r w:rsidR="005A5269">
        <w:rPr>
          <w:rFonts w:asciiTheme="majorHAnsi" w:hAnsiTheme="majorHAnsi"/>
          <w:sz w:val="24"/>
          <w:szCs w:val="24"/>
        </w:rPr>
        <w:t>A,</w:t>
      </w:r>
      <w:r w:rsidR="002B59DB">
        <w:rPr>
          <w:rFonts w:asciiTheme="majorHAnsi" w:hAnsiTheme="majorHAnsi"/>
          <w:sz w:val="24"/>
          <w:szCs w:val="24"/>
        </w:rPr>
        <w:t xml:space="preserve"> </w:t>
      </w:r>
      <w:r w:rsidR="005A5269">
        <w:rPr>
          <w:rFonts w:asciiTheme="majorHAnsi" w:hAnsiTheme="majorHAnsi"/>
          <w:sz w:val="24"/>
          <w:szCs w:val="24"/>
        </w:rPr>
        <w:t>B</w:t>
      </w:r>
      <w:r w:rsidR="00773DA8">
        <w:rPr>
          <w:rFonts w:asciiTheme="majorHAnsi" w:hAnsiTheme="majorHAnsi"/>
          <w:sz w:val="24"/>
          <w:szCs w:val="24"/>
        </w:rPr>
        <w:t>, S</w:t>
      </w:r>
      <w:r w:rsidR="002B59DB">
        <w:rPr>
          <w:rFonts w:asciiTheme="majorHAnsi" w:hAnsiTheme="majorHAnsi"/>
          <w:sz w:val="24"/>
          <w:szCs w:val="24"/>
        </w:rPr>
        <w:t>,</w:t>
      </w:r>
      <w:r w:rsidR="00773DA8">
        <w:rPr>
          <w:rFonts w:asciiTheme="majorHAnsi" w:hAnsiTheme="majorHAnsi"/>
          <w:sz w:val="24"/>
          <w:szCs w:val="24"/>
        </w:rPr>
        <w:t xml:space="preserve"> H</w:t>
      </w:r>
      <w:r w:rsidR="00CA26D7">
        <w:rPr>
          <w:rFonts w:asciiTheme="majorHAnsi" w:hAnsiTheme="majorHAnsi"/>
          <w:sz w:val="24"/>
          <w:szCs w:val="24"/>
        </w:rPr>
        <w:t>)</w:t>
      </w:r>
      <w:r w:rsidRPr="009340AB">
        <w:rPr>
          <w:rFonts w:asciiTheme="majorHAnsi" w:hAnsiTheme="majorHAnsi"/>
          <w:sz w:val="24"/>
          <w:szCs w:val="24"/>
        </w:rPr>
        <w:t>: Revenues: $</w:t>
      </w:r>
      <w:r w:rsidR="00471ADE">
        <w:rPr>
          <w:rFonts w:asciiTheme="majorHAnsi" w:hAnsiTheme="majorHAnsi"/>
          <w:sz w:val="24"/>
          <w:szCs w:val="24"/>
        </w:rPr>
        <w:t>24</w:t>
      </w:r>
      <w:r w:rsidR="00AD230D">
        <w:rPr>
          <w:rFonts w:asciiTheme="majorHAnsi" w:hAnsiTheme="majorHAnsi"/>
          <w:sz w:val="24"/>
          <w:szCs w:val="24"/>
        </w:rPr>
        <w:t>,</w:t>
      </w:r>
      <w:r w:rsidR="00471ADE">
        <w:rPr>
          <w:rFonts w:asciiTheme="majorHAnsi" w:hAnsiTheme="majorHAnsi"/>
          <w:sz w:val="24"/>
          <w:szCs w:val="24"/>
        </w:rPr>
        <w:t>588.38</w:t>
      </w:r>
      <w:r w:rsidR="00755FDE">
        <w:rPr>
          <w:rFonts w:asciiTheme="majorHAnsi" w:hAnsiTheme="majorHAnsi"/>
          <w:sz w:val="24"/>
          <w:szCs w:val="24"/>
        </w:rPr>
        <w:t xml:space="preserve"> </w:t>
      </w:r>
      <w:r w:rsidR="00A859BA" w:rsidRPr="009340AB">
        <w:rPr>
          <w:rFonts w:asciiTheme="majorHAnsi" w:hAnsiTheme="majorHAnsi"/>
          <w:sz w:val="24"/>
          <w:szCs w:val="24"/>
        </w:rPr>
        <w:t>/</w:t>
      </w:r>
      <w:r w:rsidRPr="009340AB">
        <w:rPr>
          <w:rFonts w:asciiTheme="majorHAnsi" w:hAnsiTheme="majorHAnsi"/>
          <w:sz w:val="24"/>
          <w:szCs w:val="24"/>
        </w:rPr>
        <w:t xml:space="preserve">Expenses: </w:t>
      </w:r>
      <w:r w:rsidR="000537E0">
        <w:rPr>
          <w:rFonts w:asciiTheme="majorHAnsi" w:hAnsiTheme="majorHAnsi"/>
          <w:sz w:val="24"/>
          <w:szCs w:val="24"/>
        </w:rPr>
        <w:t>$</w:t>
      </w:r>
      <w:r w:rsidR="00AD230D">
        <w:rPr>
          <w:rFonts w:asciiTheme="majorHAnsi" w:hAnsiTheme="majorHAnsi"/>
          <w:sz w:val="24"/>
          <w:szCs w:val="24"/>
        </w:rPr>
        <w:t>23,870.25</w:t>
      </w:r>
    </w:p>
    <w:p w14:paraId="0A1ACAE7" w14:textId="58A858D9" w:rsidR="0045075F" w:rsidRDefault="00474C09" w:rsidP="00A200B2">
      <w:pPr>
        <w:pStyle w:val="ListNumber"/>
        <w:numPr>
          <w:ilvl w:val="1"/>
          <w:numId w:val="5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Highway</w:t>
      </w:r>
      <w:r w:rsidR="00CA26D7">
        <w:rPr>
          <w:rFonts w:asciiTheme="majorHAnsi" w:hAnsiTheme="majorHAnsi"/>
          <w:sz w:val="24"/>
          <w:szCs w:val="24"/>
        </w:rPr>
        <w:t xml:space="preserve"> (Funds DA &amp; DB)</w:t>
      </w:r>
      <w:r w:rsidRPr="009340AB">
        <w:rPr>
          <w:rFonts w:asciiTheme="majorHAnsi" w:hAnsiTheme="majorHAnsi"/>
          <w:sz w:val="24"/>
          <w:szCs w:val="24"/>
        </w:rPr>
        <w:t>: Revenues: $</w:t>
      </w:r>
      <w:r w:rsidR="006A2297">
        <w:rPr>
          <w:rFonts w:asciiTheme="majorHAnsi" w:hAnsiTheme="majorHAnsi"/>
          <w:sz w:val="24"/>
          <w:szCs w:val="24"/>
        </w:rPr>
        <w:t>2,352.66</w:t>
      </w:r>
      <w:r w:rsidR="00BA1E7E" w:rsidRPr="009340AB">
        <w:rPr>
          <w:rFonts w:asciiTheme="majorHAnsi" w:hAnsiTheme="majorHAnsi"/>
          <w:sz w:val="24"/>
          <w:szCs w:val="24"/>
        </w:rPr>
        <w:t>/Expenses: $</w:t>
      </w:r>
      <w:r w:rsidR="006A2297">
        <w:rPr>
          <w:rFonts w:asciiTheme="majorHAnsi" w:hAnsiTheme="majorHAnsi"/>
          <w:sz w:val="24"/>
          <w:szCs w:val="24"/>
        </w:rPr>
        <w:t>44,250.11</w:t>
      </w:r>
    </w:p>
    <w:p w14:paraId="00DD2EA9" w14:textId="19CDE627" w:rsidR="004B15C0" w:rsidRPr="004B15C0" w:rsidRDefault="004561B5" w:rsidP="004B15C0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Financial Reports:</w:t>
      </w:r>
      <w:r w:rsidR="00A0403C" w:rsidRPr="009340AB">
        <w:rPr>
          <w:rFonts w:asciiTheme="majorHAnsi" w:hAnsiTheme="majorHAnsi"/>
          <w:sz w:val="24"/>
          <w:szCs w:val="24"/>
        </w:rPr>
        <w:t xml:space="preserve">  </w:t>
      </w:r>
      <w:r w:rsidRPr="009340AB">
        <w:rPr>
          <w:rFonts w:asciiTheme="majorHAnsi" w:hAnsiTheme="majorHAnsi"/>
          <w:sz w:val="24"/>
          <w:szCs w:val="24"/>
        </w:rPr>
        <w:br/>
        <w:t xml:space="preserve">   a. NYCLASS Report for </w:t>
      </w:r>
      <w:r w:rsidR="00343BA0">
        <w:rPr>
          <w:rFonts w:asciiTheme="majorHAnsi" w:hAnsiTheme="majorHAnsi"/>
          <w:sz w:val="24"/>
          <w:szCs w:val="24"/>
        </w:rPr>
        <w:t>September</w:t>
      </w:r>
      <w:r w:rsidR="004D630D">
        <w:rPr>
          <w:rFonts w:asciiTheme="majorHAnsi" w:hAnsiTheme="majorHAnsi"/>
          <w:sz w:val="24"/>
          <w:szCs w:val="24"/>
        </w:rPr>
        <w:t xml:space="preserve"> </w:t>
      </w:r>
      <w:r w:rsidR="00031109">
        <w:rPr>
          <w:rFonts w:asciiTheme="majorHAnsi" w:hAnsiTheme="majorHAnsi"/>
          <w:sz w:val="24"/>
          <w:szCs w:val="24"/>
        </w:rPr>
        <w:t>2026</w:t>
      </w:r>
      <w:r w:rsidRPr="009340AB">
        <w:rPr>
          <w:rFonts w:asciiTheme="majorHAnsi" w:hAnsiTheme="majorHAnsi"/>
          <w:sz w:val="24"/>
          <w:szCs w:val="24"/>
        </w:rPr>
        <w:t>.</w:t>
      </w:r>
      <w:r w:rsidR="0038354C" w:rsidRPr="009340AB">
        <w:rPr>
          <w:rFonts w:asciiTheme="majorHAnsi" w:hAnsiTheme="majorHAnsi"/>
          <w:sz w:val="24"/>
          <w:szCs w:val="24"/>
        </w:rPr>
        <w:t xml:space="preserve"> </w:t>
      </w:r>
      <w:r w:rsidR="00975E58">
        <w:rPr>
          <w:rFonts w:asciiTheme="majorHAnsi" w:hAnsiTheme="majorHAnsi"/>
          <w:sz w:val="24"/>
          <w:szCs w:val="24"/>
        </w:rPr>
        <w:t xml:space="preserve"> </w:t>
      </w:r>
    </w:p>
    <w:p w14:paraId="12BF45C9" w14:textId="5D6DD328" w:rsidR="00CB3792" w:rsidRPr="002371E2" w:rsidRDefault="00AA6E30" w:rsidP="00474C09">
      <w:pPr>
        <w:pStyle w:val="ListParagraph"/>
        <w:ind w:firstLine="72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Total NYCLASS Earnings</w:t>
      </w:r>
      <w:r w:rsidR="000E5720">
        <w:rPr>
          <w:rFonts w:asciiTheme="majorHAnsi" w:hAnsiTheme="majorHAnsi"/>
          <w:sz w:val="24"/>
          <w:szCs w:val="24"/>
        </w:rPr>
        <w:t xml:space="preserve"> Current Month: </w:t>
      </w:r>
      <w:r w:rsidR="00343BA0">
        <w:rPr>
          <w:rFonts w:asciiTheme="majorHAnsi" w:hAnsiTheme="majorHAnsi"/>
          <w:sz w:val="24"/>
          <w:szCs w:val="24"/>
        </w:rPr>
        <w:t>$</w:t>
      </w:r>
      <w:r w:rsidR="00CA0809">
        <w:rPr>
          <w:rFonts w:asciiTheme="majorHAnsi" w:hAnsiTheme="majorHAnsi"/>
          <w:sz w:val="24"/>
          <w:szCs w:val="24"/>
        </w:rPr>
        <w:t>13,409.76</w:t>
      </w:r>
    </w:p>
    <w:p w14:paraId="40767419" w14:textId="2D1FEBF1" w:rsidR="00CB3792" w:rsidRPr="002371E2" w:rsidRDefault="00CB3792" w:rsidP="00474C09">
      <w:pPr>
        <w:pStyle w:val="ListParagraph"/>
        <w:ind w:firstLine="720"/>
        <w:rPr>
          <w:rFonts w:asciiTheme="majorHAnsi" w:hAnsiTheme="majorHAnsi"/>
          <w:sz w:val="24"/>
          <w:szCs w:val="24"/>
        </w:rPr>
      </w:pPr>
      <w:r w:rsidRPr="002371E2">
        <w:rPr>
          <w:rFonts w:asciiTheme="majorHAnsi" w:hAnsiTheme="majorHAnsi"/>
          <w:sz w:val="24"/>
          <w:szCs w:val="24"/>
        </w:rPr>
        <w:t xml:space="preserve">Average Monthly Rate = </w:t>
      </w:r>
      <w:r w:rsidRPr="0006296C">
        <w:rPr>
          <w:rFonts w:asciiTheme="majorHAnsi" w:hAnsiTheme="majorHAnsi"/>
          <w:b/>
          <w:bCs/>
          <w:sz w:val="24"/>
          <w:szCs w:val="24"/>
        </w:rPr>
        <w:t>3.</w:t>
      </w:r>
      <w:r w:rsidR="002C73E5">
        <w:rPr>
          <w:rFonts w:asciiTheme="majorHAnsi" w:hAnsiTheme="majorHAnsi"/>
          <w:b/>
          <w:bCs/>
          <w:sz w:val="24"/>
          <w:szCs w:val="24"/>
        </w:rPr>
        <w:t>6</w:t>
      </w:r>
      <w:r w:rsidR="00B22A20">
        <w:rPr>
          <w:rFonts w:asciiTheme="majorHAnsi" w:hAnsiTheme="majorHAnsi"/>
          <w:b/>
          <w:bCs/>
          <w:sz w:val="24"/>
          <w:szCs w:val="24"/>
        </w:rPr>
        <w:t>38</w:t>
      </w:r>
      <w:r w:rsidRPr="0006296C">
        <w:rPr>
          <w:rFonts w:asciiTheme="majorHAnsi" w:hAnsiTheme="majorHAnsi"/>
          <w:b/>
          <w:bCs/>
          <w:sz w:val="24"/>
          <w:szCs w:val="24"/>
        </w:rPr>
        <w:t>%</w:t>
      </w:r>
    </w:p>
    <w:p w14:paraId="57BD288F" w14:textId="3127205E" w:rsidR="00312007" w:rsidRPr="00DD2116" w:rsidRDefault="009E71FE" w:rsidP="00AA615C">
      <w:pPr>
        <w:pStyle w:val="ListParagraph"/>
        <w:ind w:firstLine="720"/>
      </w:pPr>
      <w:r w:rsidRPr="002371E2">
        <w:rPr>
          <w:rFonts w:asciiTheme="majorHAnsi" w:hAnsiTheme="majorHAnsi"/>
          <w:sz w:val="24"/>
          <w:szCs w:val="24"/>
        </w:rPr>
        <w:t>Total NYCLASS Balance = $</w:t>
      </w:r>
      <w:r w:rsidR="002371E2" w:rsidRPr="002371E2">
        <w:rPr>
          <w:rFonts w:asciiTheme="majorHAnsi" w:hAnsiTheme="majorHAnsi"/>
          <w:sz w:val="24"/>
          <w:szCs w:val="24"/>
        </w:rPr>
        <w:t>4,</w:t>
      </w:r>
      <w:r w:rsidR="007B4AF7">
        <w:rPr>
          <w:rFonts w:asciiTheme="majorHAnsi" w:hAnsiTheme="majorHAnsi"/>
          <w:sz w:val="24"/>
          <w:szCs w:val="24"/>
        </w:rPr>
        <w:t>5</w:t>
      </w:r>
      <w:r w:rsidR="002C73E5">
        <w:rPr>
          <w:rFonts w:asciiTheme="majorHAnsi" w:hAnsiTheme="majorHAnsi"/>
          <w:sz w:val="24"/>
          <w:szCs w:val="24"/>
        </w:rPr>
        <w:t>18,655.49</w:t>
      </w:r>
    </w:p>
    <w:p w14:paraId="136E5A34" w14:textId="40869351" w:rsidR="00D5229C" w:rsidRPr="00BA3284" w:rsidRDefault="004561B5" w:rsidP="00BA3284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Town Business Review.</w:t>
      </w:r>
      <w:r w:rsidR="00A0403C" w:rsidRPr="009340AB">
        <w:rPr>
          <w:rFonts w:asciiTheme="majorHAnsi" w:hAnsiTheme="majorHAnsi"/>
          <w:sz w:val="24"/>
          <w:szCs w:val="24"/>
        </w:rPr>
        <w:t xml:space="preserve">  Motio</w:t>
      </w:r>
      <w:r w:rsidR="00454FA9" w:rsidRPr="009340AB">
        <w:rPr>
          <w:rFonts w:asciiTheme="majorHAnsi" w:hAnsiTheme="majorHAnsi"/>
          <w:sz w:val="24"/>
          <w:szCs w:val="24"/>
        </w:rPr>
        <w:t>n</w:t>
      </w:r>
      <w:r w:rsidR="00A0403C" w:rsidRPr="009340AB">
        <w:rPr>
          <w:rFonts w:asciiTheme="majorHAnsi" w:hAnsiTheme="majorHAnsi"/>
          <w:sz w:val="24"/>
          <w:szCs w:val="24"/>
        </w:rPr>
        <w:t xml:space="preserve"> to accept and approve by:</w:t>
      </w:r>
    </w:p>
    <w:p w14:paraId="36BEBB2C" w14:textId="49BA23EE" w:rsidR="00863CDC" w:rsidRPr="009340AB" w:rsidRDefault="004D5B07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TOWN CLERK REPORT: </w:t>
      </w:r>
      <w:r w:rsidR="00863CDC">
        <w:rPr>
          <w:rFonts w:asciiTheme="majorHAnsi" w:hAnsiTheme="majorHAnsi"/>
          <w:sz w:val="24"/>
          <w:szCs w:val="24"/>
        </w:rPr>
        <w:t>$</w:t>
      </w:r>
      <w:r w:rsidR="002D70C7">
        <w:rPr>
          <w:rFonts w:asciiTheme="majorHAnsi" w:hAnsiTheme="majorHAnsi"/>
          <w:sz w:val="24"/>
          <w:szCs w:val="24"/>
        </w:rPr>
        <w:t>519.21</w:t>
      </w:r>
      <w:r w:rsidR="00863CDC">
        <w:rPr>
          <w:rFonts w:asciiTheme="majorHAnsi" w:hAnsiTheme="majorHAnsi"/>
          <w:sz w:val="24"/>
          <w:szCs w:val="24"/>
        </w:rPr>
        <w:t xml:space="preserve"> paid to Town Supervisor</w:t>
      </w:r>
      <w:r w:rsidR="007E1B76">
        <w:rPr>
          <w:rFonts w:asciiTheme="majorHAnsi" w:hAnsiTheme="majorHAnsi"/>
          <w:sz w:val="24"/>
          <w:szCs w:val="24"/>
        </w:rPr>
        <w:t xml:space="preserve"> </w:t>
      </w:r>
    </w:p>
    <w:p w14:paraId="0243E8F6" w14:textId="7B209DE8" w:rsidR="00A0403C" w:rsidRPr="009340AB" w:rsidRDefault="00A0403C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Dog</w:t>
      </w:r>
      <w:r w:rsidR="00C3300A">
        <w:rPr>
          <w:rFonts w:asciiTheme="majorHAnsi" w:hAnsiTheme="majorHAnsi"/>
          <w:sz w:val="24"/>
          <w:szCs w:val="24"/>
        </w:rPr>
        <w:t>s</w:t>
      </w:r>
      <w:r w:rsidRPr="009340AB">
        <w:rPr>
          <w:rFonts w:asciiTheme="majorHAnsi" w:hAnsiTheme="majorHAnsi"/>
          <w:sz w:val="24"/>
          <w:szCs w:val="24"/>
        </w:rPr>
        <w:t xml:space="preserve">:  </w:t>
      </w:r>
      <w:r w:rsidR="00126854" w:rsidRPr="009340AB">
        <w:rPr>
          <w:rFonts w:asciiTheme="majorHAnsi" w:hAnsiTheme="majorHAnsi"/>
          <w:sz w:val="24"/>
          <w:szCs w:val="24"/>
        </w:rPr>
        <w:t>$</w:t>
      </w:r>
      <w:r w:rsidR="002D70C7">
        <w:rPr>
          <w:rFonts w:asciiTheme="majorHAnsi" w:hAnsiTheme="majorHAnsi"/>
          <w:sz w:val="24"/>
          <w:szCs w:val="24"/>
        </w:rPr>
        <w:t>106</w:t>
      </w:r>
    </w:p>
    <w:p w14:paraId="39980A40" w14:textId="34F52649" w:rsidR="00A0403C" w:rsidRDefault="00A0403C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DECALS:</w:t>
      </w:r>
      <w:r w:rsidR="00126854" w:rsidRPr="009340AB">
        <w:rPr>
          <w:rFonts w:asciiTheme="majorHAnsi" w:hAnsiTheme="majorHAnsi"/>
          <w:sz w:val="24"/>
          <w:szCs w:val="24"/>
        </w:rPr>
        <w:t xml:space="preserve"> $</w:t>
      </w:r>
      <w:r w:rsidR="002D70C7">
        <w:rPr>
          <w:rFonts w:asciiTheme="majorHAnsi" w:hAnsiTheme="majorHAnsi"/>
          <w:sz w:val="24"/>
          <w:szCs w:val="24"/>
        </w:rPr>
        <w:t>40.71</w:t>
      </w:r>
    </w:p>
    <w:p w14:paraId="06EA04D2" w14:textId="3000E06A" w:rsidR="00E6430B" w:rsidRPr="009340AB" w:rsidRDefault="00E6430B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Marriage Licenses: </w:t>
      </w:r>
      <w:r w:rsidR="00F81A02">
        <w:rPr>
          <w:rFonts w:asciiTheme="majorHAnsi" w:hAnsiTheme="majorHAnsi"/>
          <w:sz w:val="24"/>
          <w:szCs w:val="24"/>
        </w:rPr>
        <w:t>$</w:t>
      </w:r>
      <w:r w:rsidR="00F32C05">
        <w:rPr>
          <w:rFonts w:asciiTheme="majorHAnsi" w:hAnsiTheme="majorHAnsi"/>
          <w:sz w:val="24"/>
          <w:szCs w:val="24"/>
        </w:rPr>
        <w:t>17.5</w:t>
      </w:r>
      <w:r w:rsidR="00F81A02">
        <w:rPr>
          <w:rFonts w:asciiTheme="majorHAnsi" w:hAnsiTheme="majorHAnsi"/>
          <w:sz w:val="24"/>
          <w:szCs w:val="24"/>
        </w:rPr>
        <w:t>0</w:t>
      </w:r>
    </w:p>
    <w:p w14:paraId="07B369F6" w14:textId="4F6BE78E" w:rsidR="00C60C7F" w:rsidRPr="00F32C05" w:rsidRDefault="00A0403C" w:rsidP="00F32C05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Other: </w:t>
      </w:r>
      <w:r w:rsidR="00126854" w:rsidRPr="009340AB">
        <w:rPr>
          <w:rFonts w:asciiTheme="majorHAnsi" w:hAnsiTheme="majorHAnsi"/>
          <w:sz w:val="24"/>
          <w:szCs w:val="24"/>
        </w:rPr>
        <w:t>ATV’s $</w:t>
      </w:r>
      <w:r w:rsidR="00F32C05">
        <w:rPr>
          <w:rFonts w:asciiTheme="majorHAnsi" w:hAnsiTheme="majorHAnsi"/>
          <w:sz w:val="24"/>
          <w:szCs w:val="24"/>
        </w:rPr>
        <w:t>5</w:t>
      </w:r>
    </w:p>
    <w:p w14:paraId="5681F933" w14:textId="6A434527" w:rsidR="00BF7CBB" w:rsidRDefault="00BB71E1" w:rsidP="00807B0F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lastRenderedPageBreak/>
        <w:t>Grave Digging: $</w:t>
      </w:r>
      <w:r w:rsidR="009D08F5">
        <w:rPr>
          <w:rFonts w:asciiTheme="majorHAnsi" w:hAnsiTheme="majorHAnsi"/>
          <w:sz w:val="24"/>
          <w:szCs w:val="24"/>
        </w:rPr>
        <w:t>350</w:t>
      </w:r>
    </w:p>
    <w:p w14:paraId="2E2DB0E2" w14:textId="77777777" w:rsidR="00807B0F" w:rsidRDefault="00807B0F" w:rsidP="00807B0F">
      <w:pPr>
        <w:pStyle w:val="ListNumber"/>
        <w:numPr>
          <w:ilvl w:val="0"/>
          <w:numId w:val="0"/>
        </w:numPr>
        <w:ind w:left="1800"/>
        <w:rPr>
          <w:rFonts w:asciiTheme="majorHAnsi" w:hAnsiTheme="majorHAnsi"/>
          <w:sz w:val="24"/>
          <w:szCs w:val="24"/>
        </w:rPr>
      </w:pPr>
    </w:p>
    <w:p w14:paraId="11028456" w14:textId="4ECF7B4D" w:rsidR="00785900" w:rsidRPr="009340AB" w:rsidRDefault="004561B5" w:rsidP="009B448B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Town Justice</w:t>
      </w:r>
      <w:r w:rsidR="00B05C85">
        <w:rPr>
          <w:rFonts w:asciiTheme="majorHAnsi" w:hAnsiTheme="majorHAnsi"/>
          <w:sz w:val="24"/>
          <w:szCs w:val="24"/>
        </w:rPr>
        <w:t xml:space="preserve"> </w:t>
      </w:r>
      <w:r w:rsidR="00807B0F">
        <w:rPr>
          <w:rFonts w:asciiTheme="majorHAnsi" w:hAnsiTheme="majorHAnsi"/>
          <w:sz w:val="24"/>
          <w:szCs w:val="24"/>
        </w:rPr>
        <w:t xml:space="preserve">September </w:t>
      </w:r>
      <w:r w:rsidR="00A10388">
        <w:rPr>
          <w:rFonts w:asciiTheme="majorHAnsi" w:hAnsiTheme="majorHAnsi"/>
          <w:sz w:val="24"/>
          <w:szCs w:val="24"/>
        </w:rPr>
        <w:t xml:space="preserve">2026 </w:t>
      </w:r>
      <w:r w:rsidR="00126854" w:rsidRPr="009340AB">
        <w:rPr>
          <w:rFonts w:asciiTheme="majorHAnsi" w:hAnsiTheme="majorHAnsi"/>
          <w:sz w:val="24"/>
          <w:szCs w:val="24"/>
        </w:rPr>
        <w:t xml:space="preserve">Monthly </w:t>
      </w:r>
      <w:r w:rsidRPr="009340AB">
        <w:rPr>
          <w:rFonts w:asciiTheme="majorHAnsi" w:hAnsiTheme="majorHAnsi"/>
          <w:sz w:val="24"/>
          <w:szCs w:val="24"/>
        </w:rPr>
        <w:t>Report.</w:t>
      </w:r>
      <w:r w:rsidR="00126854" w:rsidRPr="009340AB">
        <w:rPr>
          <w:rFonts w:asciiTheme="majorHAnsi" w:hAnsiTheme="majorHAnsi"/>
          <w:sz w:val="24"/>
          <w:szCs w:val="24"/>
        </w:rPr>
        <w:t xml:space="preserve"> Received &amp; in packets. $</w:t>
      </w:r>
      <w:r w:rsidR="00D87CD0">
        <w:rPr>
          <w:rFonts w:asciiTheme="majorHAnsi" w:hAnsiTheme="majorHAnsi"/>
          <w:sz w:val="24"/>
          <w:szCs w:val="24"/>
        </w:rPr>
        <w:t>11,584</w:t>
      </w:r>
      <w:r w:rsidR="00807B0F">
        <w:rPr>
          <w:rFonts w:asciiTheme="majorHAnsi" w:hAnsiTheme="majorHAnsi"/>
          <w:sz w:val="24"/>
          <w:szCs w:val="24"/>
        </w:rPr>
        <w:t xml:space="preserve"> </w:t>
      </w:r>
      <w:r w:rsidR="00126854" w:rsidRPr="009340AB">
        <w:rPr>
          <w:rFonts w:asciiTheme="majorHAnsi" w:hAnsiTheme="majorHAnsi"/>
          <w:sz w:val="24"/>
          <w:szCs w:val="24"/>
        </w:rPr>
        <w:t>received</w:t>
      </w:r>
      <w:r w:rsidR="00BA1E7E" w:rsidRPr="009340AB">
        <w:rPr>
          <w:rFonts w:asciiTheme="majorHAnsi" w:hAnsiTheme="majorHAnsi"/>
          <w:sz w:val="24"/>
          <w:szCs w:val="24"/>
        </w:rPr>
        <w:t>. Motion to approve.</w:t>
      </w:r>
      <w:r w:rsidR="00D910DE">
        <w:rPr>
          <w:rFonts w:asciiTheme="majorHAnsi" w:hAnsiTheme="majorHAnsi"/>
          <w:sz w:val="24"/>
          <w:szCs w:val="24"/>
        </w:rPr>
        <w:t xml:space="preserve"> </w:t>
      </w:r>
    </w:p>
    <w:p w14:paraId="19B75907" w14:textId="242B4864" w:rsidR="004561B5" w:rsidRDefault="004561B5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Dog Control Report</w:t>
      </w:r>
      <w:r w:rsidR="00A77D6D" w:rsidRPr="009340AB">
        <w:rPr>
          <w:rFonts w:asciiTheme="majorHAnsi" w:hAnsiTheme="majorHAnsi"/>
          <w:sz w:val="24"/>
          <w:szCs w:val="24"/>
        </w:rPr>
        <w:t xml:space="preserve"> (Rick Abbott)</w:t>
      </w:r>
    </w:p>
    <w:p w14:paraId="29DF0EF4" w14:textId="28873032" w:rsidR="004561B5" w:rsidRPr="009340AB" w:rsidRDefault="004561B5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Assessor / Real Property.</w:t>
      </w:r>
      <w:r w:rsidR="00126854" w:rsidRPr="009340AB">
        <w:rPr>
          <w:rFonts w:asciiTheme="majorHAnsi" w:hAnsiTheme="majorHAnsi"/>
          <w:sz w:val="24"/>
          <w:szCs w:val="24"/>
        </w:rPr>
        <w:t xml:space="preserve"> –</w:t>
      </w:r>
      <w:r w:rsidR="00763FB3">
        <w:rPr>
          <w:rFonts w:asciiTheme="majorHAnsi" w:hAnsiTheme="majorHAnsi"/>
          <w:sz w:val="24"/>
          <w:szCs w:val="24"/>
        </w:rPr>
        <w:t xml:space="preserve"> no report received.</w:t>
      </w:r>
    </w:p>
    <w:p w14:paraId="04401BF6" w14:textId="546E79B6" w:rsidR="00B46D9F" w:rsidRDefault="00126854" w:rsidP="00B46D9F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M.A.C.E. </w:t>
      </w:r>
      <w:r w:rsidR="001062AB" w:rsidRPr="009340AB">
        <w:rPr>
          <w:rFonts w:asciiTheme="majorHAnsi" w:hAnsiTheme="majorHAnsi"/>
          <w:sz w:val="24"/>
          <w:szCs w:val="24"/>
        </w:rPr>
        <w:tab/>
      </w:r>
      <w:r w:rsidR="00857574">
        <w:rPr>
          <w:rFonts w:asciiTheme="majorHAnsi" w:hAnsiTheme="majorHAnsi"/>
          <w:sz w:val="24"/>
          <w:szCs w:val="24"/>
        </w:rPr>
        <w:t xml:space="preserve">-   </w:t>
      </w:r>
      <w:r w:rsidR="00807B0F">
        <w:rPr>
          <w:rFonts w:asciiTheme="majorHAnsi" w:hAnsiTheme="majorHAnsi"/>
          <w:sz w:val="24"/>
          <w:szCs w:val="24"/>
        </w:rPr>
        <w:t>September</w:t>
      </w:r>
      <w:r w:rsidR="00F714FA" w:rsidRPr="00857574">
        <w:rPr>
          <w:rFonts w:asciiTheme="majorHAnsi" w:hAnsiTheme="majorHAnsi"/>
          <w:sz w:val="24"/>
          <w:szCs w:val="24"/>
        </w:rPr>
        <w:t xml:space="preserve"> </w:t>
      </w:r>
      <w:r w:rsidR="00031631" w:rsidRPr="00857574">
        <w:rPr>
          <w:rFonts w:asciiTheme="majorHAnsi" w:hAnsiTheme="majorHAnsi"/>
          <w:sz w:val="24"/>
          <w:szCs w:val="24"/>
        </w:rPr>
        <w:t>20</w:t>
      </w:r>
      <w:r w:rsidR="00B73ABD" w:rsidRPr="00857574">
        <w:rPr>
          <w:rFonts w:asciiTheme="majorHAnsi" w:hAnsiTheme="majorHAnsi"/>
          <w:sz w:val="24"/>
          <w:szCs w:val="24"/>
        </w:rPr>
        <w:t>2</w:t>
      </w:r>
      <w:r w:rsidR="00327C78" w:rsidRPr="00857574">
        <w:rPr>
          <w:rFonts w:asciiTheme="majorHAnsi" w:hAnsiTheme="majorHAnsi"/>
          <w:sz w:val="24"/>
          <w:szCs w:val="24"/>
        </w:rPr>
        <w:t>6 report in</w:t>
      </w:r>
      <w:r w:rsidR="001062AB" w:rsidRPr="00857574">
        <w:rPr>
          <w:rFonts w:asciiTheme="majorHAnsi" w:hAnsiTheme="majorHAnsi"/>
          <w:sz w:val="24"/>
          <w:szCs w:val="24"/>
        </w:rPr>
        <w:t xml:space="preserve"> packets</w:t>
      </w:r>
      <w:r w:rsidR="002317EE" w:rsidRPr="00857574">
        <w:rPr>
          <w:rFonts w:asciiTheme="majorHAnsi" w:hAnsiTheme="majorHAnsi"/>
          <w:sz w:val="24"/>
          <w:szCs w:val="24"/>
        </w:rPr>
        <w:t>. Motion to Approve</w:t>
      </w:r>
    </w:p>
    <w:p w14:paraId="124220B5" w14:textId="77777777" w:rsidR="00B46D9F" w:rsidRPr="00B46D9F" w:rsidRDefault="00B46D9F" w:rsidP="00B46D9F">
      <w:pPr>
        <w:pStyle w:val="ListNumber"/>
        <w:numPr>
          <w:ilvl w:val="0"/>
          <w:numId w:val="0"/>
        </w:numPr>
        <w:ind w:left="1170"/>
        <w:rPr>
          <w:rFonts w:asciiTheme="majorHAnsi" w:hAnsiTheme="majorHAnsi"/>
          <w:sz w:val="24"/>
          <w:szCs w:val="24"/>
        </w:rPr>
      </w:pPr>
    </w:p>
    <w:p w14:paraId="7934F383" w14:textId="7139F76E" w:rsidR="00EB0F28" w:rsidRDefault="00DB6069" w:rsidP="00141D79">
      <w:pPr>
        <w:pStyle w:val="ListNumber"/>
      </w:pPr>
      <w:r>
        <w:t xml:space="preserve"> </w:t>
      </w:r>
      <w:r w:rsidR="002626DF">
        <w:t>Resolution 14-2026: Resolution adopting</w:t>
      </w:r>
      <w:r>
        <w:t xml:space="preserve"> 2027 Budget – Town of Angelica. T</w:t>
      </w:r>
      <w:r w:rsidR="00D700D9">
        <w:t>otal budget of: $1,844,610</w:t>
      </w:r>
      <w:r w:rsidR="00CC3794">
        <w:t>.</w:t>
      </w:r>
      <w:r w:rsidR="00FA607D">
        <w:t xml:space="preserve">  </w:t>
      </w:r>
      <w:r w:rsidR="00FA607D" w:rsidRPr="00CC3794">
        <w:rPr>
          <w:b/>
          <w:bCs/>
        </w:rPr>
        <w:t>A decrease of 6.8%</w:t>
      </w:r>
      <w:r w:rsidR="00FA607D">
        <w:t xml:space="preserve"> over 2026 tax rate.</w:t>
      </w:r>
    </w:p>
    <w:p w14:paraId="6C169153" w14:textId="7F5A92D8" w:rsidR="00B46D9F" w:rsidRDefault="00A442BD" w:rsidP="00141D79">
      <w:pPr>
        <w:pStyle w:val="ListNumber"/>
      </w:pPr>
      <w:r>
        <w:t>Approval of quote received from Kim Barton of $1,000 for electrical repairs within Town Hall. Converting bulbs to LED</w:t>
      </w:r>
      <w:r w:rsidR="00C35D95">
        <w:t>, installing 1 outlet, repairing 1 outlet.</w:t>
      </w:r>
    </w:p>
    <w:p w14:paraId="073FADB7" w14:textId="0DED8511" w:rsidR="0009593F" w:rsidRDefault="00F62349" w:rsidP="00141D79">
      <w:pPr>
        <w:pStyle w:val="ListNumber"/>
      </w:pPr>
      <w:r>
        <w:t xml:space="preserve">Contract Renewal with </w:t>
      </w:r>
      <w:r w:rsidR="00D847E0">
        <w:t xml:space="preserve">MTS Ambulance Services </w:t>
      </w:r>
      <w:r>
        <w:t>for the period 1/1/2027 – 12/31/2027 at an annual cost of $</w:t>
      </w:r>
      <w:r w:rsidR="00692B03">
        <w:t>9,802.72</w:t>
      </w:r>
      <w:r>
        <w:t xml:space="preserve"> for a</w:t>
      </w:r>
      <w:r w:rsidR="006914DF">
        <w:t xml:space="preserve">mbulance </w:t>
      </w:r>
      <w:r>
        <w:t>services</w:t>
      </w:r>
      <w:r w:rsidR="006914DF">
        <w:t xml:space="preserve"> within</w:t>
      </w:r>
      <w:r w:rsidR="00122BF4">
        <w:t xml:space="preserve"> the Town of Angelica Fire Protection District No. 1. Payment of $9,802.72 to be made on or about 1/1/2027.</w:t>
      </w:r>
    </w:p>
    <w:p w14:paraId="075E3D64" w14:textId="66C9CE5F" w:rsidR="001958FD" w:rsidRDefault="007927FA" w:rsidP="00141D79">
      <w:pPr>
        <w:pStyle w:val="ListNumber"/>
      </w:pPr>
      <w:r>
        <w:t>Q</w:t>
      </w:r>
      <w:r w:rsidR="001958FD">
        <w:t>uarterly Inspection Report from Antea Group on Hylan</w:t>
      </w:r>
      <w:r>
        <w:t>d</w:t>
      </w:r>
      <w:r w:rsidR="001958FD">
        <w:t xml:space="preserve"> Facility Landfill</w:t>
      </w:r>
      <w:r>
        <w:t>, included in packets.</w:t>
      </w:r>
    </w:p>
    <w:p w14:paraId="5C60A5AE" w14:textId="08523907" w:rsidR="00224C0D" w:rsidRDefault="004561B5" w:rsidP="00224C0D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Highway Department Report</w:t>
      </w:r>
      <w:r w:rsidR="00AA1128">
        <w:rPr>
          <w:rFonts w:asciiTheme="majorHAnsi" w:hAnsiTheme="majorHAnsi"/>
          <w:sz w:val="24"/>
          <w:szCs w:val="24"/>
        </w:rPr>
        <w:t xml:space="preserve">. </w:t>
      </w:r>
      <w:r w:rsidR="00FE4DB0" w:rsidRPr="009340AB">
        <w:rPr>
          <w:rFonts w:asciiTheme="majorHAnsi" w:hAnsiTheme="majorHAnsi"/>
          <w:sz w:val="24"/>
          <w:szCs w:val="24"/>
        </w:rPr>
        <w:t xml:space="preserve"> Included in Packets</w:t>
      </w:r>
      <w:r w:rsidR="00090865">
        <w:rPr>
          <w:rFonts w:asciiTheme="majorHAnsi" w:hAnsiTheme="majorHAnsi"/>
          <w:sz w:val="24"/>
          <w:szCs w:val="24"/>
        </w:rPr>
        <w:t>.</w:t>
      </w:r>
    </w:p>
    <w:p w14:paraId="380AFC45" w14:textId="6618DCAB" w:rsidR="00500212" w:rsidRPr="000D0D2B" w:rsidRDefault="00C94F40" w:rsidP="00F60D91">
      <w:pPr>
        <w:pStyle w:val="ListNumber"/>
      </w:pPr>
      <w:r>
        <w:t>Veterans Memorial: Approve repairs</w:t>
      </w:r>
      <w:r w:rsidR="00BA2F9B">
        <w:t>. Welding</w:t>
      </w:r>
      <w:r w:rsidR="00807AB3">
        <w:t xml:space="preserve"> repairs &amp;</w:t>
      </w:r>
      <w:r w:rsidR="00BA2F9B">
        <w:t xml:space="preserve"> Recoating</w:t>
      </w:r>
      <w:r w:rsidR="00807AB3">
        <w:t xml:space="preserve"> of Eagle. </w:t>
      </w:r>
      <w:r w:rsidR="006145FE">
        <w:t>Urn repair</w:t>
      </w:r>
      <w:r w:rsidR="005C3DAE">
        <w:t xml:space="preserve">. Money has been set aside in our NY Class accounts for said maintenance of Memorial and currently has a balance of </w:t>
      </w:r>
      <w:r w:rsidR="00F60D91">
        <w:t>$</w:t>
      </w:r>
      <w:r w:rsidR="00CA17A1">
        <w:t>6,3</w:t>
      </w:r>
      <w:r w:rsidR="00F60D91">
        <w:t>60. If repairs can not be made, Skip Hecker will report back to the Board for approval on replacement of Eagle.</w:t>
      </w:r>
      <w:r w:rsidR="00E75C21" w:rsidRPr="000D0D2B">
        <w:rPr>
          <w:rFonts w:asciiTheme="majorHAnsi" w:hAnsiTheme="majorHAnsi"/>
          <w:sz w:val="24"/>
          <w:szCs w:val="24"/>
        </w:rPr>
        <w:t xml:space="preserve"> </w:t>
      </w:r>
    </w:p>
    <w:p w14:paraId="4B5522A1" w14:textId="12A9C282" w:rsidR="00654302" w:rsidRPr="00FD2CEB" w:rsidRDefault="005932BC" w:rsidP="00F60D91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Salt Storage Shed</w:t>
      </w:r>
      <w:r w:rsidR="003061BF">
        <w:rPr>
          <w:rFonts w:asciiTheme="majorHAnsi" w:hAnsiTheme="majorHAnsi"/>
          <w:sz w:val="24"/>
          <w:szCs w:val="24"/>
        </w:rPr>
        <w:t xml:space="preserve"> Update</w:t>
      </w:r>
      <w:r w:rsidR="002D4B0D" w:rsidRPr="009340AB">
        <w:rPr>
          <w:rFonts w:asciiTheme="majorHAnsi" w:hAnsiTheme="majorHAnsi"/>
          <w:sz w:val="24"/>
          <w:szCs w:val="24"/>
        </w:rPr>
        <w:t xml:space="preserve">: </w:t>
      </w:r>
      <w:r w:rsidR="0058380A" w:rsidRPr="009340AB">
        <w:rPr>
          <w:rFonts w:asciiTheme="majorHAnsi" w:hAnsiTheme="majorHAnsi"/>
          <w:sz w:val="24"/>
          <w:szCs w:val="24"/>
        </w:rPr>
        <w:t>(</w:t>
      </w:r>
      <w:r w:rsidR="000D0D2B">
        <w:rPr>
          <w:rFonts w:asciiTheme="majorHAnsi" w:hAnsiTheme="majorHAnsi"/>
          <w:sz w:val="24"/>
          <w:szCs w:val="24"/>
        </w:rPr>
        <w:t xml:space="preserve">G. Kelly &amp; </w:t>
      </w:r>
      <w:r w:rsidR="0058380A" w:rsidRPr="009340AB">
        <w:rPr>
          <w:rFonts w:asciiTheme="majorHAnsi" w:hAnsiTheme="majorHAnsi"/>
          <w:sz w:val="24"/>
          <w:szCs w:val="24"/>
        </w:rPr>
        <w:t>W. Weaver)</w:t>
      </w:r>
      <w:r w:rsidR="000D0D2B">
        <w:rPr>
          <w:rFonts w:asciiTheme="majorHAnsi" w:hAnsiTheme="majorHAnsi"/>
          <w:sz w:val="24"/>
          <w:szCs w:val="24"/>
        </w:rPr>
        <w:t xml:space="preserve"> </w:t>
      </w:r>
      <w:r w:rsidR="00121F1F">
        <w:rPr>
          <w:rFonts w:asciiTheme="majorHAnsi" w:hAnsiTheme="majorHAnsi"/>
          <w:sz w:val="24"/>
          <w:szCs w:val="24"/>
        </w:rPr>
        <w:t>Waiting on Planning Board Approval and Building permit issuance</w:t>
      </w:r>
    </w:p>
    <w:p w14:paraId="592CD126" w14:textId="778BDD95" w:rsidR="001705EE" w:rsidRDefault="002E2E88" w:rsidP="001705EE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Sewage Treatment Plant Update (B. Jones</w:t>
      </w:r>
      <w:r w:rsidR="001705EE">
        <w:rPr>
          <w:rFonts w:asciiTheme="majorHAnsi" w:hAnsiTheme="majorHAnsi"/>
          <w:sz w:val="24"/>
          <w:szCs w:val="24"/>
        </w:rPr>
        <w:t>)</w:t>
      </w:r>
      <w:r w:rsidR="0041433D">
        <w:rPr>
          <w:rFonts w:asciiTheme="majorHAnsi" w:hAnsiTheme="majorHAnsi"/>
          <w:sz w:val="24"/>
          <w:szCs w:val="24"/>
        </w:rPr>
        <w:t xml:space="preserve"> </w:t>
      </w:r>
      <w:r w:rsidR="00426B0B">
        <w:rPr>
          <w:rFonts w:asciiTheme="majorHAnsi" w:hAnsiTheme="majorHAnsi"/>
          <w:sz w:val="24"/>
          <w:szCs w:val="24"/>
        </w:rPr>
        <w:t>waiting on County</w:t>
      </w:r>
    </w:p>
    <w:p w14:paraId="19F851BC" w14:textId="6A8CDA66" w:rsidR="00D87884" w:rsidRPr="009340AB" w:rsidRDefault="00D87884" w:rsidP="005932BC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Catherine </w:t>
      </w:r>
      <w:r w:rsidR="00B820B0" w:rsidRPr="009340AB">
        <w:rPr>
          <w:rFonts w:asciiTheme="majorHAnsi" w:hAnsiTheme="majorHAnsi"/>
          <w:sz w:val="24"/>
          <w:szCs w:val="24"/>
        </w:rPr>
        <w:t>Schuyler</w:t>
      </w:r>
      <w:r w:rsidRPr="009340AB">
        <w:rPr>
          <w:rFonts w:asciiTheme="majorHAnsi" w:hAnsiTheme="majorHAnsi"/>
          <w:sz w:val="24"/>
          <w:szCs w:val="24"/>
        </w:rPr>
        <w:t xml:space="preserve"> </w:t>
      </w:r>
      <w:r w:rsidR="00B820B0" w:rsidRPr="009340AB">
        <w:rPr>
          <w:rFonts w:asciiTheme="majorHAnsi" w:hAnsiTheme="majorHAnsi"/>
          <w:sz w:val="24"/>
          <w:szCs w:val="24"/>
        </w:rPr>
        <w:t>Chapter</w:t>
      </w:r>
      <w:r w:rsidRPr="009340AB">
        <w:rPr>
          <w:rFonts w:asciiTheme="majorHAnsi" w:hAnsiTheme="majorHAnsi"/>
          <w:sz w:val="24"/>
          <w:szCs w:val="24"/>
        </w:rPr>
        <w:t xml:space="preserve"> D.A.R. Monument: </w:t>
      </w:r>
      <w:r w:rsidR="00EB51A5">
        <w:rPr>
          <w:rFonts w:asciiTheme="majorHAnsi" w:hAnsiTheme="majorHAnsi"/>
          <w:sz w:val="24"/>
          <w:szCs w:val="24"/>
        </w:rPr>
        <w:t>(G. Kelly)</w:t>
      </w:r>
      <w:r w:rsidR="00A16A70">
        <w:rPr>
          <w:rFonts w:asciiTheme="majorHAnsi" w:hAnsiTheme="majorHAnsi"/>
          <w:sz w:val="24"/>
          <w:szCs w:val="24"/>
        </w:rPr>
        <w:t xml:space="preserve"> Flag</w:t>
      </w:r>
      <w:r w:rsidR="00930353">
        <w:rPr>
          <w:rFonts w:asciiTheme="majorHAnsi" w:hAnsiTheme="majorHAnsi"/>
          <w:sz w:val="24"/>
          <w:szCs w:val="24"/>
        </w:rPr>
        <w:t xml:space="preserve"> and time capsule install</w:t>
      </w:r>
    </w:p>
    <w:p w14:paraId="303BF8DC" w14:textId="00701DEB" w:rsidR="00C45369" w:rsidRDefault="0088755A" w:rsidP="00EB51A5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Pickleball/Town Courts Update (G. Kelly)</w:t>
      </w:r>
    </w:p>
    <w:p w14:paraId="5324E684" w14:textId="689AF371" w:rsidR="00C26235" w:rsidRPr="00872AC4" w:rsidRDefault="004F2E2B" w:rsidP="00872AC4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Croquet Court Cover</w:t>
      </w:r>
      <w:r w:rsidR="007E6035">
        <w:rPr>
          <w:rFonts w:asciiTheme="majorHAnsi" w:hAnsiTheme="majorHAnsi"/>
          <w:sz w:val="24"/>
          <w:szCs w:val="24"/>
        </w:rPr>
        <w:t>/Roof (W. Weaver/B. Jones)</w:t>
      </w:r>
      <w:r w:rsidR="00956FFD">
        <w:rPr>
          <w:rFonts w:asciiTheme="majorHAnsi" w:hAnsiTheme="majorHAnsi"/>
          <w:sz w:val="24"/>
          <w:szCs w:val="24"/>
        </w:rPr>
        <w:t xml:space="preserve"> Nothing to report</w:t>
      </w:r>
    </w:p>
    <w:p w14:paraId="0F9EBF24" w14:textId="353DFAF5" w:rsidR="0088755A" w:rsidRPr="00DE396A" w:rsidRDefault="00AF2BF8" w:rsidP="00DE396A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83 </w:t>
      </w:r>
      <w:r w:rsidR="00EB1B51">
        <w:rPr>
          <w:rFonts w:asciiTheme="majorHAnsi" w:hAnsiTheme="majorHAnsi"/>
          <w:sz w:val="24"/>
          <w:szCs w:val="24"/>
        </w:rPr>
        <w:t>Center Street Property</w:t>
      </w:r>
      <w:r>
        <w:rPr>
          <w:rFonts w:asciiTheme="majorHAnsi" w:hAnsiTheme="majorHAnsi"/>
          <w:sz w:val="24"/>
          <w:szCs w:val="24"/>
        </w:rPr>
        <w:t xml:space="preserve"> (G. Kelly)</w:t>
      </w:r>
      <w:r w:rsidR="00956FFD">
        <w:rPr>
          <w:rFonts w:asciiTheme="majorHAnsi" w:hAnsiTheme="majorHAnsi"/>
          <w:sz w:val="24"/>
          <w:szCs w:val="24"/>
        </w:rPr>
        <w:t xml:space="preserve"> waiting to hear back from Estate</w:t>
      </w:r>
    </w:p>
    <w:p w14:paraId="07452740" w14:textId="303BDC1A" w:rsidR="003A43C2" w:rsidRPr="003A43C2" w:rsidRDefault="00454FA9" w:rsidP="00840C90">
      <w:pPr>
        <w:pStyle w:val="ListNumber"/>
      </w:pPr>
      <w:r w:rsidRPr="009340AB">
        <w:t>Audience</w:t>
      </w:r>
      <w:r w:rsidR="003C67A9">
        <w:t xml:space="preserve">.  </w:t>
      </w:r>
    </w:p>
    <w:p w14:paraId="16D65336" w14:textId="66272862" w:rsidR="00637687" w:rsidRPr="001D3C7B" w:rsidRDefault="00340254" w:rsidP="00637687">
      <w:pPr>
        <w:pStyle w:val="ListNumber"/>
      </w:pPr>
      <w:r w:rsidRPr="000D661D">
        <w:rPr>
          <w:rFonts w:asciiTheme="majorHAnsi" w:hAnsiTheme="majorHAnsi"/>
          <w:sz w:val="24"/>
          <w:szCs w:val="24"/>
        </w:rPr>
        <w:t>Meeting adjourned.</w:t>
      </w:r>
      <w:r w:rsidR="00930353" w:rsidRPr="000D661D">
        <w:rPr>
          <w:rFonts w:asciiTheme="majorHAnsi" w:hAnsiTheme="majorHAnsi"/>
          <w:sz w:val="24"/>
          <w:szCs w:val="24"/>
        </w:rPr>
        <w:t xml:space="preserve"> </w:t>
      </w:r>
    </w:p>
    <w:p w14:paraId="4D9EF642" w14:textId="77777777" w:rsidR="001D3C7B" w:rsidRPr="000D661D" w:rsidRDefault="001D3C7B" w:rsidP="001D3C7B">
      <w:pPr>
        <w:pStyle w:val="ListNumber"/>
        <w:numPr>
          <w:ilvl w:val="0"/>
          <w:numId w:val="0"/>
        </w:numPr>
      </w:pPr>
    </w:p>
    <w:p w14:paraId="7012B034" w14:textId="6C2F5DE4" w:rsidR="00A200B2" w:rsidRDefault="00340254" w:rsidP="0042316F">
      <w:pPr>
        <w:pStyle w:val="ListNumber"/>
        <w:numPr>
          <w:ilvl w:val="0"/>
          <w:numId w:val="18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Next Regularly Scheduled meeting will be held on </w:t>
      </w:r>
      <w:r w:rsidRPr="000A4160">
        <w:rPr>
          <w:rFonts w:asciiTheme="majorHAnsi" w:hAnsiTheme="majorHAnsi"/>
          <w:b/>
          <w:bCs/>
          <w:sz w:val="24"/>
          <w:szCs w:val="24"/>
          <w:u w:val="single"/>
        </w:rPr>
        <w:t xml:space="preserve">Monday, </w:t>
      </w:r>
      <w:r w:rsidR="001D3C7B">
        <w:rPr>
          <w:rFonts w:asciiTheme="majorHAnsi" w:hAnsiTheme="majorHAnsi"/>
          <w:b/>
          <w:bCs/>
          <w:sz w:val="24"/>
          <w:szCs w:val="24"/>
          <w:u w:val="single"/>
        </w:rPr>
        <w:t xml:space="preserve">November </w:t>
      </w:r>
      <w:r w:rsidR="00027D26">
        <w:rPr>
          <w:rFonts w:asciiTheme="majorHAnsi" w:hAnsiTheme="majorHAnsi"/>
          <w:b/>
          <w:bCs/>
          <w:sz w:val="24"/>
          <w:szCs w:val="24"/>
          <w:u w:val="single"/>
        </w:rPr>
        <w:t>9</w:t>
      </w:r>
      <w:r w:rsidR="007F7E7A" w:rsidRPr="000A4160">
        <w:rPr>
          <w:rFonts w:asciiTheme="majorHAnsi" w:hAnsiTheme="majorHAnsi"/>
          <w:b/>
          <w:bCs/>
          <w:sz w:val="24"/>
          <w:szCs w:val="24"/>
          <w:u w:val="single"/>
        </w:rPr>
        <w:t>, 2026</w:t>
      </w:r>
      <w:r w:rsidR="007F7E7A" w:rsidRPr="009340AB">
        <w:rPr>
          <w:rFonts w:asciiTheme="majorHAnsi" w:hAnsiTheme="majorHAnsi"/>
          <w:sz w:val="24"/>
          <w:szCs w:val="24"/>
        </w:rPr>
        <w:t xml:space="preserve"> </w:t>
      </w:r>
      <w:r w:rsidRPr="009340AB">
        <w:rPr>
          <w:rFonts w:asciiTheme="majorHAnsi" w:hAnsiTheme="majorHAnsi"/>
          <w:sz w:val="24"/>
          <w:szCs w:val="24"/>
        </w:rPr>
        <w:t>at 7 P.M.</w:t>
      </w:r>
    </w:p>
    <w:p w14:paraId="59CC21BD" w14:textId="77777777" w:rsidR="0042316F" w:rsidRDefault="0042316F" w:rsidP="0042316F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</w:p>
    <w:p w14:paraId="6FBDF099" w14:textId="5C6D3F0E" w:rsidR="00DD135E" w:rsidRPr="009340AB" w:rsidRDefault="00DD135E" w:rsidP="00A200B2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PLC</w:t>
      </w:r>
      <w:r w:rsidR="00A200B2" w:rsidRPr="009340AB">
        <w:rPr>
          <w:rFonts w:asciiTheme="majorHAnsi" w:hAnsiTheme="majorHAnsi"/>
          <w:sz w:val="24"/>
          <w:szCs w:val="24"/>
        </w:rPr>
        <w:t xml:space="preserve"> </w:t>
      </w:r>
      <w:r w:rsidR="00027D26">
        <w:rPr>
          <w:rFonts w:asciiTheme="majorHAnsi" w:hAnsiTheme="majorHAnsi"/>
          <w:sz w:val="24"/>
          <w:szCs w:val="24"/>
        </w:rPr>
        <w:t>10/</w:t>
      </w:r>
      <w:r w:rsidR="00A100E1">
        <w:rPr>
          <w:rFonts w:asciiTheme="majorHAnsi" w:hAnsiTheme="majorHAnsi"/>
          <w:sz w:val="24"/>
          <w:szCs w:val="24"/>
        </w:rPr>
        <w:t>9</w:t>
      </w:r>
      <w:r w:rsidR="00027D26">
        <w:rPr>
          <w:rFonts w:asciiTheme="majorHAnsi" w:hAnsiTheme="majorHAnsi"/>
          <w:sz w:val="24"/>
          <w:szCs w:val="24"/>
        </w:rPr>
        <w:t>/2026</w:t>
      </w:r>
    </w:p>
    <w:sectPr w:rsidR="00DD135E" w:rsidRPr="009340AB" w:rsidSect="00DD3E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4D46A" w14:textId="77777777" w:rsidR="00465777" w:rsidRDefault="00465777" w:rsidP="00100D3E">
      <w:pPr>
        <w:spacing w:after="0" w:line="240" w:lineRule="auto"/>
      </w:pPr>
      <w:r>
        <w:separator/>
      </w:r>
    </w:p>
  </w:endnote>
  <w:endnote w:type="continuationSeparator" w:id="0">
    <w:p w14:paraId="31BA9714" w14:textId="77777777" w:rsidR="00465777" w:rsidRDefault="00465777" w:rsidP="00100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47E6D" w14:textId="77777777" w:rsidR="00100D3E" w:rsidRDefault="00100D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239D3" w14:textId="77777777" w:rsidR="00100D3E" w:rsidRDefault="00100D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94901" w14:textId="77777777" w:rsidR="00100D3E" w:rsidRDefault="00100D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1D2D3" w14:textId="77777777" w:rsidR="00465777" w:rsidRDefault="00465777" w:rsidP="00100D3E">
      <w:pPr>
        <w:spacing w:after="0" w:line="240" w:lineRule="auto"/>
      </w:pPr>
      <w:r>
        <w:separator/>
      </w:r>
    </w:p>
  </w:footnote>
  <w:footnote w:type="continuationSeparator" w:id="0">
    <w:p w14:paraId="22CB6FC6" w14:textId="77777777" w:rsidR="00465777" w:rsidRDefault="00465777" w:rsidP="00100D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01D68" w14:textId="77777777" w:rsidR="00100D3E" w:rsidRDefault="00100D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BE827" w14:textId="77777777" w:rsidR="00100D3E" w:rsidRDefault="00100D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97101" w14:textId="77777777" w:rsidR="00100D3E" w:rsidRDefault="00100D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651A31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C4175A"/>
    <w:multiLevelType w:val="hybridMultilevel"/>
    <w:tmpl w:val="C0BA1AE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064E0354"/>
    <w:multiLevelType w:val="hybridMultilevel"/>
    <w:tmpl w:val="94E48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4561B2"/>
    <w:multiLevelType w:val="hybridMultilevel"/>
    <w:tmpl w:val="871CE4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002DF9"/>
    <w:multiLevelType w:val="hybridMultilevel"/>
    <w:tmpl w:val="D6FE8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191E58"/>
    <w:multiLevelType w:val="hybridMultilevel"/>
    <w:tmpl w:val="774AE0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39E3E40"/>
    <w:multiLevelType w:val="hybridMultilevel"/>
    <w:tmpl w:val="CDB2C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0E28E5"/>
    <w:multiLevelType w:val="hybridMultilevel"/>
    <w:tmpl w:val="23189F3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A3D52B8"/>
    <w:multiLevelType w:val="multilevel"/>
    <w:tmpl w:val="F216FA68"/>
    <w:lvl w:ilvl="0">
      <w:start w:val="1"/>
      <w:numFmt w:val="decimal"/>
      <w:pStyle w:val="ListNumber"/>
      <w:lvlText w:val="%1."/>
      <w:lvlJc w:val="left"/>
      <w:pPr>
        <w:tabs>
          <w:tab w:val="num" w:pos="0"/>
        </w:tabs>
        <w:ind w:left="0" w:hanging="360"/>
      </w:pPr>
      <w:rPr>
        <w:sz w:val="24"/>
        <w:szCs w:val="24"/>
      </w:rPr>
    </w:lvl>
    <w:lvl w:ilvl="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numFmt w:val="bullet"/>
      <w:lvlText w:val=""/>
      <w:lvlJc w:val="left"/>
      <w:pPr>
        <w:ind w:left="3600" w:hanging="360"/>
      </w:pPr>
      <w:rPr>
        <w:rFonts w:ascii="Symbol" w:eastAsiaTheme="minorEastAsia" w:hAnsi="Symbol" w:cstheme="minorBidi" w:hint="default"/>
      </w:r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6F0461"/>
    <w:multiLevelType w:val="hybridMultilevel"/>
    <w:tmpl w:val="782A64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6D165B7"/>
    <w:multiLevelType w:val="hybridMultilevel"/>
    <w:tmpl w:val="F0940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213404"/>
    <w:multiLevelType w:val="hybridMultilevel"/>
    <w:tmpl w:val="8A3233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B7D1480"/>
    <w:multiLevelType w:val="hybridMultilevel"/>
    <w:tmpl w:val="F7E0D434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F021DB1"/>
    <w:multiLevelType w:val="hybridMultilevel"/>
    <w:tmpl w:val="8A183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BD1945"/>
    <w:multiLevelType w:val="hybridMultilevel"/>
    <w:tmpl w:val="3CAAB322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3" w15:restartNumberingAfterBreak="0">
    <w:nsid w:val="3B9E4FC2"/>
    <w:multiLevelType w:val="hybridMultilevel"/>
    <w:tmpl w:val="30B2A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530D9C"/>
    <w:multiLevelType w:val="hybridMultilevel"/>
    <w:tmpl w:val="957AE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5F4A44"/>
    <w:multiLevelType w:val="hybridMultilevel"/>
    <w:tmpl w:val="8BBE6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A426B5"/>
    <w:multiLevelType w:val="hybridMultilevel"/>
    <w:tmpl w:val="6C6CD5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4680B0A"/>
    <w:multiLevelType w:val="hybridMultilevel"/>
    <w:tmpl w:val="7FD205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145BF4"/>
    <w:multiLevelType w:val="hybridMultilevel"/>
    <w:tmpl w:val="B67C3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871B54"/>
    <w:multiLevelType w:val="hybridMultilevel"/>
    <w:tmpl w:val="408EF3B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0" w15:restartNumberingAfterBreak="0">
    <w:nsid w:val="514577B0"/>
    <w:multiLevelType w:val="hybridMultilevel"/>
    <w:tmpl w:val="E2264A5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2012A67"/>
    <w:multiLevelType w:val="hybridMultilevel"/>
    <w:tmpl w:val="B2CEF56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31D1AA1"/>
    <w:multiLevelType w:val="hybridMultilevel"/>
    <w:tmpl w:val="9302507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41374A6"/>
    <w:multiLevelType w:val="hybridMultilevel"/>
    <w:tmpl w:val="8E641D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5B10F74"/>
    <w:multiLevelType w:val="hybridMultilevel"/>
    <w:tmpl w:val="FA6CAB0A"/>
    <w:lvl w:ilvl="0" w:tplc="9064CA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694151C"/>
    <w:multiLevelType w:val="hybridMultilevel"/>
    <w:tmpl w:val="FACCE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6231F4"/>
    <w:multiLevelType w:val="hybridMultilevel"/>
    <w:tmpl w:val="881C2B80"/>
    <w:lvl w:ilvl="0" w:tplc="04090017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7" w15:restartNumberingAfterBreak="0">
    <w:nsid w:val="6A004253"/>
    <w:multiLevelType w:val="hybridMultilevel"/>
    <w:tmpl w:val="7090A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B0009E"/>
    <w:multiLevelType w:val="hybridMultilevel"/>
    <w:tmpl w:val="C3807CC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9" w15:restartNumberingAfterBreak="0">
    <w:nsid w:val="76C83A43"/>
    <w:multiLevelType w:val="hybridMultilevel"/>
    <w:tmpl w:val="BD420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5989514">
    <w:abstractNumId w:val="8"/>
  </w:num>
  <w:num w:numId="2" w16cid:durableId="537352088">
    <w:abstractNumId w:val="6"/>
  </w:num>
  <w:num w:numId="3" w16cid:durableId="1256937007">
    <w:abstractNumId w:val="5"/>
  </w:num>
  <w:num w:numId="4" w16cid:durableId="927733830">
    <w:abstractNumId w:val="4"/>
  </w:num>
  <w:num w:numId="5" w16cid:durableId="1591041562">
    <w:abstractNumId w:val="16"/>
  </w:num>
  <w:num w:numId="6" w16cid:durableId="639113387">
    <w:abstractNumId w:val="3"/>
  </w:num>
  <w:num w:numId="7" w16cid:durableId="1348408082">
    <w:abstractNumId w:val="2"/>
  </w:num>
  <w:num w:numId="8" w16cid:durableId="1167593644">
    <w:abstractNumId w:val="1"/>
  </w:num>
  <w:num w:numId="9" w16cid:durableId="1294289679">
    <w:abstractNumId w:val="0"/>
  </w:num>
  <w:num w:numId="10" w16cid:durableId="2135324957">
    <w:abstractNumId w:val="16"/>
    <w:lvlOverride w:ilvl="0">
      <w:startOverride w:val="1"/>
    </w:lvlOverride>
  </w:num>
  <w:num w:numId="11" w16cid:durableId="502210406">
    <w:abstractNumId w:val="36"/>
  </w:num>
  <w:num w:numId="12" w16cid:durableId="2032954894">
    <w:abstractNumId w:val="34"/>
  </w:num>
  <w:num w:numId="13" w16cid:durableId="921256700">
    <w:abstractNumId w:val="16"/>
  </w:num>
  <w:num w:numId="14" w16cid:durableId="754858030">
    <w:abstractNumId w:val="20"/>
  </w:num>
  <w:num w:numId="15" w16cid:durableId="1056929608">
    <w:abstractNumId w:val="32"/>
  </w:num>
  <w:num w:numId="16" w16cid:durableId="1537885955">
    <w:abstractNumId w:val="11"/>
  </w:num>
  <w:num w:numId="17" w16cid:durableId="716050539">
    <w:abstractNumId w:val="7"/>
  </w:num>
  <w:num w:numId="18" w16cid:durableId="850291674">
    <w:abstractNumId w:val="30"/>
  </w:num>
  <w:num w:numId="19" w16cid:durableId="1152327353">
    <w:abstractNumId w:val="7"/>
  </w:num>
  <w:num w:numId="20" w16cid:durableId="1033579769">
    <w:abstractNumId w:val="15"/>
  </w:num>
  <w:num w:numId="21" w16cid:durableId="1303924183">
    <w:abstractNumId w:val="37"/>
  </w:num>
  <w:num w:numId="22" w16cid:durableId="1677225492">
    <w:abstractNumId w:val="27"/>
  </w:num>
  <w:num w:numId="23" w16cid:durableId="1129665195">
    <w:abstractNumId w:val="7"/>
  </w:num>
  <w:num w:numId="24" w16cid:durableId="435296511">
    <w:abstractNumId w:val="19"/>
  </w:num>
  <w:num w:numId="25" w16cid:durableId="1019696183">
    <w:abstractNumId w:val="10"/>
  </w:num>
  <w:num w:numId="26" w16cid:durableId="1875456892">
    <w:abstractNumId w:val="28"/>
  </w:num>
  <w:num w:numId="27" w16cid:durableId="1842742928">
    <w:abstractNumId w:val="7"/>
  </w:num>
  <w:num w:numId="28" w16cid:durableId="373971931">
    <w:abstractNumId w:val="17"/>
  </w:num>
  <w:num w:numId="29" w16cid:durableId="1451823031">
    <w:abstractNumId w:val="9"/>
  </w:num>
  <w:num w:numId="30" w16cid:durableId="2032029463">
    <w:abstractNumId w:val="33"/>
  </w:num>
  <w:num w:numId="31" w16cid:durableId="283930766">
    <w:abstractNumId w:val="25"/>
  </w:num>
  <w:num w:numId="32" w16cid:durableId="1408460564">
    <w:abstractNumId w:val="24"/>
  </w:num>
  <w:num w:numId="33" w16cid:durableId="1761221032">
    <w:abstractNumId w:val="12"/>
  </w:num>
  <w:num w:numId="34" w16cid:durableId="633222064">
    <w:abstractNumId w:val="21"/>
  </w:num>
  <w:num w:numId="35" w16cid:durableId="1702390809">
    <w:abstractNumId w:val="26"/>
  </w:num>
  <w:num w:numId="36" w16cid:durableId="1043210150">
    <w:abstractNumId w:val="31"/>
  </w:num>
  <w:num w:numId="37" w16cid:durableId="521096311">
    <w:abstractNumId w:val="22"/>
  </w:num>
  <w:num w:numId="38" w16cid:durableId="659235653">
    <w:abstractNumId w:val="23"/>
  </w:num>
  <w:num w:numId="39" w16cid:durableId="1700814113">
    <w:abstractNumId w:val="7"/>
  </w:num>
  <w:num w:numId="40" w16cid:durableId="614405681">
    <w:abstractNumId w:val="14"/>
  </w:num>
  <w:num w:numId="41" w16cid:durableId="1910768646">
    <w:abstractNumId w:val="13"/>
  </w:num>
  <w:num w:numId="42" w16cid:durableId="1891528213">
    <w:abstractNumId w:val="38"/>
  </w:num>
  <w:num w:numId="43" w16cid:durableId="17433030">
    <w:abstractNumId w:val="18"/>
  </w:num>
  <w:num w:numId="44" w16cid:durableId="746271185">
    <w:abstractNumId w:val="35"/>
  </w:num>
  <w:num w:numId="45" w16cid:durableId="589244237">
    <w:abstractNumId w:val="39"/>
  </w:num>
  <w:num w:numId="46" w16cid:durableId="1974552705">
    <w:abstractNumId w:val="29"/>
  </w:num>
  <w:num w:numId="47" w16cid:durableId="9040702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74A"/>
    <w:rsid w:val="000124B3"/>
    <w:rsid w:val="00021CDC"/>
    <w:rsid w:val="000260BE"/>
    <w:rsid w:val="00027D26"/>
    <w:rsid w:val="0003054B"/>
    <w:rsid w:val="00030668"/>
    <w:rsid w:val="00031109"/>
    <w:rsid w:val="00031631"/>
    <w:rsid w:val="00034616"/>
    <w:rsid w:val="00034AD1"/>
    <w:rsid w:val="00034E2F"/>
    <w:rsid w:val="00044758"/>
    <w:rsid w:val="0005075F"/>
    <w:rsid w:val="000537E0"/>
    <w:rsid w:val="0005407E"/>
    <w:rsid w:val="00056109"/>
    <w:rsid w:val="00056588"/>
    <w:rsid w:val="0006063C"/>
    <w:rsid w:val="0006296C"/>
    <w:rsid w:val="000633AB"/>
    <w:rsid w:val="00066687"/>
    <w:rsid w:val="000713C1"/>
    <w:rsid w:val="00077E96"/>
    <w:rsid w:val="00083C88"/>
    <w:rsid w:val="00086ECE"/>
    <w:rsid w:val="00090865"/>
    <w:rsid w:val="0009223B"/>
    <w:rsid w:val="00093894"/>
    <w:rsid w:val="0009593F"/>
    <w:rsid w:val="000959D0"/>
    <w:rsid w:val="000A0242"/>
    <w:rsid w:val="000A0917"/>
    <w:rsid w:val="000A148A"/>
    <w:rsid w:val="000A2BDF"/>
    <w:rsid w:val="000A4160"/>
    <w:rsid w:val="000A7912"/>
    <w:rsid w:val="000B1646"/>
    <w:rsid w:val="000B245A"/>
    <w:rsid w:val="000C460E"/>
    <w:rsid w:val="000C5368"/>
    <w:rsid w:val="000C5DE4"/>
    <w:rsid w:val="000D0D2B"/>
    <w:rsid w:val="000D3206"/>
    <w:rsid w:val="000D661D"/>
    <w:rsid w:val="000D7608"/>
    <w:rsid w:val="000E5720"/>
    <w:rsid w:val="000E6499"/>
    <w:rsid w:val="000E6B26"/>
    <w:rsid w:val="000F3B9E"/>
    <w:rsid w:val="000F3BD3"/>
    <w:rsid w:val="000F5DF6"/>
    <w:rsid w:val="00100D3E"/>
    <w:rsid w:val="001062AB"/>
    <w:rsid w:val="00111192"/>
    <w:rsid w:val="00111ADD"/>
    <w:rsid w:val="00112424"/>
    <w:rsid w:val="0011509F"/>
    <w:rsid w:val="001179EF"/>
    <w:rsid w:val="00121C78"/>
    <w:rsid w:val="00121F1F"/>
    <w:rsid w:val="00122BF4"/>
    <w:rsid w:val="001251E2"/>
    <w:rsid w:val="00126854"/>
    <w:rsid w:val="001268BA"/>
    <w:rsid w:val="00126B68"/>
    <w:rsid w:val="00130398"/>
    <w:rsid w:val="00133597"/>
    <w:rsid w:val="0013646A"/>
    <w:rsid w:val="00137429"/>
    <w:rsid w:val="00141D79"/>
    <w:rsid w:val="001420E2"/>
    <w:rsid w:val="00144436"/>
    <w:rsid w:val="001501C0"/>
    <w:rsid w:val="0015074B"/>
    <w:rsid w:val="0015133A"/>
    <w:rsid w:val="001524E8"/>
    <w:rsid w:val="00153C07"/>
    <w:rsid w:val="0016087C"/>
    <w:rsid w:val="00166585"/>
    <w:rsid w:val="001705EE"/>
    <w:rsid w:val="00177119"/>
    <w:rsid w:val="00177C0B"/>
    <w:rsid w:val="0018030B"/>
    <w:rsid w:val="0018104B"/>
    <w:rsid w:val="0018194F"/>
    <w:rsid w:val="001847A9"/>
    <w:rsid w:val="001877EE"/>
    <w:rsid w:val="00191224"/>
    <w:rsid w:val="001958FD"/>
    <w:rsid w:val="00196B27"/>
    <w:rsid w:val="001C2D56"/>
    <w:rsid w:val="001C4A14"/>
    <w:rsid w:val="001C4EE9"/>
    <w:rsid w:val="001C63EE"/>
    <w:rsid w:val="001C7A3D"/>
    <w:rsid w:val="001D2FFD"/>
    <w:rsid w:val="001D3C7B"/>
    <w:rsid w:val="001D59C0"/>
    <w:rsid w:val="001E46FD"/>
    <w:rsid w:val="001E53C0"/>
    <w:rsid w:val="001E5DA8"/>
    <w:rsid w:val="001E6F67"/>
    <w:rsid w:val="001E7221"/>
    <w:rsid w:val="00205D4D"/>
    <w:rsid w:val="0021275C"/>
    <w:rsid w:val="002140FD"/>
    <w:rsid w:val="0021438F"/>
    <w:rsid w:val="002143D3"/>
    <w:rsid w:val="00214D0F"/>
    <w:rsid w:val="00215607"/>
    <w:rsid w:val="002200AC"/>
    <w:rsid w:val="0022084F"/>
    <w:rsid w:val="00223C23"/>
    <w:rsid w:val="002248C4"/>
    <w:rsid w:val="00224C0D"/>
    <w:rsid w:val="00225E8C"/>
    <w:rsid w:val="002267B5"/>
    <w:rsid w:val="00227A4F"/>
    <w:rsid w:val="002317EE"/>
    <w:rsid w:val="002371E2"/>
    <w:rsid w:val="00240007"/>
    <w:rsid w:val="00240C6A"/>
    <w:rsid w:val="00241C93"/>
    <w:rsid w:val="00247816"/>
    <w:rsid w:val="00253C1B"/>
    <w:rsid w:val="00254B76"/>
    <w:rsid w:val="00255169"/>
    <w:rsid w:val="002567CA"/>
    <w:rsid w:val="00260F73"/>
    <w:rsid w:val="002626DF"/>
    <w:rsid w:val="00274912"/>
    <w:rsid w:val="0027497A"/>
    <w:rsid w:val="002760BD"/>
    <w:rsid w:val="00282F82"/>
    <w:rsid w:val="00285823"/>
    <w:rsid w:val="00290697"/>
    <w:rsid w:val="00290BE3"/>
    <w:rsid w:val="002911CA"/>
    <w:rsid w:val="00293523"/>
    <w:rsid w:val="00295B53"/>
    <w:rsid w:val="0029639D"/>
    <w:rsid w:val="002A5030"/>
    <w:rsid w:val="002B1A9E"/>
    <w:rsid w:val="002B4F7D"/>
    <w:rsid w:val="002B59DB"/>
    <w:rsid w:val="002C154B"/>
    <w:rsid w:val="002C4B7E"/>
    <w:rsid w:val="002C5057"/>
    <w:rsid w:val="002C73E5"/>
    <w:rsid w:val="002D2A16"/>
    <w:rsid w:val="002D4B0D"/>
    <w:rsid w:val="002D6A14"/>
    <w:rsid w:val="002D70C7"/>
    <w:rsid w:val="002E03E5"/>
    <w:rsid w:val="002E2E88"/>
    <w:rsid w:val="002F0DD2"/>
    <w:rsid w:val="002F177E"/>
    <w:rsid w:val="002F5AF2"/>
    <w:rsid w:val="002F64A3"/>
    <w:rsid w:val="00302C9A"/>
    <w:rsid w:val="003036A7"/>
    <w:rsid w:val="00305518"/>
    <w:rsid w:val="003061BF"/>
    <w:rsid w:val="00311F56"/>
    <w:rsid w:val="00312007"/>
    <w:rsid w:val="0032308F"/>
    <w:rsid w:val="0032436E"/>
    <w:rsid w:val="00326F90"/>
    <w:rsid w:val="003272AC"/>
    <w:rsid w:val="00327C78"/>
    <w:rsid w:val="00340254"/>
    <w:rsid w:val="003413D8"/>
    <w:rsid w:val="00342947"/>
    <w:rsid w:val="00343BA0"/>
    <w:rsid w:val="00350C08"/>
    <w:rsid w:val="0035345E"/>
    <w:rsid w:val="00360797"/>
    <w:rsid w:val="00365CFB"/>
    <w:rsid w:val="003663B2"/>
    <w:rsid w:val="003707FA"/>
    <w:rsid w:val="00372A01"/>
    <w:rsid w:val="003739B5"/>
    <w:rsid w:val="00374B4D"/>
    <w:rsid w:val="00375610"/>
    <w:rsid w:val="0037589B"/>
    <w:rsid w:val="0037630A"/>
    <w:rsid w:val="00382245"/>
    <w:rsid w:val="0038354C"/>
    <w:rsid w:val="00385BCA"/>
    <w:rsid w:val="00387392"/>
    <w:rsid w:val="00390C23"/>
    <w:rsid w:val="003963AD"/>
    <w:rsid w:val="00397251"/>
    <w:rsid w:val="003A43C2"/>
    <w:rsid w:val="003B4653"/>
    <w:rsid w:val="003B5CC2"/>
    <w:rsid w:val="003B75ED"/>
    <w:rsid w:val="003C19C1"/>
    <w:rsid w:val="003C3677"/>
    <w:rsid w:val="003C67A9"/>
    <w:rsid w:val="003D004F"/>
    <w:rsid w:val="003D2E7E"/>
    <w:rsid w:val="003F72C5"/>
    <w:rsid w:val="004026EB"/>
    <w:rsid w:val="00405B4B"/>
    <w:rsid w:val="0040668B"/>
    <w:rsid w:val="004118BA"/>
    <w:rsid w:val="00412499"/>
    <w:rsid w:val="00413248"/>
    <w:rsid w:val="0041433D"/>
    <w:rsid w:val="00414CF6"/>
    <w:rsid w:val="00423163"/>
    <w:rsid w:val="0042316F"/>
    <w:rsid w:val="00423DCC"/>
    <w:rsid w:val="00426B0B"/>
    <w:rsid w:val="00427538"/>
    <w:rsid w:val="00434D5F"/>
    <w:rsid w:val="00442412"/>
    <w:rsid w:val="00447063"/>
    <w:rsid w:val="0045075F"/>
    <w:rsid w:val="00454FA9"/>
    <w:rsid w:val="004559B4"/>
    <w:rsid w:val="004561B5"/>
    <w:rsid w:val="004571F3"/>
    <w:rsid w:val="00463E32"/>
    <w:rsid w:val="00464FD4"/>
    <w:rsid w:val="00465777"/>
    <w:rsid w:val="00465E7A"/>
    <w:rsid w:val="00471ADE"/>
    <w:rsid w:val="00473337"/>
    <w:rsid w:val="00473B54"/>
    <w:rsid w:val="00474C09"/>
    <w:rsid w:val="00474E82"/>
    <w:rsid w:val="00475EC8"/>
    <w:rsid w:val="00477EDD"/>
    <w:rsid w:val="00482E85"/>
    <w:rsid w:val="00484F89"/>
    <w:rsid w:val="004873C6"/>
    <w:rsid w:val="0049172F"/>
    <w:rsid w:val="00493786"/>
    <w:rsid w:val="0049731B"/>
    <w:rsid w:val="004A0424"/>
    <w:rsid w:val="004A2326"/>
    <w:rsid w:val="004A3D73"/>
    <w:rsid w:val="004A5B80"/>
    <w:rsid w:val="004B15C0"/>
    <w:rsid w:val="004B4A48"/>
    <w:rsid w:val="004B53FD"/>
    <w:rsid w:val="004B789C"/>
    <w:rsid w:val="004C32AE"/>
    <w:rsid w:val="004C7667"/>
    <w:rsid w:val="004D271D"/>
    <w:rsid w:val="004D3FEE"/>
    <w:rsid w:val="004D5B07"/>
    <w:rsid w:val="004D630D"/>
    <w:rsid w:val="004E33B8"/>
    <w:rsid w:val="004E3548"/>
    <w:rsid w:val="004E3F9B"/>
    <w:rsid w:val="004F11BC"/>
    <w:rsid w:val="004F1A1B"/>
    <w:rsid w:val="004F1EF3"/>
    <w:rsid w:val="004F2E2B"/>
    <w:rsid w:val="004F48B3"/>
    <w:rsid w:val="004F4C96"/>
    <w:rsid w:val="004F601C"/>
    <w:rsid w:val="004F7DA5"/>
    <w:rsid w:val="00500212"/>
    <w:rsid w:val="00507029"/>
    <w:rsid w:val="00512385"/>
    <w:rsid w:val="00514D12"/>
    <w:rsid w:val="00517041"/>
    <w:rsid w:val="0051709F"/>
    <w:rsid w:val="005207F5"/>
    <w:rsid w:val="005233B2"/>
    <w:rsid w:val="0053209E"/>
    <w:rsid w:val="00536576"/>
    <w:rsid w:val="00536FF1"/>
    <w:rsid w:val="0054078F"/>
    <w:rsid w:val="005422A1"/>
    <w:rsid w:val="00551747"/>
    <w:rsid w:val="00557200"/>
    <w:rsid w:val="00563B35"/>
    <w:rsid w:val="00563B84"/>
    <w:rsid w:val="00570B6F"/>
    <w:rsid w:val="0057281C"/>
    <w:rsid w:val="00573CE8"/>
    <w:rsid w:val="005765EC"/>
    <w:rsid w:val="00582086"/>
    <w:rsid w:val="0058380A"/>
    <w:rsid w:val="005844CA"/>
    <w:rsid w:val="00585458"/>
    <w:rsid w:val="00590383"/>
    <w:rsid w:val="0059262E"/>
    <w:rsid w:val="005932BC"/>
    <w:rsid w:val="0059348E"/>
    <w:rsid w:val="005A0CC1"/>
    <w:rsid w:val="005A1438"/>
    <w:rsid w:val="005A2A15"/>
    <w:rsid w:val="005A5269"/>
    <w:rsid w:val="005C3DAE"/>
    <w:rsid w:val="005C4DF1"/>
    <w:rsid w:val="005D55E4"/>
    <w:rsid w:val="005D709D"/>
    <w:rsid w:val="005E0050"/>
    <w:rsid w:val="005E0D9C"/>
    <w:rsid w:val="005E23FA"/>
    <w:rsid w:val="005E25C5"/>
    <w:rsid w:val="005E30C0"/>
    <w:rsid w:val="005E33C6"/>
    <w:rsid w:val="005E3D42"/>
    <w:rsid w:val="005E4CFB"/>
    <w:rsid w:val="00601BEF"/>
    <w:rsid w:val="00604808"/>
    <w:rsid w:val="006074C7"/>
    <w:rsid w:val="00611DBA"/>
    <w:rsid w:val="00611FA8"/>
    <w:rsid w:val="006145FE"/>
    <w:rsid w:val="00615947"/>
    <w:rsid w:val="00616B0E"/>
    <w:rsid w:val="006274DA"/>
    <w:rsid w:val="00630F52"/>
    <w:rsid w:val="006343FF"/>
    <w:rsid w:val="00636A20"/>
    <w:rsid w:val="00637687"/>
    <w:rsid w:val="00641FB9"/>
    <w:rsid w:val="006427FB"/>
    <w:rsid w:val="00654302"/>
    <w:rsid w:val="00654803"/>
    <w:rsid w:val="00655117"/>
    <w:rsid w:val="00660420"/>
    <w:rsid w:val="006641DC"/>
    <w:rsid w:val="00670D8A"/>
    <w:rsid w:val="006735B0"/>
    <w:rsid w:val="00677CFC"/>
    <w:rsid w:val="0068012F"/>
    <w:rsid w:val="00686938"/>
    <w:rsid w:val="006914DF"/>
    <w:rsid w:val="00692B03"/>
    <w:rsid w:val="00697F9A"/>
    <w:rsid w:val="006A2297"/>
    <w:rsid w:val="006A3313"/>
    <w:rsid w:val="006A575B"/>
    <w:rsid w:val="006B4EF1"/>
    <w:rsid w:val="006C2563"/>
    <w:rsid w:val="006C6D8A"/>
    <w:rsid w:val="006D1722"/>
    <w:rsid w:val="006D2410"/>
    <w:rsid w:val="006D53BE"/>
    <w:rsid w:val="006D7238"/>
    <w:rsid w:val="006D7F7C"/>
    <w:rsid w:val="006E122C"/>
    <w:rsid w:val="006E493B"/>
    <w:rsid w:val="006E4D20"/>
    <w:rsid w:val="006E7117"/>
    <w:rsid w:val="00705C16"/>
    <w:rsid w:val="00723216"/>
    <w:rsid w:val="0072382F"/>
    <w:rsid w:val="007346BE"/>
    <w:rsid w:val="00744624"/>
    <w:rsid w:val="007456BB"/>
    <w:rsid w:val="00750C05"/>
    <w:rsid w:val="00751314"/>
    <w:rsid w:val="0075386E"/>
    <w:rsid w:val="00755FDE"/>
    <w:rsid w:val="00760D70"/>
    <w:rsid w:val="00762DF0"/>
    <w:rsid w:val="00763FB3"/>
    <w:rsid w:val="00764241"/>
    <w:rsid w:val="00770B52"/>
    <w:rsid w:val="00773BF3"/>
    <w:rsid w:val="00773DA8"/>
    <w:rsid w:val="007740A6"/>
    <w:rsid w:val="00781B87"/>
    <w:rsid w:val="00785466"/>
    <w:rsid w:val="00785900"/>
    <w:rsid w:val="007927FA"/>
    <w:rsid w:val="00797BD4"/>
    <w:rsid w:val="007B0ADF"/>
    <w:rsid w:val="007B2AD3"/>
    <w:rsid w:val="007B45F7"/>
    <w:rsid w:val="007B4AF7"/>
    <w:rsid w:val="007B5DBA"/>
    <w:rsid w:val="007B7669"/>
    <w:rsid w:val="007C1F01"/>
    <w:rsid w:val="007C3C78"/>
    <w:rsid w:val="007E0E2B"/>
    <w:rsid w:val="007E1B76"/>
    <w:rsid w:val="007E6035"/>
    <w:rsid w:val="007E782C"/>
    <w:rsid w:val="007F150A"/>
    <w:rsid w:val="007F31D0"/>
    <w:rsid w:val="007F33E1"/>
    <w:rsid w:val="007F37CD"/>
    <w:rsid w:val="007F52BC"/>
    <w:rsid w:val="007F5DB6"/>
    <w:rsid w:val="007F7E7A"/>
    <w:rsid w:val="00800697"/>
    <w:rsid w:val="00802DE8"/>
    <w:rsid w:val="0080697A"/>
    <w:rsid w:val="00807AB3"/>
    <w:rsid w:val="00807B0F"/>
    <w:rsid w:val="00810641"/>
    <w:rsid w:val="0081224F"/>
    <w:rsid w:val="008173DB"/>
    <w:rsid w:val="00820BCA"/>
    <w:rsid w:val="0082579D"/>
    <w:rsid w:val="00830663"/>
    <w:rsid w:val="00830FC8"/>
    <w:rsid w:val="008313A7"/>
    <w:rsid w:val="00834C2B"/>
    <w:rsid w:val="00840C90"/>
    <w:rsid w:val="0084703C"/>
    <w:rsid w:val="0085132F"/>
    <w:rsid w:val="00852FB7"/>
    <w:rsid w:val="00857574"/>
    <w:rsid w:val="00857DCD"/>
    <w:rsid w:val="00860FCA"/>
    <w:rsid w:val="00863CDC"/>
    <w:rsid w:val="0086407D"/>
    <w:rsid w:val="00865BFF"/>
    <w:rsid w:val="00872064"/>
    <w:rsid w:val="0087266F"/>
    <w:rsid w:val="00872A07"/>
    <w:rsid w:val="00872AC4"/>
    <w:rsid w:val="00872CFE"/>
    <w:rsid w:val="0087472C"/>
    <w:rsid w:val="00887120"/>
    <w:rsid w:val="0088755A"/>
    <w:rsid w:val="00892D2A"/>
    <w:rsid w:val="00895262"/>
    <w:rsid w:val="008A4CE2"/>
    <w:rsid w:val="008A7FAF"/>
    <w:rsid w:val="008B14C8"/>
    <w:rsid w:val="008B5837"/>
    <w:rsid w:val="008B71EF"/>
    <w:rsid w:val="008B72F7"/>
    <w:rsid w:val="008C7330"/>
    <w:rsid w:val="008D3D78"/>
    <w:rsid w:val="008E136B"/>
    <w:rsid w:val="008E26B9"/>
    <w:rsid w:val="008F27CF"/>
    <w:rsid w:val="008F5D68"/>
    <w:rsid w:val="008F6364"/>
    <w:rsid w:val="00900329"/>
    <w:rsid w:val="009041F2"/>
    <w:rsid w:val="009069CB"/>
    <w:rsid w:val="009154FA"/>
    <w:rsid w:val="0092317B"/>
    <w:rsid w:val="00923D32"/>
    <w:rsid w:val="00924173"/>
    <w:rsid w:val="009270EA"/>
    <w:rsid w:val="00930353"/>
    <w:rsid w:val="00930FB5"/>
    <w:rsid w:val="009340AB"/>
    <w:rsid w:val="00935438"/>
    <w:rsid w:val="00936DD4"/>
    <w:rsid w:val="009402E8"/>
    <w:rsid w:val="009406D7"/>
    <w:rsid w:val="00943530"/>
    <w:rsid w:val="00950E54"/>
    <w:rsid w:val="00956CBF"/>
    <w:rsid w:val="00956FFD"/>
    <w:rsid w:val="00960FD0"/>
    <w:rsid w:val="009648AD"/>
    <w:rsid w:val="009654D6"/>
    <w:rsid w:val="0096596F"/>
    <w:rsid w:val="00971E27"/>
    <w:rsid w:val="00974144"/>
    <w:rsid w:val="00975E58"/>
    <w:rsid w:val="009817C5"/>
    <w:rsid w:val="00984E5C"/>
    <w:rsid w:val="00987E95"/>
    <w:rsid w:val="00992A9D"/>
    <w:rsid w:val="009932A0"/>
    <w:rsid w:val="009A685B"/>
    <w:rsid w:val="009A6E8A"/>
    <w:rsid w:val="009A78CD"/>
    <w:rsid w:val="009B3937"/>
    <w:rsid w:val="009B3F83"/>
    <w:rsid w:val="009B448B"/>
    <w:rsid w:val="009C0575"/>
    <w:rsid w:val="009C2DC2"/>
    <w:rsid w:val="009C4E2A"/>
    <w:rsid w:val="009D08F5"/>
    <w:rsid w:val="009D09AC"/>
    <w:rsid w:val="009D1E7B"/>
    <w:rsid w:val="009D5495"/>
    <w:rsid w:val="009E1504"/>
    <w:rsid w:val="009E2ED2"/>
    <w:rsid w:val="009E71FE"/>
    <w:rsid w:val="009E7C83"/>
    <w:rsid w:val="009F5670"/>
    <w:rsid w:val="00A034C5"/>
    <w:rsid w:val="00A0403C"/>
    <w:rsid w:val="00A0581D"/>
    <w:rsid w:val="00A100E1"/>
    <w:rsid w:val="00A10388"/>
    <w:rsid w:val="00A12BFF"/>
    <w:rsid w:val="00A164B3"/>
    <w:rsid w:val="00A16A70"/>
    <w:rsid w:val="00A179E4"/>
    <w:rsid w:val="00A200B2"/>
    <w:rsid w:val="00A20E44"/>
    <w:rsid w:val="00A22B09"/>
    <w:rsid w:val="00A30714"/>
    <w:rsid w:val="00A32D9A"/>
    <w:rsid w:val="00A33258"/>
    <w:rsid w:val="00A42D9F"/>
    <w:rsid w:val="00A442BD"/>
    <w:rsid w:val="00A478A9"/>
    <w:rsid w:val="00A513F0"/>
    <w:rsid w:val="00A60F1A"/>
    <w:rsid w:val="00A6245C"/>
    <w:rsid w:val="00A62D41"/>
    <w:rsid w:val="00A73ECD"/>
    <w:rsid w:val="00A77D6D"/>
    <w:rsid w:val="00A817DF"/>
    <w:rsid w:val="00A859BA"/>
    <w:rsid w:val="00A85DFB"/>
    <w:rsid w:val="00A8741E"/>
    <w:rsid w:val="00A8798A"/>
    <w:rsid w:val="00A91C40"/>
    <w:rsid w:val="00A95D1F"/>
    <w:rsid w:val="00A964A7"/>
    <w:rsid w:val="00AA1128"/>
    <w:rsid w:val="00AA1D8D"/>
    <w:rsid w:val="00AA3614"/>
    <w:rsid w:val="00AA43FD"/>
    <w:rsid w:val="00AA615C"/>
    <w:rsid w:val="00AA6ABD"/>
    <w:rsid w:val="00AA6E30"/>
    <w:rsid w:val="00AA7F36"/>
    <w:rsid w:val="00AC0D02"/>
    <w:rsid w:val="00AC1279"/>
    <w:rsid w:val="00AD1BBD"/>
    <w:rsid w:val="00AD1E97"/>
    <w:rsid w:val="00AD230D"/>
    <w:rsid w:val="00AE22F5"/>
    <w:rsid w:val="00AE23C8"/>
    <w:rsid w:val="00AE6653"/>
    <w:rsid w:val="00AF0DFE"/>
    <w:rsid w:val="00AF102F"/>
    <w:rsid w:val="00AF216F"/>
    <w:rsid w:val="00AF2BF8"/>
    <w:rsid w:val="00AF79DC"/>
    <w:rsid w:val="00B0149C"/>
    <w:rsid w:val="00B036B7"/>
    <w:rsid w:val="00B03A80"/>
    <w:rsid w:val="00B04AB9"/>
    <w:rsid w:val="00B05C85"/>
    <w:rsid w:val="00B06549"/>
    <w:rsid w:val="00B10899"/>
    <w:rsid w:val="00B169BF"/>
    <w:rsid w:val="00B22A20"/>
    <w:rsid w:val="00B242A9"/>
    <w:rsid w:val="00B264E8"/>
    <w:rsid w:val="00B26C84"/>
    <w:rsid w:val="00B27571"/>
    <w:rsid w:val="00B27E00"/>
    <w:rsid w:val="00B34875"/>
    <w:rsid w:val="00B438A7"/>
    <w:rsid w:val="00B46D9F"/>
    <w:rsid w:val="00B47730"/>
    <w:rsid w:val="00B6206D"/>
    <w:rsid w:val="00B6232D"/>
    <w:rsid w:val="00B632C6"/>
    <w:rsid w:val="00B71171"/>
    <w:rsid w:val="00B7343E"/>
    <w:rsid w:val="00B73ABD"/>
    <w:rsid w:val="00B820B0"/>
    <w:rsid w:val="00B82E84"/>
    <w:rsid w:val="00B8464B"/>
    <w:rsid w:val="00B84E74"/>
    <w:rsid w:val="00B917B7"/>
    <w:rsid w:val="00BA1E7E"/>
    <w:rsid w:val="00BA2F9B"/>
    <w:rsid w:val="00BA3284"/>
    <w:rsid w:val="00BA45A3"/>
    <w:rsid w:val="00BA7237"/>
    <w:rsid w:val="00BB680A"/>
    <w:rsid w:val="00BB71E1"/>
    <w:rsid w:val="00BC1798"/>
    <w:rsid w:val="00BC1882"/>
    <w:rsid w:val="00BD72FF"/>
    <w:rsid w:val="00BE6D57"/>
    <w:rsid w:val="00BF7CBB"/>
    <w:rsid w:val="00C05497"/>
    <w:rsid w:val="00C16209"/>
    <w:rsid w:val="00C21451"/>
    <w:rsid w:val="00C26235"/>
    <w:rsid w:val="00C2673E"/>
    <w:rsid w:val="00C27CEF"/>
    <w:rsid w:val="00C3300A"/>
    <w:rsid w:val="00C35D95"/>
    <w:rsid w:val="00C3700C"/>
    <w:rsid w:val="00C37CAB"/>
    <w:rsid w:val="00C421F0"/>
    <w:rsid w:val="00C43A19"/>
    <w:rsid w:val="00C43AE0"/>
    <w:rsid w:val="00C441AC"/>
    <w:rsid w:val="00C44997"/>
    <w:rsid w:val="00C44AB6"/>
    <w:rsid w:val="00C45369"/>
    <w:rsid w:val="00C51FF3"/>
    <w:rsid w:val="00C52579"/>
    <w:rsid w:val="00C561F2"/>
    <w:rsid w:val="00C603DA"/>
    <w:rsid w:val="00C60C7F"/>
    <w:rsid w:val="00C6283D"/>
    <w:rsid w:val="00C63717"/>
    <w:rsid w:val="00C65369"/>
    <w:rsid w:val="00C67BAE"/>
    <w:rsid w:val="00C7317F"/>
    <w:rsid w:val="00C73B9C"/>
    <w:rsid w:val="00C83073"/>
    <w:rsid w:val="00C8532E"/>
    <w:rsid w:val="00C8724A"/>
    <w:rsid w:val="00C93B15"/>
    <w:rsid w:val="00C94F40"/>
    <w:rsid w:val="00C97C2A"/>
    <w:rsid w:val="00CA0809"/>
    <w:rsid w:val="00CA17A1"/>
    <w:rsid w:val="00CA26D7"/>
    <w:rsid w:val="00CA3427"/>
    <w:rsid w:val="00CA412E"/>
    <w:rsid w:val="00CA57B3"/>
    <w:rsid w:val="00CA733B"/>
    <w:rsid w:val="00CB0664"/>
    <w:rsid w:val="00CB3792"/>
    <w:rsid w:val="00CC1198"/>
    <w:rsid w:val="00CC2948"/>
    <w:rsid w:val="00CC3794"/>
    <w:rsid w:val="00CD5F44"/>
    <w:rsid w:val="00CE035F"/>
    <w:rsid w:val="00CE65A9"/>
    <w:rsid w:val="00CE75A6"/>
    <w:rsid w:val="00D01FD5"/>
    <w:rsid w:val="00D023FE"/>
    <w:rsid w:val="00D10C99"/>
    <w:rsid w:val="00D14E4E"/>
    <w:rsid w:val="00D172A9"/>
    <w:rsid w:val="00D22B07"/>
    <w:rsid w:val="00D23992"/>
    <w:rsid w:val="00D250E9"/>
    <w:rsid w:val="00D421A3"/>
    <w:rsid w:val="00D42AD2"/>
    <w:rsid w:val="00D5229C"/>
    <w:rsid w:val="00D52E3C"/>
    <w:rsid w:val="00D6413D"/>
    <w:rsid w:val="00D642E0"/>
    <w:rsid w:val="00D6481F"/>
    <w:rsid w:val="00D65716"/>
    <w:rsid w:val="00D700D9"/>
    <w:rsid w:val="00D70B04"/>
    <w:rsid w:val="00D71A0A"/>
    <w:rsid w:val="00D73101"/>
    <w:rsid w:val="00D749DA"/>
    <w:rsid w:val="00D74E39"/>
    <w:rsid w:val="00D80E86"/>
    <w:rsid w:val="00D81394"/>
    <w:rsid w:val="00D82088"/>
    <w:rsid w:val="00D847E0"/>
    <w:rsid w:val="00D87884"/>
    <w:rsid w:val="00D87CD0"/>
    <w:rsid w:val="00D910DE"/>
    <w:rsid w:val="00D94255"/>
    <w:rsid w:val="00D95D64"/>
    <w:rsid w:val="00D95EED"/>
    <w:rsid w:val="00DA4D9C"/>
    <w:rsid w:val="00DB2683"/>
    <w:rsid w:val="00DB4BF3"/>
    <w:rsid w:val="00DB6069"/>
    <w:rsid w:val="00DC426E"/>
    <w:rsid w:val="00DC748C"/>
    <w:rsid w:val="00DD0E22"/>
    <w:rsid w:val="00DD135E"/>
    <w:rsid w:val="00DD1977"/>
    <w:rsid w:val="00DD2116"/>
    <w:rsid w:val="00DD2284"/>
    <w:rsid w:val="00DD376E"/>
    <w:rsid w:val="00DD3E22"/>
    <w:rsid w:val="00DD6F49"/>
    <w:rsid w:val="00DE3401"/>
    <w:rsid w:val="00DE396A"/>
    <w:rsid w:val="00DF0D34"/>
    <w:rsid w:val="00DF1688"/>
    <w:rsid w:val="00DF2407"/>
    <w:rsid w:val="00DF26E9"/>
    <w:rsid w:val="00E001B7"/>
    <w:rsid w:val="00E008B7"/>
    <w:rsid w:val="00E04B18"/>
    <w:rsid w:val="00E13824"/>
    <w:rsid w:val="00E15BC0"/>
    <w:rsid w:val="00E22A5A"/>
    <w:rsid w:val="00E22BBE"/>
    <w:rsid w:val="00E330DB"/>
    <w:rsid w:val="00E33510"/>
    <w:rsid w:val="00E36B45"/>
    <w:rsid w:val="00E415F7"/>
    <w:rsid w:val="00E6430B"/>
    <w:rsid w:val="00E749D8"/>
    <w:rsid w:val="00E75C21"/>
    <w:rsid w:val="00E7637D"/>
    <w:rsid w:val="00E820C9"/>
    <w:rsid w:val="00E83685"/>
    <w:rsid w:val="00E83ED9"/>
    <w:rsid w:val="00E85488"/>
    <w:rsid w:val="00E861F4"/>
    <w:rsid w:val="00E91204"/>
    <w:rsid w:val="00E91B5B"/>
    <w:rsid w:val="00E976A8"/>
    <w:rsid w:val="00EA0FFA"/>
    <w:rsid w:val="00EB0E0F"/>
    <w:rsid w:val="00EB0F28"/>
    <w:rsid w:val="00EB101A"/>
    <w:rsid w:val="00EB1B51"/>
    <w:rsid w:val="00EB2A0F"/>
    <w:rsid w:val="00EB51A5"/>
    <w:rsid w:val="00EC1ACB"/>
    <w:rsid w:val="00EC66D7"/>
    <w:rsid w:val="00EC6FE8"/>
    <w:rsid w:val="00ED779E"/>
    <w:rsid w:val="00ED7ADE"/>
    <w:rsid w:val="00EE13E3"/>
    <w:rsid w:val="00EE168A"/>
    <w:rsid w:val="00EE3961"/>
    <w:rsid w:val="00F113D5"/>
    <w:rsid w:val="00F11BE2"/>
    <w:rsid w:val="00F12545"/>
    <w:rsid w:val="00F1536B"/>
    <w:rsid w:val="00F17D01"/>
    <w:rsid w:val="00F23807"/>
    <w:rsid w:val="00F32C05"/>
    <w:rsid w:val="00F411CE"/>
    <w:rsid w:val="00F440AE"/>
    <w:rsid w:val="00F44C94"/>
    <w:rsid w:val="00F50162"/>
    <w:rsid w:val="00F5017D"/>
    <w:rsid w:val="00F51D18"/>
    <w:rsid w:val="00F5343E"/>
    <w:rsid w:val="00F55577"/>
    <w:rsid w:val="00F6034B"/>
    <w:rsid w:val="00F60D91"/>
    <w:rsid w:val="00F62349"/>
    <w:rsid w:val="00F65687"/>
    <w:rsid w:val="00F67F89"/>
    <w:rsid w:val="00F7036F"/>
    <w:rsid w:val="00F714FA"/>
    <w:rsid w:val="00F72A33"/>
    <w:rsid w:val="00F73D8D"/>
    <w:rsid w:val="00F73EAB"/>
    <w:rsid w:val="00F81A02"/>
    <w:rsid w:val="00F853D2"/>
    <w:rsid w:val="00F90519"/>
    <w:rsid w:val="00F92A41"/>
    <w:rsid w:val="00F9553B"/>
    <w:rsid w:val="00FA3A53"/>
    <w:rsid w:val="00FA4CC9"/>
    <w:rsid w:val="00FA607D"/>
    <w:rsid w:val="00FB6311"/>
    <w:rsid w:val="00FB66CB"/>
    <w:rsid w:val="00FC646A"/>
    <w:rsid w:val="00FC693F"/>
    <w:rsid w:val="00FD0BA5"/>
    <w:rsid w:val="00FD2CEB"/>
    <w:rsid w:val="00FE0FAF"/>
    <w:rsid w:val="00FE4B06"/>
    <w:rsid w:val="00FE4DB0"/>
    <w:rsid w:val="00FE682C"/>
    <w:rsid w:val="00FE6D69"/>
    <w:rsid w:val="00FF15AC"/>
    <w:rsid w:val="00FF651E"/>
    <w:rsid w:val="00FF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B67B46"/>
  <w14:defaultImageDpi w14:val="300"/>
  <w15:docId w15:val="{7E55AB43-8401-8343-A733-9386DE634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5608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156082" w:themeColor="accent1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56082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56082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E97132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E97132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4221</TotalTime>
  <Pages>2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Pamela Cockle Angelica Town Clerk</cp:lastModifiedBy>
  <cp:revision>83</cp:revision>
  <cp:lastPrinted>2026-10-06T19:06:00Z</cp:lastPrinted>
  <dcterms:created xsi:type="dcterms:W3CDTF">2026-10-03T14:03:00Z</dcterms:created>
  <dcterms:modified xsi:type="dcterms:W3CDTF">2026-10-09T16:45:00Z</dcterms:modified>
  <cp:category/>
</cp:coreProperties>
</file>