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AD50C" w14:textId="485E79C1" w:rsidR="004561B5" w:rsidRDefault="004561B5" w:rsidP="004561B5">
      <w:pPr>
        <w:pStyle w:val="Heading1"/>
        <w:jc w:val="center"/>
        <w:rPr>
          <w:sz w:val="40"/>
          <w:szCs w:val="40"/>
          <w:u w:val="single"/>
        </w:rPr>
      </w:pPr>
      <w:r w:rsidRPr="00A200B2">
        <w:rPr>
          <w:sz w:val="40"/>
          <w:szCs w:val="40"/>
          <w:u w:val="single"/>
        </w:rPr>
        <w:t>AGENDA FOR ANGELICA TOWN BOARD MEETING</w:t>
      </w:r>
      <w:r w:rsidR="009A78CD" w:rsidRPr="00A200B2">
        <w:rPr>
          <w:sz w:val="40"/>
          <w:szCs w:val="40"/>
          <w:u w:val="single"/>
        </w:rPr>
        <w:t xml:space="preserve"> </w:t>
      </w:r>
      <w:r w:rsidR="007F5DB6">
        <w:rPr>
          <w:sz w:val="40"/>
          <w:szCs w:val="40"/>
          <w:u w:val="single"/>
        </w:rPr>
        <w:t>September 14</w:t>
      </w:r>
      <w:r w:rsidRPr="00A200B2">
        <w:rPr>
          <w:sz w:val="40"/>
          <w:szCs w:val="40"/>
          <w:u w:val="single"/>
        </w:rPr>
        <w:t>, 202</w:t>
      </w:r>
      <w:r w:rsidR="00454FA9" w:rsidRPr="00A200B2">
        <w:rPr>
          <w:sz w:val="40"/>
          <w:szCs w:val="40"/>
          <w:u w:val="single"/>
        </w:rPr>
        <w:t>6</w:t>
      </w:r>
    </w:p>
    <w:p w14:paraId="1C8735CE" w14:textId="6E2AD793" w:rsidR="00EC1ACB" w:rsidRPr="009340AB" w:rsidRDefault="000F5DF6" w:rsidP="00EC1ACB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</w:p>
    <w:p w14:paraId="0E61039D" w14:textId="2B9ACBA9" w:rsidR="00DD3E22" w:rsidRPr="009340AB" w:rsidRDefault="009B3937" w:rsidP="009B3937">
      <w:pPr>
        <w:pStyle w:val="ListNumber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Call to Order and Pledge of Allegiance</w:t>
      </w:r>
    </w:p>
    <w:p w14:paraId="5F7E91E1" w14:textId="77777777" w:rsidR="000A7912" w:rsidRDefault="004561B5" w:rsidP="004D271D">
      <w:pPr>
        <w:pStyle w:val="ListNumber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 w:rsidRPr="00F92A41">
        <w:rPr>
          <w:rFonts w:asciiTheme="majorHAnsi" w:hAnsiTheme="majorHAnsi"/>
          <w:sz w:val="24"/>
          <w:szCs w:val="24"/>
        </w:rPr>
        <w:t xml:space="preserve">Approval of Minutes of Previous </w:t>
      </w:r>
      <w:r w:rsidR="00F92A41" w:rsidRPr="00F92A41">
        <w:rPr>
          <w:rFonts w:asciiTheme="majorHAnsi" w:hAnsiTheme="majorHAnsi"/>
          <w:sz w:val="24"/>
          <w:szCs w:val="24"/>
        </w:rPr>
        <w:t xml:space="preserve">Regular Board </w:t>
      </w:r>
      <w:r w:rsidRPr="00F92A41">
        <w:rPr>
          <w:rFonts w:asciiTheme="majorHAnsi" w:hAnsiTheme="majorHAnsi"/>
          <w:sz w:val="24"/>
          <w:szCs w:val="24"/>
        </w:rPr>
        <w:t>Meeting</w:t>
      </w:r>
      <w:r w:rsidR="00F92A41" w:rsidRPr="00F92A41">
        <w:rPr>
          <w:rFonts w:asciiTheme="majorHAnsi" w:hAnsiTheme="majorHAnsi"/>
          <w:sz w:val="24"/>
          <w:szCs w:val="24"/>
        </w:rPr>
        <w:t>s</w:t>
      </w:r>
      <w:r w:rsidRPr="00F92A41">
        <w:rPr>
          <w:rFonts w:asciiTheme="majorHAnsi" w:hAnsiTheme="majorHAnsi"/>
          <w:sz w:val="24"/>
          <w:szCs w:val="24"/>
        </w:rPr>
        <w:t>.</w:t>
      </w:r>
      <w:r w:rsidR="00BA7237" w:rsidRPr="00F92A41">
        <w:rPr>
          <w:rFonts w:asciiTheme="majorHAnsi" w:hAnsiTheme="majorHAnsi"/>
          <w:sz w:val="24"/>
          <w:szCs w:val="24"/>
        </w:rPr>
        <w:t xml:space="preserve"> </w:t>
      </w:r>
      <w:r w:rsidR="007F5DB6" w:rsidRPr="00F92A41">
        <w:rPr>
          <w:rFonts w:asciiTheme="majorHAnsi" w:hAnsiTheme="majorHAnsi"/>
          <w:sz w:val="24"/>
          <w:szCs w:val="24"/>
        </w:rPr>
        <w:t>August 10</w:t>
      </w:r>
      <w:r w:rsidR="005E25C5" w:rsidRPr="00F92A41">
        <w:rPr>
          <w:rFonts w:asciiTheme="majorHAnsi" w:hAnsiTheme="majorHAnsi"/>
          <w:sz w:val="24"/>
          <w:szCs w:val="24"/>
        </w:rPr>
        <w:t>, 2026</w:t>
      </w:r>
      <w:r w:rsidR="00F92A41" w:rsidRPr="00F92A41">
        <w:rPr>
          <w:rFonts w:asciiTheme="majorHAnsi" w:hAnsiTheme="majorHAnsi"/>
          <w:sz w:val="24"/>
          <w:szCs w:val="24"/>
        </w:rPr>
        <w:t xml:space="preserve"> </w:t>
      </w:r>
    </w:p>
    <w:p w14:paraId="02985C0F" w14:textId="4A0B5AC2" w:rsidR="000A7912" w:rsidRDefault="000A7912" w:rsidP="004D271D">
      <w:pPr>
        <w:pStyle w:val="ListNumber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Approval of Minutes from Special Board Meeting Held August 24, 26 on Local Law 1-2026</w:t>
      </w:r>
    </w:p>
    <w:p w14:paraId="3147A29B" w14:textId="15AF568F" w:rsidR="00D5229C" w:rsidRPr="00F92A41" w:rsidRDefault="004561B5" w:rsidP="004D271D">
      <w:pPr>
        <w:pStyle w:val="ListNumber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 w:rsidRPr="00F92A41">
        <w:rPr>
          <w:rFonts w:asciiTheme="majorHAnsi" w:hAnsiTheme="majorHAnsi"/>
          <w:sz w:val="24"/>
          <w:szCs w:val="24"/>
        </w:rPr>
        <w:t>Abstracts: Generals and Highways</w:t>
      </w:r>
      <w:r w:rsidR="00A0403C" w:rsidRPr="00F92A41">
        <w:rPr>
          <w:rFonts w:asciiTheme="majorHAnsi" w:hAnsiTheme="majorHAnsi"/>
          <w:sz w:val="24"/>
          <w:szCs w:val="24"/>
        </w:rPr>
        <w:t xml:space="preserve">.  </w:t>
      </w:r>
    </w:p>
    <w:p w14:paraId="1775C03D" w14:textId="06B8FEAA" w:rsidR="009B3937" w:rsidRPr="009340AB" w:rsidRDefault="009B3937" w:rsidP="009B3937">
      <w:pPr>
        <w:pStyle w:val="ListNumber"/>
        <w:numPr>
          <w:ilvl w:val="0"/>
          <w:numId w:val="16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Approval and totals by fund</w:t>
      </w:r>
      <w:r w:rsidR="00895262">
        <w:rPr>
          <w:rFonts w:asciiTheme="majorHAnsi" w:hAnsiTheme="majorHAnsi"/>
          <w:sz w:val="24"/>
          <w:szCs w:val="24"/>
        </w:rPr>
        <w:t>:</w:t>
      </w:r>
    </w:p>
    <w:p w14:paraId="7D9F094A" w14:textId="03BF3C69" w:rsidR="002F177E" w:rsidRDefault="002F177E" w:rsidP="002F177E">
      <w:pPr>
        <w:pStyle w:val="ListNumber"/>
        <w:numPr>
          <w:ilvl w:val="1"/>
          <w:numId w:val="16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GENERAL FUND Townwide</w:t>
      </w:r>
      <w:r w:rsidR="00D01FD5">
        <w:rPr>
          <w:rFonts w:asciiTheme="majorHAnsi" w:hAnsiTheme="majorHAnsi"/>
          <w:sz w:val="24"/>
          <w:szCs w:val="24"/>
        </w:rPr>
        <w:t xml:space="preserve"> A</w:t>
      </w:r>
      <w:r w:rsidRPr="009340AB">
        <w:rPr>
          <w:rFonts w:asciiTheme="majorHAnsi" w:hAnsiTheme="majorHAnsi"/>
          <w:sz w:val="24"/>
          <w:szCs w:val="24"/>
        </w:rPr>
        <w:t>: $</w:t>
      </w:r>
      <w:r w:rsidR="00126B68">
        <w:rPr>
          <w:rFonts w:asciiTheme="majorHAnsi" w:hAnsiTheme="majorHAnsi"/>
          <w:sz w:val="24"/>
          <w:szCs w:val="24"/>
        </w:rPr>
        <w:t>27,487.40</w:t>
      </w:r>
    </w:p>
    <w:p w14:paraId="429E0038" w14:textId="53E4749F" w:rsidR="00241C93" w:rsidRPr="009340AB" w:rsidRDefault="00241C93" w:rsidP="002F177E">
      <w:pPr>
        <w:pStyle w:val="ListNumber"/>
        <w:numPr>
          <w:ilvl w:val="1"/>
          <w:numId w:val="16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GENERAL FUND Outside</w:t>
      </w:r>
      <w:r w:rsidR="00D01FD5">
        <w:rPr>
          <w:rFonts w:asciiTheme="majorHAnsi" w:hAnsiTheme="majorHAnsi"/>
          <w:sz w:val="24"/>
          <w:szCs w:val="24"/>
        </w:rPr>
        <w:t xml:space="preserve"> B</w:t>
      </w:r>
      <w:r>
        <w:rPr>
          <w:rFonts w:asciiTheme="majorHAnsi" w:hAnsiTheme="majorHAnsi"/>
          <w:sz w:val="24"/>
          <w:szCs w:val="24"/>
        </w:rPr>
        <w:t>:  $</w:t>
      </w:r>
      <w:r w:rsidR="00C63717">
        <w:rPr>
          <w:rFonts w:asciiTheme="majorHAnsi" w:hAnsiTheme="majorHAnsi"/>
          <w:sz w:val="24"/>
          <w:szCs w:val="24"/>
        </w:rPr>
        <w:t>38.48</w:t>
      </w:r>
    </w:p>
    <w:p w14:paraId="358BB5C6" w14:textId="6C4C5D09" w:rsidR="002F177E" w:rsidRDefault="002F177E" w:rsidP="002F177E">
      <w:pPr>
        <w:pStyle w:val="ListNumber"/>
        <w:numPr>
          <w:ilvl w:val="1"/>
          <w:numId w:val="16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HIGHWAY Townwide</w:t>
      </w:r>
      <w:r w:rsidR="00D01FD5">
        <w:rPr>
          <w:rFonts w:asciiTheme="majorHAnsi" w:hAnsiTheme="majorHAnsi"/>
          <w:sz w:val="24"/>
          <w:szCs w:val="24"/>
        </w:rPr>
        <w:t xml:space="preserve"> DA</w:t>
      </w:r>
      <w:r w:rsidRPr="009340AB">
        <w:rPr>
          <w:rFonts w:asciiTheme="majorHAnsi" w:hAnsiTheme="majorHAnsi"/>
          <w:sz w:val="24"/>
          <w:szCs w:val="24"/>
        </w:rPr>
        <w:t>: $</w:t>
      </w:r>
      <w:r w:rsidR="00C63717">
        <w:rPr>
          <w:rFonts w:asciiTheme="majorHAnsi" w:hAnsiTheme="majorHAnsi"/>
          <w:sz w:val="24"/>
          <w:szCs w:val="24"/>
        </w:rPr>
        <w:t>9,685.99</w:t>
      </w:r>
    </w:p>
    <w:p w14:paraId="1CA7088C" w14:textId="126F87FC" w:rsidR="00241C93" w:rsidRDefault="0081224F" w:rsidP="002F177E">
      <w:pPr>
        <w:pStyle w:val="ListNumber"/>
        <w:numPr>
          <w:ilvl w:val="1"/>
          <w:numId w:val="16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HIGHWAY Outside</w:t>
      </w:r>
      <w:r w:rsidR="00D01FD5">
        <w:rPr>
          <w:rFonts w:asciiTheme="majorHAnsi" w:hAnsiTheme="majorHAnsi"/>
          <w:sz w:val="24"/>
          <w:szCs w:val="24"/>
        </w:rPr>
        <w:t xml:space="preserve"> DB</w:t>
      </w:r>
      <w:r>
        <w:rPr>
          <w:rFonts w:asciiTheme="majorHAnsi" w:hAnsiTheme="majorHAnsi"/>
          <w:sz w:val="24"/>
          <w:szCs w:val="24"/>
        </w:rPr>
        <w:t>: $</w:t>
      </w:r>
      <w:r w:rsidR="00660420">
        <w:rPr>
          <w:rFonts w:asciiTheme="majorHAnsi" w:hAnsiTheme="majorHAnsi"/>
          <w:sz w:val="24"/>
          <w:szCs w:val="24"/>
        </w:rPr>
        <w:t>23,068.49</w:t>
      </w:r>
    </w:p>
    <w:p w14:paraId="4C10F713" w14:textId="5F28E93B" w:rsidR="00797BD4" w:rsidRPr="00797BD4" w:rsidRDefault="00B26C84" w:rsidP="00797BD4">
      <w:pPr>
        <w:pStyle w:val="ListNumber"/>
        <w:numPr>
          <w:ilvl w:val="1"/>
          <w:numId w:val="16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CAPTIAL: </w:t>
      </w:r>
      <w:r w:rsidR="00660420">
        <w:rPr>
          <w:rFonts w:asciiTheme="majorHAnsi" w:hAnsiTheme="majorHAnsi"/>
          <w:sz w:val="24"/>
          <w:szCs w:val="24"/>
        </w:rPr>
        <w:t>$ 0</w:t>
      </w:r>
    </w:p>
    <w:p w14:paraId="3AC30C90" w14:textId="1FDAF71C" w:rsidR="00F440AE" w:rsidRPr="00F440AE" w:rsidRDefault="002F177E" w:rsidP="00F440AE">
      <w:pPr>
        <w:pStyle w:val="ListNumber"/>
        <w:numPr>
          <w:ilvl w:val="1"/>
          <w:numId w:val="16"/>
        </w:numPr>
        <w:rPr>
          <w:rFonts w:asciiTheme="majorHAnsi" w:hAnsiTheme="majorHAnsi"/>
          <w:sz w:val="24"/>
          <w:szCs w:val="24"/>
        </w:rPr>
      </w:pPr>
      <w:r w:rsidRPr="00166585">
        <w:rPr>
          <w:rFonts w:asciiTheme="majorHAnsi" w:hAnsiTheme="majorHAnsi"/>
          <w:sz w:val="24"/>
          <w:szCs w:val="24"/>
        </w:rPr>
        <w:t>TOTAL COMBINED: $</w:t>
      </w:r>
      <w:r w:rsidR="00CA57B3">
        <w:rPr>
          <w:rFonts w:asciiTheme="majorHAnsi" w:hAnsiTheme="majorHAnsi"/>
          <w:sz w:val="24"/>
          <w:szCs w:val="24"/>
        </w:rPr>
        <w:t>60,280.36</w:t>
      </w:r>
    </w:p>
    <w:p w14:paraId="27D263E5" w14:textId="187CDDE4" w:rsidR="00F440AE" w:rsidRDefault="00E91204" w:rsidP="00E91204">
      <w:pPr>
        <w:pStyle w:val="ListNumber"/>
      </w:pPr>
      <w:r>
        <w:t>Russ Hall, GIS Coordinator Allegany County.  House Enumeration/Numbering</w:t>
      </w:r>
    </w:p>
    <w:p w14:paraId="3E25B769" w14:textId="45E2066A" w:rsidR="00E91204" w:rsidRPr="00F440AE" w:rsidRDefault="00E91204" w:rsidP="00E91204">
      <w:pPr>
        <w:pStyle w:val="ListNumber"/>
      </w:pPr>
      <w:r w:rsidRPr="007E0E2B">
        <w:rPr>
          <w:b/>
          <w:bCs/>
        </w:rPr>
        <w:t>Resolution</w:t>
      </w:r>
      <w:r w:rsidR="00C97C2A" w:rsidRPr="007E0E2B">
        <w:rPr>
          <w:b/>
          <w:bCs/>
        </w:rPr>
        <w:t xml:space="preserve"> 11-2026</w:t>
      </w:r>
      <w:r w:rsidR="009270EA">
        <w:t xml:space="preserve"> adopting a House Numbering and 911 Address sign policy for the Town of Angelica</w:t>
      </w:r>
      <w:r>
        <w:t xml:space="preserve"> </w:t>
      </w:r>
    </w:p>
    <w:p w14:paraId="495158B2" w14:textId="3BE79FEC" w:rsidR="000C460E" w:rsidRDefault="00311F56" w:rsidP="00465E7A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 xml:space="preserve">Battery </w:t>
      </w:r>
      <w:r w:rsidR="00DF0D34">
        <w:rPr>
          <w:rFonts w:asciiTheme="majorHAnsi" w:hAnsiTheme="majorHAnsi"/>
          <w:sz w:val="24"/>
          <w:szCs w:val="24"/>
        </w:rPr>
        <w:t xml:space="preserve">Energy </w:t>
      </w:r>
      <w:r w:rsidRPr="009340AB">
        <w:rPr>
          <w:rFonts w:asciiTheme="majorHAnsi" w:hAnsiTheme="majorHAnsi"/>
          <w:sz w:val="24"/>
          <w:szCs w:val="24"/>
        </w:rPr>
        <w:t xml:space="preserve">Storage </w:t>
      </w:r>
      <w:r w:rsidR="00DF0D34">
        <w:rPr>
          <w:rFonts w:asciiTheme="majorHAnsi" w:hAnsiTheme="majorHAnsi"/>
          <w:sz w:val="24"/>
          <w:szCs w:val="24"/>
        </w:rPr>
        <w:t>System (BESS) Update</w:t>
      </w:r>
      <w:r w:rsidR="00423163">
        <w:rPr>
          <w:rFonts w:asciiTheme="majorHAnsi" w:hAnsiTheme="majorHAnsi"/>
          <w:sz w:val="24"/>
          <w:szCs w:val="24"/>
        </w:rPr>
        <w:t>/Discussion</w:t>
      </w:r>
      <w:r w:rsidR="0087266F">
        <w:rPr>
          <w:rFonts w:asciiTheme="majorHAnsi" w:hAnsiTheme="majorHAnsi"/>
          <w:sz w:val="24"/>
          <w:szCs w:val="24"/>
        </w:rPr>
        <w:t>: (G. Kelly)</w:t>
      </w:r>
    </w:p>
    <w:p w14:paraId="44EF2352" w14:textId="2AFB3352" w:rsidR="00A60F1A" w:rsidRPr="00FD2CEB" w:rsidRDefault="00111192" w:rsidP="00FD2CEB">
      <w:pPr>
        <w:pStyle w:val="ListNumber"/>
        <w:numPr>
          <w:ilvl w:val="0"/>
          <w:numId w:val="35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SEQR</w:t>
      </w:r>
    </w:p>
    <w:p w14:paraId="3892DD34" w14:textId="0CA80D78" w:rsidR="004561B5" w:rsidRPr="009340AB" w:rsidRDefault="004561B5" w:rsidP="004561B5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Budget Sheets and Supervisor’s Reports</w:t>
      </w:r>
      <w:r w:rsidR="0045075F" w:rsidRPr="009340AB">
        <w:rPr>
          <w:rFonts w:asciiTheme="majorHAnsi" w:hAnsiTheme="majorHAnsi"/>
          <w:sz w:val="24"/>
          <w:szCs w:val="24"/>
        </w:rPr>
        <w:t xml:space="preserve"> for Month of </w:t>
      </w:r>
      <w:r w:rsidR="00A60F1A">
        <w:rPr>
          <w:rFonts w:asciiTheme="majorHAnsi" w:hAnsiTheme="majorHAnsi"/>
          <w:sz w:val="24"/>
          <w:szCs w:val="24"/>
        </w:rPr>
        <w:t>August</w:t>
      </w:r>
      <w:r w:rsidR="00C65369">
        <w:rPr>
          <w:rFonts w:asciiTheme="majorHAnsi" w:hAnsiTheme="majorHAnsi"/>
          <w:sz w:val="24"/>
          <w:szCs w:val="24"/>
        </w:rPr>
        <w:t xml:space="preserve"> </w:t>
      </w:r>
      <w:r w:rsidR="0045075F" w:rsidRPr="009340AB">
        <w:rPr>
          <w:rFonts w:asciiTheme="majorHAnsi" w:hAnsiTheme="majorHAnsi"/>
          <w:sz w:val="24"/>
          <w:szCs w:val="24"/>
        </w:rPr>
        <w:t>2026</w:t>
      </w:r>
      <w:r w:rsidR="0038354C" w:rsidRPr="009340AB">
        <w:rPr>
          <w:rFonts w:asciiTheme="majorHAnsi" w:hAnsiTheme="majorHAnsi"/>
          <w:sz w:val="24"/>
          <w:szCs w:val="24"/>
        </w:rPr>
        <w:t xml:space="preserve">. Motion to approve. </w:t>
      </w:r>
    </w:p>
    <w:p w14:paraId="44C5D31B" w14:textId="7CD64DC8" w:rsidR="00474C09" w:rsidRPr="009340AB" w:rsidRDefault="00474C09" w:rsidP="00C65369">
      <w:pPr>
        <w:pStyle w:val="ListNumber"/>
        <w:numPr>
          <w:ilvl w:val="1"/>
          <w:numId w:val="5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General</w:t>
      </w:r>
      <w:r w:rsidR="00A8798A">
        <w:rPr>
          <w:rFonts w:asciiTheme="majorHAnsi" w:hAnsiTheme="majorHAnsi"/>
          <w:sz w:val="24"/>
          <w:szCs w:val="24"/>
        </w:rPr>
        <w:t>/Cap</w:t>
      </w:r>
      <w:r w:rsidR="005A2A15">
        <w:rPr>
          <w:rFonts w:asciiTheme="majorHAnsi" w:hAnsiTheme="majorHAnsi"/>
          <w:sz w:val="24"/>
          <w:szCs w:val="24"/>
        </w:rPr>
        <w:t>i</w:t>
      </w:r>
      <w:r w:rsidR="00A8798A">
        <w:rPr>
          <w:rFonts w:asciiTheme="majorHAnsi" w:hAnsiTheme="majorHAnsi"/>
          <w:sz w:val="24"/>
          <w:szCs w:val="24"/>
        </w:rPr>
        <w:t>tal</w:t>
      </w:r>
      <w:r w:rsidRPr="009340AB">
        <w:rPr>
          <w:rFonts w:asciiTheme="majorHAnsi" w:hAnsiTheme="majorHAnsi"/>
          <w:sz w:val="24"/>
          <w:szCs w:val="24"/>
        </w:rPr>
        <w:t xml:space="preserve"> Fund</w:t>
      </w:r>
      <w:r w:rsidR="00CA26D7">
        <w:rPr>
          <w:rFonts w:asciiTheme="majorHAnsi" w:hAnsiTheme="majorHAnsi"/>
          <w:sz w:val="24"/>
          <w:szCs w:val="24"/>
        </w:rPr>
        <w:t xml:space="preserve"> (Funds </w:t>
      </w:r>
      <w:r w:rsidR="005A5269">
        <w:rPr>
          <w:rFonts w:asciiTheme="majorHAnsi" w:hAnsiTheme="majorHAnsi"/>
          <w:sz w:val="24"/>
          <w:szCs w:val="24"/>
        </w:rPr>
        <w:t>A,</w:t>
      </w:r>
      <w:r w:rsidR="002B59DB">
        <w:rPr>
          <w:rFonts w:asciiTheme="majorHAnsi" w:hAnsiTheme="majorHAnsi"/>
          <w:sz w:val="24"/>
          <w:szCs w:val="24"/>
        </w:rPr>
        <w:t xml:space="preserve"> </w:t>
      </w:r>
      <w:r w:rsidR="005A5269">
        <w:rPr>
          <w:rFonts w:asciiTheme="majorHAnsi" w:hAnsiTheme="majorHAnsi"/>
          <w:sz w:val="24"/>
          <w:szCs w:val="24"/>
        </w:rPr>
        <w:t>B</w:t>
      </w:r>
      <w:r w:rsidR="00773DA8">
        <w:rPr>
          <w:rFonts w:asciiTheme="majorHAnsi" w:hAnsiTheme="majorHAnsi"/>
          <w:sz w:val="24"/>
          <w:szCs w:val="24"/>
        </w:rPr>
        <w:t>, S</w:t>
      </w:r>
      <w:r w:rsidR="002B59DB">
        <w:rPr>
          <w:rFonts w:asciiTheme="majorHAnsi" w:hAnsiTheme="majorHAnsi"/>
          <w:sz w:val="24"/>
          <w:szCs w:val="24"/>
        </w:rPr>
        <w:t>,</w:t>
      </w:r>
      <w:r w:rsidR="00773DA8">
        <w:rPr>
          <w:rFonts w:asciiTheme="majorHAnsi" w:hAnsiTheme="majorHAnsi"/>
          <w:sz w:val="24"/>
          <w:szCs w:val="24"/>
        </w:rPr>
        <w:t xml:space="preserve"> H</w:t>
      </w:r>
      <w:r w:rsidR="00CA26D7">
        <w:rPr>
          <w:rFonts w:asciiTheme="majorHAnsi" w:hAnsiTheme="majorHAnsi"/>
          <w:sz w:val="24"/>
          <w:szCs w:val="24"/>
        </w:rPr>
        <w:t>)</w:t>
      </w:r>
      <w:r w:rsidRPr="009340AB">
        <w:rPr>
          <w:rFonts w:asciiTheme="majorHAnsi" w:hAnsiTheme="majorHAnsi"/>
          <w:sz w:val="24"/>
          <w:szCs w:val="24"/>
        </w:rPr>
        <w:t>: Revenues: $</w:t>
      </w:r>
      <w:r w:rsidR="00A62D41">
        <w:rPr>
          <w:rFonts w:asciiTheme="majorHAnsi" w:hAnsiTheme="majorHAnsi"/>
          <w:sz w:val="24"/>
          <w:szCs w:val="24"/>
        </w:rPr>
        <w:t>192,756.81</w:t>
      </w:r>
      <w:r w:rsidR="00755FDE">
        <w:rPr>
          <w:rFonts w:asciiTheme="majorHAnsi" w:hAnsiTheme="majorHAnsi"/>
          <w:sz w:val="24"/>
          <w:szCs w:val="24"/>
        </w:rPr>
        <w:t xml:space="preserve"> </w:t>
      </w:r>
      <w:r w:rsidR="00A859BA" w:rsidRPr="009340AB">
        <w:rPr>
          <w:rFonts w:asciiTheme="majorHAnsi" w:hAnsiTheme="majorHAnsi"/>
          <w:sz w:val="24"/>
          <w:szCs w:val="24"/>
        </w:rPr>
        <w:t>/</w:t>
      </w:r>
      <w:r w:rsidRPr="009340AB">
        <w:rPr>
          <w:rFonts w:asciiTheme="majorHAnsi" w:hAnsiTheme="majorHAnsi"/>
          <w:sz w:val="24"/>
          <w:szCs w:val="24"/>
        </w:rPr>
        <w:t xml:space="preserve">Expenses: </w:t>
      </w:r>
      <w:r w:rsidR="000537E0">
        <w:rPr>
          <w:rFonts w:asciiTheme="majorHAnsi" w:hAnsiTheme="majorHAnsi"/>
          <w:sz w:val="24"/>
          <w:szCs w:val="24"/>
        </w:rPr>
        <w:t>$</w:t>
      </w:r>
      <w:r w:rsidR="00A62D41">
        <w:rPr>
          <w:rFonts w:asciiTheme="majorHAnsi" w:hAnsiTheme="majorHAnsi"/>
          <w:sz w:val="24"/>
          <w:szCs w:val="24"/>
        </w:rPr>
        <w:t>39,096.90</w:t>
      </w:r>
    </w:p>
    <w:p w14:paraId="0A1ACAE7" w14:textId="12027391" w:rsidR="0045075F" w:rsidRDefault="00474C09" w:rsidP="00A200B2">
      <w:pPr>
        <w:pStyle w:val="ListNumber"/>
        <w:numPr>
          <w:ilvl w:val="1"/>
          <w:numId w:val="5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Highway</w:t>
      </w:r>
      <w:r w:rsidR="00CA26D7">
        <w:rPr>
          <w:rFonts w:asciiTheme="majorHAnsi" w:hAnsiTheme="majorHAnsi"/>
          <w:sz w:val="24"/>
          <w:szCs w:val="24"/>
        </w:rPr>
        <w:t xml:space="preserve"> (Funds DA &amp; DB)</w:t>
      </w:r>
      <w:r w:rsidRPr="009340AB">
        <w:rPr>
          <w:rFonts w:asciiTheme="majorHAnsi" w:hAnsiTheme="majorHAnsi"/>
          <w:sz w:val="24"/>
          <w:szCs w:val="24"/>
        </w:rPr>
        <w:t>: Revenues: $</w:t>
      </w:r>
      <w:r w:rsidR="000713C1">
        <w:rPr>
          <w:rFonts w:asciiTheme="majorHAnsi" w:hAnsiTheme="majorHAnsi"/>
          <w:sz w:val="24"/>
          <w:szCs w:val="24"/>
        </w:rPr>
        <w:t>193,987.07</w:t>
      </w:r>
      <w:r w:rsidR="00BA1E7E" w:rsidRPr="009340AB">
        <w:rPr>
          <w:rFonts w:asciiTheme="majorHAnsi" w:hAnsiTheme="majorHAnsi"/>
          <w:sz w:val="24"/>
          <w:szCs w:val="24"/>
        </w:rPr>
        <w:t>/Expenses: $</w:t>
      </w:r>
      <w:r w:rsidR="000713C1">
        <w:rPr>
          <w:rFonts w:asciiTheme="majorHAnsi" w:hAnsiTheme="majorHAnsi"/>
          <w:sz w:val="24"/>
          <w:szCs w:val="24"/>
        </w:rPr>
        <w:t>179,181.76</w:t>
      </w:r>
    </w:p>
    <w:p w14:paraId="00DD2EA9" w14:textId="174F21B2" w:rsidR="004B15C0" w:rsidRPr="004B15C0" w:rsidRDefault="004561B5" w:rsidP="004B15C0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Financial Reports:</w:t>
      </w:r>
      <w:r w:rsidR="00A0403C" w:rsidRPr="009340AB">
        <w:rPr>
          <w:rFonts w:asciiTheme="majorHAnsi" w:hAnsiTheme="majorHAnsi"/>
          <w:sz w:val="24"/>
          <w:szCs w:val="24"/>
        </w:rPr>
        <w:t xml:space="preserve">  </w:t>
      </w:r>
      <w:r w:rsidRPr="009340AB">
        <w:rPr>
          <w:rFonts w:asciiTheme="majorHAnsi" w:hAnsiTheme="majorHAnsi"/>
          <w:sz w:val="24"/>
          <w:szCs w:val="24"/>
        </w:rPr>
        <w:br/>
        <w:t xml:space="preserve">   a. NYCLASS Report for </w:t>
      </w:r>
      <w:r w:rsidR="00473337">
        <w:rPr>
          <w:rFonts w:asciiTheme="majorHAnsi" w:hAnsiTheme="majorHAnsi"/>
          <w:sz w:val="24"/>
          <w:szCs w:val="24"/>
        </w:rPr>
        <w:t>August</w:t>
      </w:r>
      <w:r w:rsidR="004D630D">
        <w:rPr>
          <w:rFonts w:asciiTheme="majorHAnsi" w:hAnsiTheme="majorHAnsi"/>
          <w:sz w:val="24"/>
          <w:szCs w:val="24"/>
        </w:rPr>
        <w:t xml:space="preserve"> </w:t>
      </w:r>
      <w:r w:rsidR="00031109">
        <w:rPr>
          <w:rFonts w:asciiTheme="majorHAnsi" w:hAnsiTheme="majorHAnsi"/>
          <w:sz w:val="24"/>
          <w:szCs w:val="24"/>
        </w:rPr>
        <w:t>2026</w:t>
      </w:r>
      <w:r w:rsidRPr="009340AB">
        <w:rPr>
          <w:rFonts w:asciiTheme="majorHAnsi" w:hAnsiTheme="majorHAnsi"/>
          <w:sz w:val="24"/>
          <w:szCs w:val="24"/>
        </w:rPr>
        <w:t>.</w:t>
      </w:r>
      <w:r w:rsidR="0038354C" w:rsidRPr="009340AB">
        <w:rPr>
          <w:rFonts w:asciiTheme="majorHAnsi" w:hAnsiTheme="majorHAnsi"/>
          <w:sz w:val="24"/>
          <w:szCs w:val="24"/>
        </w:rPr>
        <w:t xml:space="preserve"> </w:t>
      </w:r>
      <w:r w:rsidR="00975E58">
        <w:rPr>
          <w:rFonts w:asciiTheme="majorHAnsi" w:hAnsiTheme="majorHAnsi"/>
          <w:sz w:val="24"/>
          <w:szCs w:val="24"/>
        </w:rPr>
        <w:t xml:space="preserve"> </w:t>
      </w:r>
    </w:p>
    <w:p w14:paraId="12BF45C9" w14:textId="672050FB" w:rsidR="00CB3792" w:rsidRPr="002371E2" w:rsidRDefault="00AA6E30" w:rsidP="00474C09">
      <w:pPr>
        <w:pStyle w:val="ListParagraph"/>
        <w:ind w:firstLine="72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Total NYCLASS Earnings</w:t>
      </w:r>
      <w:r w:rsidR="000E5720">
        <w:rPr>
          <w:rFonts w:asciiTheme="majorHAnsi" w:hAnsiTheme="majorHAnsi"/>
          <w:sz w:val="24"/>
          <w:szCs w:val="24"/>
        </w:rPr>
        <w:t xml:space="preserve"> Current Month: $</w:t>
      </w:r>
      <w:r w:rsidR="0027497A">
        <w:rPr>
          <w:rFonts w:asciiTheme="majorHAnsi" w:hAnsiTheme="majorHAnsi"/>
          <w:sz w:val="24"/>
          <w:szCs w:val="24"/>
        </w:rPr>
        <w:t>13,670.38</w:t>
      </w:r>
    </w:p>
    <w:p w14:paraId="40767419" w14:textId="49740519" w:rsidR="00CB3792" w:rsidRPr="002371E2" w:rsidRDefault="00CB3792" w:rsidP="00474C09">
      <w:pPr>
        <w:pStyle w:val="ListParagraph"/>
        <w:ind w:firstLine="720"/>
        <w:rPr>
          <w:rFonts w:asciiTheme="majorHAnsi" w:hAnsiTheme="majorHAnsi"/>
          <w:sz w:val="24"/>
          <w:szCs w:val="24"/>
        </w:rPr>
      </w:pPr>
      <w:r w:rsidRPr="002371E2">
        <w:rPr>
          <w:rFonts w:asciiTheme="majorHAnsi" w:hAnsiTheme="majorHAnsi"/>
          <w:sz w:val="24"/>
          <w:szCs w:val="24"/>
        </w:rPr>
        <w:t xml:space="preserve">Average Monthly Rate = </w:t>
      </w:r>
      <w:r w:rsidRPr="0006296C">
        <w:rPr>
          <w:rFonts w:asciiTheme="majorHAnsi" w:hAnsiTheme="majorHAnsi"/>
          <w:b/>
          <w:bCs/>
          <w:sz w:val="24"/>
          <w:szCs w:val="24"/>
        </w:rPr>
        <w:t>3.5</w:t>
      </w:r>
      <w:r w:rsidR="0027497A">
        <w:rPr>
          <w:rFonts w:asciiTheme="majorHAnsi" w:hAnsiTheme="majorHAnsi"/>
          <w:b/>
          <w:bCs/>
          <w:sz w:val="24"/>
          <w:szCs w:val="24"/>
        </w:rPr>
        <w:t>78</w:t>
      </w:r>
      <w:r w:rsidRPr="0006296C">
        <w:rPr>
          <w:rFonts w:asciiTheme="majorHAnsi" w:hAnsiTheme="majorHAnsi"/>
          <w:b/>
          <w:bCs/>
          <w:sz w:val="24"/>
          <w:szCs w:val="24"/>
        </w:rPr>
        <w:t>%</w:t>
      </w:r>
    </w:p>
    <w:p w14:paraId="57BD288F" w14:textId="4B9740FE" w:rsidR="00312007" w:rsidRPr="00DD2116" w:rsidRDefault="009E71FE" w:rsidP="00AA615C">
      <w:pPr>
        <w:pStyle w:val="ListParagraph"/>
        <w:ind w:firstLine="720"/>
      </w:pPr>
      <w:r w:rsidRPr="002371E2">
        <w:rPr>
          <w:rFonts w:asciiTheme="majorHAnsi" w:hAnsiTheme="majorHAnsi"/>
          <w:sz w:val="24"/>
          <w:szCs w:val="24"/>
        </w:rPr>
        <w:t>Total NYCLASS Balance = $</w:t>
      </w:r>
      <w:r w:rsidR="002371E2" w:rsidRPr="002371E2">
        <w:rPr>
          <w:rFonts w:asciiTheme="majorHAnsi" w:hAnsiTheme="majorHAnsi"/>
          <w:sz w:val="24"/>
          <w:szCs w:val="24"/>
        </w:rPr>
        <w:t>4,</w:t>
      </w:r>
      <w:r w:rsidR="007B4AF7">
        <w:rPr>
          <w:rFonts w:asciiTheme="majorHAnsi" w:hAnsiTheme="majorHAnsi"/>
          <w:sz w:val="24"/>
          <w:szCs w:val="24"/>
        </w:rPr>
        <w:t>505,164.73</w:t>
      </w:r>
    </w:p>
    <w:p w14:paraId="136E5A34" w14:textId="40869351" w:rsidR="00D5229C" w:rsidRPr="00BA3284" w:rsidRDefault="004561B5" w:rsidP="00BA3284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Town Business Review.</w:t>
      </w:r>
      <w:r w:rsidR="00A0403C" w:rsidRPr="009340AB">
        <w:rPr>
          <w:rFonts w:asciiTheme="majorHAnsi" w:hAnsiTheme="majorHAnsi"/>
          <w:sz w:val="24"/>
          <w:szCs w:val="24"/>
        </w:rPr>
        <w:t xml:space="preserve">  Motio</w:t>
      </w:r>
      <w:r w:rsidR="00454FA9" w:rsidRPr="009340AB">
        <w:rPr>
          <w:rFonts w:asciiTheme="majorHAnsi" w:hAnsiTheme="majorHAnsi"/>
          <w:sz w:val="24"/>
          <w:szCs w:val="24"/>
        </w:rPr>
        <w:t>n</w:t>
      </w:r>
      <w:r w:rsidR="00A0403C" w:rsidRPr="009340AB">
        <w:rPr>
          <w:rFonts w:asciiTheme="majorHAnsi" w:hAnsiTheme="majorHAnsi"/>
          <w:sz w:val="24"/>
          <w:szCs w:val="24"/>
        </w:rPr>
        <w:t xml:space="preserve"> to accept and approve by:</w:t>
      </w:r>
    </w:p>
    <w:p w14:paraId="36BEBB2C" w14:textId="7439ADD7" w:rsidR="00863CDC" w:rsidRPr="009340AB" w:rsidRDefault="004D5B07" w:rsidP="00A0403C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TOWN CLERK REPORT: </w:t>
      </w:r>
      <w:r w:rsidR="00863CDC">
        <w:rPr>
          <w:rFonts w:asciiTheme="majorHAnsi" w:hAnsiTheme="majorHAnsi"/>
          <w:sz w:val="24"/>
          <w:szCs w:val="24"/>
        </w:rPr>
        <w:t>$</w:t>
      </w:r>
      <w:r w:rsidR="00D642E0">
        <w:rPr>
          <w:rFonts w:asciiTheme="majorHAnsi" w:hAnsiTheme="majorHAnsi"/>
          <w:sz w:val="24"/>
          <w:szCs w:val="24"/>
        </w:rPr>
        <w:t>1</w:t>
      </w:r>
      <w:r w:rsidR="00A32D9A">
        <w:rPr>
          <w:rFonts w:asciiTheme="majorHAnsi" w:hAnsiTheme="majorHAnsi"/>
          <w:sz w:val="24"/>
          <w:szCs w:val="24"/>
        </w:rPr>
        <w:t>546.40</w:t>
      </w:r>
      <w:r w:rsidR="00863CDC">
        <w:rPr>
          <w:rFonts w:asciiTheme="majorHAnsi" w:hAnsiTheme="majorHAnsi"/>
          <w:sz w:val="24"/>
          <w:szCs w:val="24"/>
        </w:rPr>
        <w:t xml:space="preserve"> paid to Town Supervisor</w:t>
      </w:r>
      <w:r w:rsidR="007E1B76">
        <w:rPr>
          <w:rFonts w:asciiTheme="majorHAnsi" w:hAnsiTheme="majorHAnsi"/>
          <w:sz w:val="24"/>
          <w:szCs w:val="24"/>
        </w:rPr>
        <w:t xml:space="preserve"> </w:t>
      </w:r>
    </w:p>
    <w:p w14:paraId="0243E8F6" w14:textId="6533354B" w:rsidR="00A0403C" w:rsidRPr="009340AB" w:rsidRDefault="00A0403C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Dog</w:t>
      </w:r>
      <w:r w:rsidR="00C3300A">
        <w:rPr>
          <w:rFonts w:asciiTheme="majorHAnsi" w:hAnsiTheme="majorHAnsi"/>
          <w:sz w:val="24"/>
          <w:szCs w:val="24"/>
        </w:rPr>
        <w:t>s</w:t>
      </w:r>
      <w:r w:rsidRPr="009340AB">
        <w:rPr>
          <w:rFonts w:asciiTheme="majorHAnsi" w:hAnsiTheme="majorHAnsi"/>
          <w:sz w:val="24"/>
          <w:szCs w:val="24"/>
        </w:rPr>
        <w:t xml:space="preserve">:  </w:t>
      </w:r>
      <w:r w:rsidR="00126854" w:rsidRPr="009340AB">
        <w:rPr>
          <w:rFonts w:asciiTheme="majorHAnsi" w:hAnsiTheme="majorHAnsi"/>
          <w:sz w:val="24"/>
          <w:szCs w:val="24"/>
        </w:rPr>
        <w:t>$</w:t>
      </w:r>
      <w:r w:rsidR="00F81A02">
        <w:rPr>
          <w:rFonts w:asciiTheme="majorHAnsi" w:hAnsiTheme="majorHAnsi"/>
          <w:sz w:val="24"/>
          <w:szCs w:val="24"/>
        </w:rPr>
        <w:t>8</w:t>
      </w:r>
    </w:p>
    <w:p w14:paraId="39980A40" w14:textId="047681FA" w:rsidR="00A0403C" w:rsidRDefault="00A0403C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DECALS:</w:t>
      </w:r>
      <w:r w:rsidR="00126854" w:rsidRPr="009340AB">
        <w:rPr>
          <w:rFonts w:asciiTheme="majorHAnsi" w:hAnsiTheme="majorHAnsi"/>
          <w:sz w:val="24"/>
          <w:szCs w:val="24"/>
        </w:rPr>
        <w:t xml:space="preserve"> $</w:t>
      </w:r>
      <w:r w:rsidR="00F81A02">
        <w:rPr>
          <w:rFonts w:asciiTheme="majorHAnsi" w:hAnsiTheme="majorHAnsi"/>
          <w:sz w:val="24"/>
          <w:szCs w:val="24"/>
        </w:rPr>
        <w:t>62.40</w:t>
      </w:r>
    </w:p>
    <w:p w14:paraId="06EA04D2" w14:textId="020D776E" w:rsidR="00E6430B" w:rsidRPr="009340AB" w:rsidRDefault="00E6430B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Marriage Licenses: </w:t>
      </w:r>
      <w:r w:rsidR="00F81A02">
        <w:rPr>
          <w:rFonts w:asciiTheme="majorHAnsi" w:hAnsiTheme="majorHAnsi"/>
          <w:sz w:val="24"/>
          <w:szCs w:val="24"/>
        </w:rPr>
        <w:t>$0</w:t>
      </w:r>
    </w:p>
    <w:p w14:paraId="238E1693" w14:textId="3F1B45DF" w:rsidR="00126854" w:rsidRDefault="00A0403C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 xml:space="preserve">Other: </w:t>
      </w:r>
      <w:r w:rsidR="00126854" w:rsidRPr="009340AB">
        <w:rPr>
          <w:rFonts w:asciiTheme="majorHAnsi" w:hAnsiTheme="majorHAnsi"/>
          <w:sz w:val="24"/>
          <w:szCs w:val="24"/>
        </w:rPr>
        <w:t>ATV’s $</w:t>
      </w:r>
      <w:r w:rsidR="000A148A">
        <w:rPr>
          <w:rFonts w:asciiTheme="majorHAnsi" w:hAnsiTheme="majorHAnsi"/>
          <w:sz w:val="24"/>
          <w:szCs w:val="24"/>
        </w:rPr>
        <w:t>45</w:t>
      </w:r>
    </w:p>
    <w:p w14:paraId="7BE60491" w14:textId="0251CEC8" w:rsidR="00F6034B" w:rsidRDefault="00F6034B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Cemetery Lot</w:t>
      </w:r>
      <w:r w:rsidR="00F11BE2">
        <w:rPr>
          <w:rFonts w:asciiTheme="majorHAnsi" w:hAnsiTheme="majorHAnsi"/>
          <w:sz w:val="24"/>
          <w:szCs w:val="24"/>
        </w:rPr>
        <w:t xml:space="preserve"> Sales</w:t>
      </w:r>
      <w:r>
        <w:rPr>
          <w:rFonts w:asciiTheme="majorHAnsi" w:hAnsiTheme="majorHAnsi"/>
          <w:sz w:val="24"/>
          <w:szCs w:val="24"/>
        </w:rPr>
        <w:t>: $</w:t>
      </w:r>
      <w:r w:rsidR="000A148A">
        <w:rPr>
          <w:rFonts w:asciiTheme="majorHAnsi" w:hAnsiTheme="majorHAnsi"/>
          <w:sz w:val="24"/>
          <w:szCs w:val="24"/>
        </w:rPr>
        <w:t>0</w:t>
      </w:r>
    </w:p>
    <w:p w14:paraId="07B369F6" w14:textId="08392A37" w:rsidR="00C60C7F" w:rsidRDefault="00C60C7F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Memorial Bases: $935</w:t>
      </w:r>
    </w:p>
    <w:p w14:paraId="154DFBEB" w14:textId="3A9C7E2E" w:rsidR="00A0403C" w:rsidRDefault="00BB71E1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Grave Digging: $</w:t>
      </w:r>
      <w:r w:rsidR="000A148A">
        <w:rPr>
          <w:rFonts w:asciiTheme="majorHAnsi" w:hAnsiTheme="majorHAnsi"/>
          <w:sz w:val="24"/>
          <w:szCs w:val="24"/>
        </w:rPr>
        <w:t>275</w:t>
      </w:r>
    </w:p>
    <w:p w14:paraId="2DC4EEE2" w14:textId="20A179D6" w:rsidR="009F5670" w:rsidRDefault="00744624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 xml:space="preserve">Certified Copes: </w:t>
      </w:r>
      <w:r w:rsidR="00A20E44">
        <w:rPr>
          <w:rFonts w:asciiTheme="majorHAnsi" w:hAnsiTheme="majorHAnsi"/>
          <w:sz w:val="24"/>
          <w:szCs w:val="24"/>
        </w:rPr>
        <w:t>$</w:t>
      </w:r>
      <w:r w:rsidR="00616B0E">
        <w:rPr>
          <w:rFonts w:asciiTheme="majorHAnsi" w:hAnsiTheme="majorHAnsi"/>
          <w:sz w:val="24"/>
          <w:szCs w:val="24"/>
        </w:rPr>
        <w:t>1</w:t>
      </w:r>
    </w:p>
    <w:p w14:paraId="59624CB8" w14:textId="2D792D82" w:rsidR="00B6232D" w:rsidRDefault="00B6232D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Dog Boarding Fees:</w:t>
      </w:r>
      <w:r w:rsidR="00B34875">
        <w:rPr>
          <w:rFonts w:asciiTheme="majorHAnsi" w:hAnsiTheme="majorHAnsi"/>
          <w:sz w:val="24"/>
          <w:szCs w:val="24"/>
        </w:rPr>
        <w:t xml:space="preserve"> </w:t>
      </w:r>
      <w:r w:rsidR="00D52E3C">
        <w:rPr>
          <w:rFonts w:asciiTheme="majorHAnsi" w:hAnsiTheme="majorHAnsi"/>
          <w:sz w:val="24"/>
          <w:szCs w:val="24"/>
        </w:rPr>
        <w:t>$</w:t>
      </w:r>
      <w:r w:rsidR="000A148A">
        <w:rPr>
          <w:rFonts w:asciiTheme="majorHAnsi" w:hAnsiTheme="majorHAnsi"/>
          <w:sz w:val="24"/>
          <w:szCs w:val="24"/>
        </w:rPr>
        <w:t>20</w:t>
      </w:r>
    </w:p>
    <w:p w14:paraId="0AB4B494" w14:textId="5A493478" w:rsidR="00C60C7F" w:rsidRDefault="00C60C7F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Real Property Rental: $200</w:t>
      </w:r>
    </w:p>
    <w:p w14:paraId="701A922A" w14:textId="77777777" w:rsidR="00144436" w:rsidRDefault="00144436" w:rsidP="00144436">
      <w:pPr>
        <w:pStyle w:val="ListNumber"/>
        <w:numPr>
          <w:ilvl w:val="0"/>
          <w:numId w:val="0"/>
        </w:numPr>
        <w:rPr>
          <w:rFonts w:asciiTheme="majorHAnsi" w:hAnsiTheme="majorHAnsi"/>
          <w:sz w:val="24"/>
          <w:szCs w:val="24"/>
        </w:rPr>
      </w:pPr>
    </w:p>
    <w:p w14:paraId="520EE092" w14:textId="40C923FB" w:rsidR="00B6232D" w:rsidRDefault="00D81394" w:rsidP="00144436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Hyland Tipping Fees for Qtr</w:t>
      </w:r>
      <w:r w:rsidR="005D55E4">
        <w:rPr>
          <w:rFonts w:asciiTheme="majorHAnsi" w:hAnsiTheme="majorHAnsi"/>
          <w:sz w:val="24"/>
          <w:szCs w:val="24"/>
        </w:rPr>
        <w:t>.</w:t>
      </w:r>
      <w:r>
        <w:rPr>
          <w:rFonts w:asciiTheme="majorHAnsi" w:hAnsiTheme="majorHAnsi"/>
          <w:sz w:val="24"/>
          <w:szCs w:val="24"/>
        </w:rPr>
        <w:t xml:space="preserve"> 2 received in the amount of $346,657.27</w:t>
      </w:r>
    </w:p>
    <w:p w14:paraId="59EACB50" w14:textId="68B64870" w:rsidR="00D81394" w:rsidRDefault="00820BCA" w:rsidP="00820BCA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Check from Auctions International received in the amount of $10,585 for sale of Equipment approved at July Board meeting.</w:t>
      </w:r>
    </w:p>
    <w:p w14:paraId="11028456" w14:textId="6C3D88EA" w:rsidR="00785900" w:rsidRPr="009340AB" w:rsidRDefault="004561B5" w:rsidP="009B448B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Town Justice</w:t>
      </w:r>
      <w:r w:rsidR="00B05C85">
        <w:rPr>
          <w:rFonts w:asciiTheme="majorHAnsi" w:hAnsiTheme="majorHAnsi"/>
          <w:sz w:val="24"/>
          <w:szCs w:val="24"/>
        </w:rPr>
        <w:t xml:space="preserve"> </w:t>
      </w:r>
      <w:r w:rsidR="007B4AF7">
        <w:rPr>
          <w:rFonts w:asciiTheme="majorHAnsi" w:hAnsiTheme="majorHAnsi"/>
          <w:sz w:val="24"/>
          <w:szCs w:val="24"/>
        </w:rPr>
        <w:t>August</w:t>
      </w:r>
      <w:r w:rsidR="00B05C85">
        <w:rPr>
          <w:rFonts w:asciiTheme="majorHAnsi" w:hAnsiTheme="majorHAnsi"/>
          <w:sz w:val="24"/>
          <w:szCs w:val="24"/>
        </w:rPr>
        <w:t xml:space="preserve"> </w:t>
      </w:r>
      <w:r w:rsidR="00A10388">
        <w:rPr>
          <w:rFonts w:asciiTheme="majorHAnsi" w:hAnsiTheme="majorHAnsi"/>
          <w:sz w:val="24"/>
          <w:szCs w:val="24"/>
        </w:rPr>
        <w:t xml:space="preserve">2026 </w:t>
      </w:r>
      <w:r w:rsidR="00126854" w:rsidRPr="009340AB">
        <w:rPr>
          <w:rFonts w:asciiTheme="majorHAnsi" w:hAnsiTheme="majorHAnsi"/>
          <w:sz w:val="24"/>
          <w:szCs w:val="24"/>
        </w:rPr>
        <w:t xml:space="preserve">Monthly </w:t>
      </w:r>
      <w:r w:rsidRPr="009340AB">
        <w:rPr>
          <w:rFonts w:asciiTheme="majorHAnsi" w:hAnsiTheme="majorHAnsi"/>
          <w:sz w:val="24"/>
          <w:szCs w:val="24"/>
        </w:rPr>
        <w:t>Report.</w:t>
      </w:r>
      <w:r w:rsidR="00126854" w:rsidRPr="009340AB">
        <w:rPr>
          <w:rFonts w:asciiTheme="majorHAnsi" w:hAnsiTheme="majorHAnsi"/>
          <w:sz w:val="24"/>
          <w:szCs w:val="24"/>
        </w:rPr>
        <w:t xml:space="preserve"> Received &amp; in packets. $</w:t>
      </w:r>
      <w:r w:rsidR="00604808">
        <w:rPr>
          <w:rFonts w:asciiTheme="majorHAnsi" w:hAnsiTheme="majorHAnsi"/>
          <w:sz w:val="24"/>
          <w:szCs w:val="24"/>
        </w:rPr>
        <w:t>12,884</w:t>
      </w:r>
      <w:r w:rsidR="00BB71E1" w:rsidRPr="009340AB">
        <w:rPr>
          <w:rFonts w:asciiTheme="majorHAnsi" w:hAnsiTheme="majorHAnsi"/>
          <w:sz w:val="24"/>
          <w:szCs w:val="24"/>
        </w:rPr>
        <w:t xml:space="preserve"> </w:t>
      </w:r>
      <w:r w:rsidR="00126854" w:rsidRPr="009340AB">
        <w:rPr>
          <w:rFonts w:asciiTheme="majorHAnsi" w:hAnsiTheme="majorHAnsi"/>
          <w:sz w:val="24"/>
          <w:szCs w:val="24"/>
        </w:rPr>
        <w:t>received</w:t>
      </w:r>
      <w:r w:rsidR="00BA1E7E" w:rsidRPr="009340AB">
        <w:rPr>
          <w:rFonts w:asciiTheme="majorHAnsi" w:hAnsiTheme="majorHAnsi"/>
          <w:sz w:val="24"/>
          <w:szCs w:val="24"/>
        </w:rPr>
        <w:t>. Motion to approve.</w:t>
      </w:r>
      <w:r w:rsidR="00D910DE">
        <w:rPr>
          <w:rFonts w:asciiTheme="majorHAnsi" w:hAnsiTheme="majorHAnsi"/>
          <w:sz w:val="24"/>
          <w:szCs w:val="24"/>
        </w:rPr>
        <w:t xml:space="preserve"> </w:t>
      </w:r>
    </w:p>
    <w:p w14:paraId="19B75907" w14:textId="242B4864" w:rsidR="004561B5" w:rsidRDefault="004561B5" w:rsidP="00A0403C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Dog Control Report</w:t>
      </w:r>
      <w:r w:rsidR="00A77D6D" w:rsidRPr="009340AB">
        <w:rPr>
          <w:rFonts w:asciiTheme="majorHAnsi" w:hAnsiTheme="majorHAnsi"/>
          <w:sz w:val="24"/>
          <w:szCs w:val="24"/>
        </w:rPr>
        <w:t xml:space="preserve"> (Rick Abbott)</w:t>
      </w:r>
    </w:p>
    <w:p w14:paraId="29DF0EF4" w14:textId="28873032" w:rsidR="004561B5" w:rsidRPr="009340AB" w:rsidRDefault="004561B5" w:rsidP="00A0403C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Assessor / Real Property.</w:t>
      </w:r>
      <w:r w:rsidR="00126854" w:rsidRPr="009340AB">
        <w:rPr>
          <w:rFonts w:asciiTheme="majorHAnsi" w:hAnsiTheme="majorHAnsi"/>
          <w:sz w:val="24"/>
          <w:szCs w:val="24"/>
        </w:rPr>
        <w:t xml:space="preserve"> –</w:t>
      </w:r>
      <w:r w:rsidR="00763FB3">
        <w:rPr>
          <w:rFonts w:asciiTheme="majorHAnsi" w:hAnsiTheme="majorHAnsi"/>
          <w:sz w:val="24"/>
          <w:szCs w:val="24"/>
        </w:rPr>
        <w:t xml:space="preserve"> no report received.</w:t>
      </w:r>
    </w:p>
    <w:p w14:paraId="675C9869" w14:textId="7746D9B5" w:rsidR="00375610" w:rsidRDefault="00126854" w:rsidP="00BA3284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 xml:space="preserve">M.A.C.E. </w:t>
      </w:r>
      <w:r w:rsidR="001062AB" w:rsidRPr="009340AB">
        <w:rPr>
          <w:rFonts w:asciiTheme="majorHAnsi" w:hAnsiTheme="majorHAnsi"/>
          <w:sz w:val="24"/>
          <w:szCs w:val="24"/>
        </w:rPr>
        <w:tab/>
      </w:r>
      <w:r w:rsidR="00857574">
        <w:rPr>
          <w:rFonts w:asciiTheme="majorHAnsi" w:hAnsiTheme="majorHAnsi"/>
          <w:sz w:val="24"/>
          <w:szCs w:val="24"/>
        </w:rPr>
        <w:t xml:space="preserve">-   </w:t>
      </w:r>
      <w:r w:rsidR="00604808">
        <w:rPr>
          <w:rFonts w:asciiTheme="majorHAnsi" w:hAnsiTheme="majorHAnsi"/>
          <w:sz w:val="24"/>
          <w:szCs w:val="24"/>
        </w:rPr>
        <w:t>August</w:t>
      </w:r>
      <w:r w:rsidR="00F714FA" w:rsidRPr="00857574">
        <w:rPr>
          <w:rFonts w:asciiTheme="majorHAnsi" w:hAnsiTheme="majorHAnsi"/>
          <w:sz w:val="24"/>
          <w:szCs w:val="24"/>
        </w:rPr>
        <w:t xml:space="preserve"> </w:t>
      </w:r>
      <w:r w:rsidR="00031631" w:rsidRPr="00857574">
        <w:rPr>
          <w:rFonts w:asciiTheme="majorHAnsi" w:hAnsiTheme="majorHAnsi"/>
          <w:sz w:val="24"/>
          <w:szCs w:val="24"/>
        </w:rPr>
        <w:t>20</w:t>
      </w:r>
      <w:r w:rsidR="00B73ABD" w:rsidRPr="00857574">
        <w:rPr>
          <w:rFonts w:asciiTheme="majorHAnsi" w:hAnsiTheme="majorHAnsi"/>
          <w:sz w:val="24"/>
          <w:szCs w:val="24"/>
        </w:rPr>
        <w:t>2</w:t>
      </w:r>
      <w:r w:rsidR="00327C78" w:rsidRPr="00857574">
        <w:rPr>
          <w:rFonts w:asciiTheme="majorHAnsi" w:hAnsiTheme="majorHAnsi"/>
          <w:sz w:val="24"/>
          <w:szCs w:val="24"/>
        </w:rPr>
        <w:t>6 report in</w:t>
      </w:r>
      <w:r w:rsidR="001062AB" w:rsidRPr="00857574">
        <w:rPr>
          <w:rFonts w:asciiTheme="majorHAnsi" w:hAnsiTheme="majorHAnsi"/>
          <w:sz w:val="24"/>
          <w:szCs w:val="24"/>
        </w:rPr>
        <w:t xml:space="preserve"> packets</w:t>
      </w:r>
      <w:r w:rsidR="002317EE" w:rsidRPr="00857574">
        <w:rPr>
          <w:rFonts w:asciiTheme="majorHAnsi" w:hAnsiTheme="majorHAnsi"/>
          <w:sz w:val="24"/>
          <w:szCs w:val="24"/>
        </w:rPr>
        <w:t>. Motion to Approve</w:t>
      </w:r>
    </w:p>
    <w:p w14:paraId="073FADB7" w14:textId="3C58DF42" w:rsidR="0009593F" w:rsidRDefault="00F62349" w:rsidP="00141D79">
      <w:pPr>
        <w:pStyle w:val="ListNumber"/>
      </w:pPr>
      <w:r>
        <w:t xml:space="preserve">Contract Renewal with BBS Accounting for the period 1/1/2027 – 12/31/2027 at an annual cost of $12,800 for accounting services and $2,500 for payroll services. Total Cost: </w:t>
      </w:r>
      <w:r w:rsidR="00141D79">
        <w:t>$15,300</w:t>
      </w:r>
    </w:p>
    <w:p w14:paraId="28D3F940" w14:textId="3A3AEFE5" w:rsidR="00254B76" w:rsidRDefault="00254B76" w:rsidP="00141D79">
      <w:pPr>
        <w:pStyle w:val="ListNumber"/>
      </w:pPr>
      <w:r>
        <w:t xml:space="preserve">Tax Collector: </w:t>
      </w:r>
      <w:r w:rsidRPr="00C21451">
        <w:rPr>
          <w:b/>
          <w:bCs/>
        </w:rPr>
        <w:t>Resolution</w:t>
      </w:r>
      <w:r w:rsidR="007E0E2B" w:rsidRPr="00C21451">
        <w:rPr>
          <w:b/>
          <w:bCs/>
        </w:rPr>
        <w:t xml:space="preserve"> 12-2026</w:t>
      </w:r>
      <w:r w:rsidR="00C21451">
        <w:rPr>
          <w:b/>
          <w:bCs/>
        </w:rPr>
        <w:t xml:space="preserve"> </w:t>
      </w:r>
      <w:r w:rsidR="008313A7">
        <w:t xml:space="preserve">be it resolved that any person paying real property taxes in cash to the Angelica Town Clerk/Tax Collector </w:t>
      </w:r>
      <w:r w:rsidR="0022084F">
        <w:t xml:space="preserve">shall pay the </w:t>
      </w:r>
      <w:r w:rsidR="0022084F" w:rsidRPr="00A85DFB">
        <w:rPr>
          <w:u w:val="single"/>
        </w:rPr>
        <w:t>exact amount</w:t>
      </w:r>
      <w:r w:rsidR="0022084F">
        <w:t xml:space="preserve"> of the tax bill and the Tax Collector shall not be required to accept</w:t>
      </w:r>
      <w:r w:rsidR="00413248">
        <w:t xml:space="preserve"> a different cash amount or provide change.</w:t>
      </w:r>
    </w:p>
    <w:p w14:paraId="31F26315" w14:textId="7B3B271D" w:rsidR="00141D79" w:rsidRPr="00BA3284" w:rsidRDefault="004B789C" w:rsidP="00141D79">
      <w:pPr>
        <w:pStyle w:val="ListNumber"/>
      </w:pPr>
      <w:r>
        <w:t xml:space="preserve">Request Approval to Rent Grange on 10/3/2026 for a </w:t>
      </w:r>
      <w:r w:rsidR="00557200">
        <w:t>shower</w:t>
      </w:r>
      <w:r>
        <w:t xml:space="preserve"> from </w:t>
      </w:r>
      <w:proofErr w:type="spellStart"/>
      <w:r>
        <w:t>Cherl</w:t>
      </w:r>
      <w:proofErr w:type="spellEnd"/>
      <w:r>
        <w:t xml:space="preserve"> Prentice</w:t>
      </w:r>
      <w:r w:rsidR="00DD6F49">
        <w:t xml:space="preserve">. Application included in packet for review. Motion to approve. $200 </w:t>
      </w:r>
      <w:r w:rsidR="00557200">
        <w:t xml:space="preserve">rental fee </w:t>
      </w:r>
      <w:r w:rsidR="00DD6F49">
        <w:t>paid.</w:t>
      </w:r>
    </w:p>
    <w:p w14:paraId="5C60A5AE" w14:textId="08523907" w:rsidR="00224C0D" w:rsidRDefault="004561B5" w:rsidP="00224C0D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Highway Department Report</w:t>
      </w:r>
      <w:r w:rsidR="00AA1128">
        <w:rPr>
          <w:rFonts w:asciiTheme="majorHAnsi" w:hAnsiTheme="majorHAnsi"/>
          <w:sz w:val="24"/>
          <w:szCs w:val="24"/>
        </w:rPr>
        <w:t xml:space="preserve">. </w:t>
      </w:r>
      <w:r w:rsidR="00FE4DB0" w:rsidRPr="009340AB">
        <w:rPr>
          <w:rFonts w:asciiTheme="majorHAnsi" w:hAnsiTheme="majorHAnsi"/>
          <w:sz w:val="24"/>
          <w:szCs w:val="24"/>
        </w:rPr>
        <w:t xml:space="preserve"> Included in Packets</w:t>
      </w:r>
      <w:r w:rsidR="00090865">
        <w:rPr>
          <w:rFonts w:asciiTheme="majorHAnsi" w:hAnsiTheme="majorHAnsi"/>
          <w:sz w:val="24"/>
          <w:szCs w:val="24"/>
        </w:rPr>
        <w:t>.</w:t>
      </w:r>
    </w:p>
    <w:p w14:paraId="5C505AD5" w14:textId="77777777" w:rsidR="00590383" w:rsidRPr="00590383" w:rsidRDefault="00590383" w:rsidP="00DE396A">
      <w:pPr>
        <w:pStyle w:val="ListNumber"/>
      </w:pPr>
      <w:r>
        <w:rPr>
          <w:sz w:val="24"/>
          <w:szCs w:val="24"/>
        </w:rPr>
        <w:t>Parks &amp; Cemetery:</w:t>
      </w:r>
    </w:p>
    <w:p w14:paraId="380AFC45" w14:textId="0F91D812" w:rsidR="00500212" w:rsidRPr="000D0D2B" w:rsidRDefault="004E3F9B" w:rsidP="00447063">
      <w:pPr>
        <w:pStyle w:val="ListNumber"/>
        <w:numPr>
          <w:ilvl w:val="1"/>
          <w:numId w:val="5"/>
        </w:numPr>
      </w:pPr>
      <w:r>
        <w:rPr>
          <w:sz w:val="24"/>
          <w:szCs w:val="24"/>
        </w:rPr>
        <w:t xml:space="preserve">Request to </w:t>
      </w:r>
      <w:r w:rsidR="001E6F67">
        <w:rPr>
          <w:sz w:val="24"/>
          <w:szCs w:val="24"/>
        </w:rPr>
        <w:t xml:space="preserve">accept </w:t>
      </w:r>
      <w:r w:rsidR="0075386E">
        <w:rPr>
          <w:sz w:val="24"/>
          <w:szCs w:val="24"/>
        </w:rPr>
        <w:t xml:space="preserve">low </w:t>
      </w:r>
      <w:r w:rsidR="001E6F67">
        <w:rPr>
          <w:sz w:val="24"/>
          <w:szCs w:val="24"/>
        </w:rPr>
        <w:t>bid of $7,150 from Charles Oliver &amp; Son, LLC for a Ferris IS600Z Zero Turn Mower, 48” deck</w:t>
      </w:r>
      <w:r w:rsidR="0075386E">
        <w:rPr>
          <w:sz w:val="24"/>
          <w:szCs w:val="24"/>
        </w:rPr>
        <w:t>.  Bid sheets included in packets. Bids received from Olivers and Bobcat of Olean.</w:t>
      </w:r>
      <w:r w:rsidR="006D7238">
        <w:rPr>
          <w:sz w:val="24"/>
          <w:szCs w:val="24"/>
        </w:rPr>
        <w:t xml:space="preserve"> Money is included in the 2026 Budget.</w:t>
      </w:r>
      <w:r w:rsidR="003272AC">
        <w:rPr>
          <w:sz w:val="24"/>
          <w:szCs w:val="24"/>
        </w:rPr>
        <w:t xml:space="preserve">  Motion to approve.</w:t>
      </w:r>
      <w:r w:rsidR="00E75C21" w:rsidRPr="000D0D2B">
        <w:rPr>
          <w:rFonts w:asciiTheme="majorHAnsi" w:hAnsiTheme="majorHAnsi"/>
          <w:sz w:val="24"/>
          <w:szCs w:val="24"/>
        </w:rPr>
        <w:t xml:space="preserve"> </w:t>
      </w:r>
    </w:p>
    <w:p w14:paraId="74648AFC" w14:textId="0AF94460" w:rsidR="00EB0E0F" w:rsidRDefault="005932BC" w:rsidP="005E23FA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Salt Storage Shed</w:t>
      </w:r>
      <w:r w:rsidR="003061BF">
        <w:rPr>
          <w:rFonts w:asciiTheme="majorHAnsi" w:hAnsiTheme="majorHAnsi"/>
          <w:sz w:val="24"/>
          <w:szCs w:val="24"/>
        </w:rPr>
        <w:t xml:space="preserve"> Update</w:t>
      </w:r>
      <w:r w:rsidR="002D4B0D" w:rsidRPr="009340AB">
        <w:rPr>
          <w:rFonts w:asciiTheme="majorHAnsi" w:hAnsiTheme="majorHAnsi"/>
          <w:sz w:val="24"/>
          <w:szCs w:val="24"/>
        </w:rPr>
        <w:t xml:space="preserve">: </w:t>
      </w:r>
      <w:r w:rsidR="0058380A" w:rsidRPr="009340AB">
        <w:rPr>
          <w:rFonts w:asciiTheme="majorHAnsi" w:hAnsiTheme="majorHAnsi"/>
          <w:sz w:val="24"/>
          <w:szCs w:val="24"/>
        </w:rPr>
        <w:t>(</w:t>
      </w:r>
      <w:r w:rsidR="000D0D2B">
        <w:rPr>
          <w:rFonts w:asciiTheme="majorHAnsi" w:hAnsiTheme="majorHAnsi"/>
          <w:sz w:val="24"/>
          <w:szCs w:val="24"/>
        </w:rPr>
        <w:t xml:space="preserve">G. Kelly &amp; </w:t>
      </w:r>
      <w:r w:rsidR="0058380A" w:rsidRPr="009340AB">
        <w:rPr>
          <w:rFonts w:asciiTheme="majorHAnsi" w:hAnsiTheme="majorHAnsi"/>
          <w:sz w:val="24"/>
          <w:szCs w:val="24"/>
        </w:rPr>
        <w:t>W. Weaver)</w:t>
      </w:r>
      <w:r w:rsidR="000D0D2B">
        <w:rPr>
          <w:rFonts w:asciiTheme="majorHAnsi" w:hAnsiTheme="majorHAnsi"/>
          <w:sz w:val="24"/>
          <w:szCs w:val="24"/>
        </w:rPr>
        <w:t xml:space="preserve"> Engineering plans finally received.</w:t>
      </w:r>
    </w:p>
    <w:p w14:paraId="4B5522A1" w14:textId="30380438" w:rsidR="00654302" w:rsidRPr="00FD2CEB" w:rsidRDefault="00654302" w:rsidP="00FD2CEB">
      <w:pPr>
        <w:pStyle w:val="ListNumber"/>
        <w:numPr>
          <w:ilvl w:val="0"/>
          <w:numId w:val="45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SEQR</w:t>
      </w:r>
    </w:p>
    <w:p w14:paraId="592CD126" w14:textId="778BDD95" w:rsidR="001705EE" w:rsidRDefault="002E2E88" w:rsidP="001705EE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Sewage Treatment Plant Update (B. Jones</w:t>
      </w:r>
      <w:r w:rsidR="001705EE">
        <w:rPr>
          <w:rFonts w:asciiTheme="majorHAnsi" w:hAnsiTheme="majorHAnsi"/>
          <w:sz w:val="24"/>
          <w:szCs w:val="24"/>
        </w:rPr>
        <w:t>)</w:t>
      </w:r>
      <w:r w:rsidR="0041433D">
        <w:rPr>
          <w:rFonts w:asciiTheme="majorHAnsi" w:hAnsiTheme="majorHAnsi"/>
          <w:sz w:val="24"/>
          <w:szCs w:val="24"/>
        </w:rPr>
        <w:t xml:space="preserve"> </w:t>
      </w:r>
      <w:r w:rsidR="00426B0B">
        <w:rPr>
          <w:rFonts w:asciiTheme="majorHAnsi" w:hAnsiTheme="majorHAnsi"/>
          <w:sz w:val="24"/>
          <w:szCs w:val="24"/>
        </w:rPr>
        <w:t>waiting on County</w:t>
      </w:r>
    </w:p>
    <w:p w14:paraId="19F851BC" w14:textId="6A8CDA66" w:rsidR="00D87884" w:rsidRPr="009340AB" w:rsidRDefault="00D87884" w:rsidP="005932BC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 xml:space="preserve">Catherine </w:t>
      </w:r>
      <w:r w:rsidR="00B820B0" w:rsidRPr="009340AB">
        <w:rPr>
          <w:rFonts w:asciiTheme="majorHAnsi" w:hAnsiTheme="majorHAnsi"/>
          <w:sz w:val="24"/>
          <w:szCs w:val="24"/>
        </w:rPr>
        <w:t>Schuyler</w:t>
      </w:r>
      <w:r w:rsidRPr="009340AB">
        <w:rPr>
          <w:rFonts w:asciiTheme="majorHAnsi" w:hAnsiTheme="majorHAnsi"/>
          <w:sz w:val="24"/>
          <w:szCs w:val="24"/>
        </w:rPr>
        <w:t xml:space="preserve"> </w:t>
      </w:r>
      <w:r w:rsidR="00B820B0" w:rsidRPr="009340AB">
        <w:rPr>
          <w:rFonts w:asciiTheme="majorHAnsi" w:hAnsiTheme="majorHAnsi"/>
          <w:sz w:val="24"/>
          <w:szCs w:val="24"/>
        </w:rPr>
        <w:t>Chapter</w:t>
      </w:r>
      <w:r w:rsidRPr="009340AB">
        <w:rPr>
          <w:rFonts w:asciiTheme="majorHAnsi" w:hAnsiTheme="majorHAnsi"/>
          <w:sz w:val="24"/>
          <w:szCs w:val="24"/>
        </w:rPr>
        <w:t xml:space="preserve"> D.A.R. Monument: </w:t>
      </w:r>
      <w:r w:rsidR="00EB51A5">
        <w:rPr>
          <w:rFonts w:asciiTheme="majorHAnsi" w:hAnsiTheme="majorHAnsi"/>
          <w:sz w:val="24"/>
          <w:szCs w:val="24"/>
        </w:rPr>
        <w:t>(G. Kelly)</w:t>
      </w:r>
      <w:r w:rsidR="00A16A70">
        <w:rPr>
          <w:rFonts w:asciiTheme="majorHAnsi" w:hAnsiTheme="majorHAnsi"/>
          <w:sz w:val="24"/>
          <w:szCs w:val="24"/>
        </w:rPr>
        <w:t xml:space="preserve"> Flag</w:t>
      </w:r>
      <w:r w:rsidR="00930353">
        <w:rPr>
          <w:rFonts w:asciiTheme="majorHAnsi" w:hAnsiTheme="majorHAnsi"/>
          <w:sz w:val="24"/>
          <w:szCs w:val="24"/>
        </w:rPr>
        <w:t xml:space="preserve"> and time capsule install</w:t>
      </w:r>
    </w:p>
    <w:p w14:paraId="303BF8DC" w14:textId="00701DEB" w:rsidR="00C45369" w:rsidRDefault="0088755A" w:rsidP="00EB51A5">
      <w:pPr>
        <w:pStyle w:val="ListNumb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Pickleball/Town Courts Update (G. Kelly)</w:t>
      </w:r>
    </w:p>
    <w:p w14:paraId="2004DD38" w14:textId="200D6AAA" w:rsidR="00EB51A5" w:rsidRDefault="004F2E2B" w:rsidP="00EB51A5">
      <w:pPr>
        <w:pStyle w:val="ListNumb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Croquet Court Cover</w:t>
      </w:r>
      <w:r w:rsidR="007E6035">
        <w:rPr>
          <w:rFonts w:asciiTheme="majorHAnsi" w:hAnsiTheme="majorHAnsi"/>
          <w:sz w:val="24"/>
          <w:szCs w:val="24"/>
        </w:rPr>
        <w:t>/Roof (W. Weaver/B. Jones)</w:t>
      </w:r>
    </w:p>
    <w:p w14:paraId="0F9EBF24" w14:textId="5C2D61D1" w:rsidR="0088755A" w:rsidRPr="00DE396A" w:rsidRDefault="00AF2BF8" w:rsidP="00DE396A">
      <w:pPr>
        <w:pStyle w:val="ListNumb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83 </w:t>
      </w:r>
      <w:r w:rsidR="00EB1B51">
        <w:rPr>
          <w:rFonts w:asciiTheme="majorHAnsi" w:hAnsiTheme="majorHAnsi"/>
          <w:sz w:val="24"/>
          <w:szCs w:val="24"/>
        </w:rPr>
        <w:t>Center Street Property</w:t>
      </w:r>
      <w:r>
        <w:rPr>
          <w:rFonts w:asciiTheme="majorHAnsi" w:hAnsiTheme="majorHAnsi"/>
          <w:sz w:val="24"/>
          <w:szCs w:val="24"/>
        </w:rPr>
        <w:t xml:space="preserve"> (G. Kelly)</w:t>
      </w:r>
    </w:p>
    <w:p w14:paraId="4235D4B7" w14:textId="77777777" w:rsidR="000D661D" w:rsidRDefault="00454FA9" w:rsidP="000D661D">
      <w:pPr>
        <w:pStyle w:val="ListNumber"/>
      </w:pPr>
      <w:r w:rsidRPr="009340AB">
        <w:t>Audience</w:t>
      </w:r>
      <w:r w:rsidR="003C67A9">
        <w:t xml:space="preserve">.  </w:t>
      </w:r>
      <w:r w:rsidR="00FD2CEB">
        <w:t>(limited to 3 minutes each, time may not be yielded to another attendee)</w:t>
      </w:r>
    </w:p>
    <w:p w14:paraId="16D65336" w14:textId="18D180A6" w:rsidR="00637687" w:rsidRPr="000D661D" w:rsidRDefault="00340254" w:rsidP="00637687">
      <w:pPr>
        <w:pStyle w:val="ListNumber"/>
      </w:pPr>
      <w:r w:rsidRPr="000D661D">
        <w:rPr>
          <w:rFonts w:asciiTheme="majorHAnsi" w:hAnsiTheme="majorHAnsi"/>
          <w:sz w:val="24"/>
          <w:szCs w:val="24"/>
        </w:rPr>
        <w:t>Meeting adjourned.</w:t>
      </w:r>
      <w:r w:rsidR="00930353" w:rsidRPr="000D661D">
        <w:rPr>
          <w:rFonts w:asciiTheme="majorHAnsi" w:hAnsiTheme="majorHAnsi"/>
          <w:sz w:val="24"/>
          <w:szCs w:val="24"/>
        </w:rPr>
        <w:t xml:space="preserve"> </w:t>
      </w:r>
    </w:p>
    <w:p w14:paraId="7A843FD8" w14:textId="110DB990" w:rsidR="00340254" w:rsidRDefault="00254B76" w:rsidP="006735B0">
      <w:pPr>
        <w:pStyle w:val="ListNumber"/>
        <w:numPr>
          <w:ilvl w:val="0"/>
          <w:numId w:val="46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2027 Budget Workshop, </w:t>
      </w:r>
      <w:r w:rsidRPr="00254B76">
        <w:rPr>
          <w:rFonts w:asciiTheme="majorHAnsi" w:hAnsiTheme="majorHAnsi"/>
          <w:b/>
          <w:bCs/>
          <w:sz w:val="24"/>
          <w:szCs w:val="24"/>
        </w:rPr>
        <w:t>T</w:t>
      </w:r>
      <w:r w:rsidR="00350C08">
        <w:rPr>
          <w:rFonts w:asciiTheme="majorHAnsi" w:hAnsiTheme="majorHAnsi"/>
          <w:b/>
          <w:bCs/>
          <w:sz w:val="24"/>
          <w:szCs w:val="24"/>
        </w:rPr>
        <w:t>uesday</w:t>
      </w:r>
      <w:r w:rsidRPr="00254B76">
        <w:rPr>
          <w:rFonts w:asciiTheme="majorHAnsi" w:hAnsiTheme="majorHAnsi"/>
          <w:b/>
          <w:bCs/>
          <w:sz w:val="24"/>
          <w:szCs w:val="24"/>
        </w:rPr>
        <w:t xml:space="preserve">, September </w:t>
      </w:r>
      <w:r w:rsidR="00350C08">
        <w:rPr>
          <w:rFonts w:asciiTheme="majorHAnsi" w:hAnsiTheme="majorHAnsi"/>
          <w:b/>
          <w:bCs/>
          <w:sz w:val="24"/>
          <w:szCs w:val="24"/>
        </w:rPr>
        <w:t>22</w:t>
      </w:r>
      <w:r w:rsidRPr="00254B76">
        <w:rPr>
          <w:rFonts w:asciiTheme="majorHAnsi" w:hAnsiTheme="majorHAnsi"/>
          <w:b/>
          <w:bCs/>
          <w:sz w:val="24"/>
          <w:szCs w:val="24"/>
        </w:rPr>
        <w:t>, 2026</w:t>
      </w:r>
      <w:r>
        <w:rPr>
          <w:rFonts w:asciiTheme="majorHAnsi" w:hAnsiTheme="majorHAnsi"/>
          <w:sz w:val="24"/>
          <w:szCs w:val="24"/>
        </w:rPr>
        <w:t xml:space="preserve"> at 6 P.M.</w:t>
      </w:r>
    </w:p>
    <w:p w14:paraId="16ADEAE5" w14:textId="65C3C41A" w:rsidR="00971E27" w:rsidRPr="009340AB" w:rsidRDefault="00971E27" w:rsidP="006735B0">
      <w:pPr>
        <w:pStyle w:val="ListNumber"/>
        <w:numPr>
          <w:ilvl w:val="0"/>
          <w:numId w:val="46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Public Hearing:  </w:t>
      </w:r>
      <w:r w:rsidR="00762DF0" w:rsidRPr="00762DF0">
        <w:rPr>
          <w:rFonts w:asciiTheme="majorHAnsi" w:hAnsiTheme="majorHAnsi"/>
          <w:b/>
          <w:bCs/>
          <w:sz w:val="24"/>
          <w:szCs w:val="24"/>
        </w:rPr>
        <w:t xml:space="preserve">Monday, </w:t>
      </w:r>
      <w:r w:rsidRPr="00987E95">
        <w:rPr>
          <w:rFonts w:asciiTheme="majorHAnsi" w:hAnsiTheme="majorHAnsi"/>
          <w:b/>
          <w:bCs/>
          <w:sz w:val="24"/>
          <w:szCs w:val="24"/>
        </w:rPr>
        <w:t>October 12 @ 6:15</w:t>
      </w:r>
      <w:r>
        <w:rPr>
          <w:rFonts w:asciiTheme="majorHAnsi" w:hAnsiTheme="majorHAnsi"/>
          <w:sz w:val="24"/>
          <w:szCs w:val="24"/>
        </w:rPr>
        <w:t xml:space="preserve"> on 2027 Tenta</w:t>
      </w:r>
      <w:r w:rsidR="00987E95">
        <w:rPr>
          <w:rFonts w:asciiTheme="majorHAnsi" w:hAnsiTheme="majorHAnsi"/>
          <w:sz w:val="24"/>
          <w:szCs w:val="24"/>
        </w:rPr>
        <w:t>tive Budget</w:t>
      </w:r>
    </w:p>
    <w:p w14:paraId="7012B034" w14:textId="70FA767E" w:rsidR="00A200B2" w:rsidRDefault="00340254" w:rsidP="0042316F">
      <w:pPr>
        <w:pStyle w:val="ListNumber"/>
        <w:numPr>
          <w:ilvl w:val="0"/>
          <w:numId w:val="18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 xml:space="preserve">Next Regularly Scheduled meeting will be held on </w:t>
      </w:r>
      <w:r w:rsidRPr="000A4160">
        <w:rPr>
          <w:rFonts w:asciiTheme="majorHAnsi" w:hAnsiTheme="majorHAnsi"/>
          <w:b/>
          <w:bCs/>
          <w:sz w:val="24"/>
          <w:szCs w:val="24"/>
          <w:u w:val="single"/>
        </w:rPr>
        <w:t xml:space="preserve">Monday, </w:t>
      </w:r>
      <w:r w:rsidR="0092317B">
        <w:rPr>
          <w:rFonts w:asciiTheme="majorHAnsi" w:hAnsiTheme="majorHAnsi"/>
          <w:b/>
          <w:bCs/>
          <w:sz w:val="24"/>
          <w:szCs w:val="24"/>
          <w:u w:val="single"/>
        </w:rPr>
        <w:t xml:space="preserve">October </w:t>
      </w:r>
      <w:r w:rsidR="0042316F">
        <w:rPr>
          <w:rFonts w:asciiTheme="majorHAnsi" w:hAnsiTheme="majorHAnsi"/>
          <w:b/>
          <w:bCs/>
          <w:sz w:val="24"/>
          <w:szCs w:val="24"/>
          <w:u w:val="single"/>
        </w:rPr>
        <w:t>12</w:t>
      </w:r>
      <w:r w:rsidR="007F7E7A" w:rsidRPr="000A4160">
        <w:rPr>
          <w:rFonts w:asciiTheme="majorHAnsi" w:hAnsiTheme="majorHAnsi"/>
          <w:b/>
          <w:bCs/>
          <w:sz w:val="24"/>
          <w:szCs w:val="24"/>
          <w:u w:val="single"/>
        </w:rPr>
        <w:t>, 2026</w:t>
      </w:r>
      <w:r w:rsidR="007F7E7A" w:rsidRPr="009340AB">
        <w:rPr>
          <w:rFonts w:asciiTheme="majorHAnsi" w:hAnsiTheme="majorHAnsi"/>
          <w:sz w:val="24"/>
          <w:szCs w:val="24"/>
        </w:rPr>
        <w:t xml:space="preserve"> </w:t>
      </w:r>
      <w:r w:rsidRPr="009340AB">
        <w:rPr>
          <w:rFonts w:asciiTheme="majorHAnsi" w:hAnsiTheme="majorHAnsi"/>
          <w:sz w:val="24"/>
          <w:szCs w:val="24"/>
        </w:rPr>
        <w:t>at 7 P.M.</w:t>
      </w:r>
    </w:p>
    <w:p w14:paraId="59CC21BD" w14:textId="77777777" w:rsidR="0042316F" w:rsidRDefault="0042316F" w:rsidP="0042316F">
      <w:pPr>
        <w:pStyle w:val="ListNumber"/>
        <w:numPr>
          <w:ilvl w:val="0"/>
          <w:numId w:val="0"/>
        </w:numPr>
        <w:rPr>
          <w:rFonts w:asciiTheme="majorHAnsi" w:hAnsiTheme="majorHAnsi"/>
          <w:sz w:val="24"/>
          <w:szCs w:val="24"/>
        </w:rPr>
      </w:pPr>
    </w:p>
    <w:p w14:paraId="6FBDF099" w14:textId="0650843C" w:rsidR="00DD135E" w:rsidRPr="009340AB" w:rsidRDefault="00DD135E" w:rsidP="00A200B2">
      <w:pPr>
        <w:pStyle w:val="ListNumber"/>
        <w:numPr>
          <w:ilvl w:val="0"/>
          <w:numId w:val="0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PLC</w:t>
      </w:r>
      <w:r w:rsidR="00A200B2" w:rsidRPr="009340AB">
        <w:rPr>
          <w:rFonts w:asciiTheme="majorHAnsi" w:hAnsiTheme="majorHAnsi"/>
          <w:sz w:val="24"/>
          <w:szCs w:val="24"/>
        </w:rPr>
        <w:t xml:space="preserve"> </w:t>
      </w:r>
      <w:r w:rsidR="0042316F">
        <w:rPr>
          <w:rFonts w:asciiTheme="majorHAnsi" w:hAnsiTheme="majorHAnsi"/>
          <w:sz w:val="24"/>
          <w:szCs w:val="24"/>
        </w:rPr>
        <w:t>9</w:t>
      </w:r>
      <w:r w:rsidR="0054078F">
        <w:rPr>
          <w:rFonts w:asciiTheme="majorHAnsi" w:hAnsiTheme="majorHAnsi"/>
          <w:sz w:val="24"/>
          <w:szCs w:val="24"/>
        </w:rPr>
        <w:t>/</w:t>
      </w:r>
      <w:r w:rsidR="00762DF0">
        <w:rPr>
          <w:rFonts w:asciiTheme="majorHAnsi" w:hAnsiTheme="majorHAnsi"/>
          <w:sz w:val="24"/>
          <w:szCs w:val="24"/>
        </w:rPr>
        <w:t>10</w:t>
      </w:r>
      <w:r w:rsidR="0054078F">
        <w:rPr>
          <w:rFonts w:asciiTheme="majorHAnsi" w:hAnsiTheme="majorHAnsi"/>
          <w:sz w:val="24"/>
          <w:szCs w:val="24"/>
        </w:rPr>
        <w:t>/2026</w:t>
      </w:r>
    </w:p>
    <w:sectPr w:rsidR="00DD135E" w:rsidRPr="009340AB" w:rsidSect="00DD3E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573EC" w14:textId="77777777" w:rsidR="001C2D56" w:rsidRDefault="001C2D56" w:rsidP="00100D3E">
      <w:pPr>
        <w:spacing w:after="0" w:line="240" w:lineRule="auto"/>
      </w:pPr>
      <w:r>
        <w:separator/>
      </w:r>
    </w:p>
  </w:endnote>
  <w:endnote w:type="continuationSeparator" w:id="0">
    <w:p w14:paraId="1FFE30B9" w14:textId="77777777" w:rsidR="001C2D56" w:rsidRDefault="001C2D56" w:rsidP="00100D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47E6D" w14:textId="77777777" w:rsidR="00100D3E" w:rsidRDefault="00100D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239D3" w14:textId="77777777" w:rsidR="00100D3E" w:rsidRDefault="00100D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94901" w14:textId="77777777" w:rsidR="00100D3E" w:rsidRDefault="00100D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12A72" w14:textId="77777777" w:rsidR="001C2D56" w:rsidRDefault="001C2D56" w:rsidP="00100D3E">
      <w:pPr>
        <w:spacing w:after="0" w:line="240" w:lineRule="auto"/>
      </w:pPr>
      <w:r>
        <w:separator/>
      </w:r>
    </w:p>
  </w:footnote>
  <w:footnote w:type="continuationSeparator" w:id="0">
    <w:p w14:paraId="40854187" w14:textId="77777777" w:rsidR="001C2D56" w:rsidRDefault="001C2D56" w:rsidP="00100D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01D68" w14:textId="77777777" w:rsidR="00100D3E" w:rsidRDefault="00100D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BE827" w14:textId="77777777" w:rsidR="00100D3E" w:rsidRDefault="00100D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97101" w14:textId="77777777" w:rsidR="00100D3E" w:rsidRDefault="00100D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651A31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C4175A"/>
    <w:multiLevelType w:val="hybridMultilevel"/>
    <w:tmpl w:val="C0BA1AE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0" w15:restartNumberingAfterBreak="0">
    <w:nsid w:val="064E0354"/>
    <w:multiLevelType w:val="hybridMultilevel"/>
    <w:tmpl w:val="94E48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4561B2"/>
    <w:multiLevelType w:val="hybridMultilevel"/>
    <w:tmpl w:val="871CE4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002DF9"/>
    <w:multiLevelType w:val="hybridMultilevel"/>
    <w:tmpl w:val="D6FE8D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191E58"/>
    <w:multiLevelType w:val="hybridMultilevel"/>
    <w:tmpl w:val="774AE0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39E3E40"/>
    <w:multiLevelType w:val="hybridMultilevel"/>
    <w:tmpl w:val="CDB2C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0E28E5"/>
    <w:multiLevelType w:val="hybridMultilevel"/>
    <w:tmpl w:val="23189F3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A3D52B8"/>
    <w:multiLevelType w:val="multilevel"/>
    <w:tmpl w:val="F216FA68"/>
    <w:lvl w:ilvl="0">
      <w:start w:val="1"/>
      <w:numFmt w:val="decimal"/>
      <w:pStyle w:val="ListNumber"/>
      <w:lvlText w:val="%1."/>
      <w:lvlJc w:val="left"/>
      <w:pPr>
        <w:tabs>
          <w:tab w:val="num" w:pos="0"/>
        </w:tabs>
        <w:ind w:left="0" w:hanging="360"/>
      </w:pPr>
      <w:rPr>
        <w:sz w:val="24"/>
        <w:szCs w:val="24"/>
      </w:rPr>
    </w:lvl>
    <w:lvl w:ilvl="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numFmt w:val="bullet"/>
      <w:lvlText w:val=""/>
      <w:lvlJc w:val="left"/>
      <w:pPr>
        <w:ind w:left="3600" w:hanging="360"/>
      </w:pPr>
      <w:rPr>
        <w:rFonts w:ascii="Symbol" w:eastAsiaTheme="minorEastAsia" w:hAnsi="Symbol" w:cstheme="minorBidi" w:hint="default"/>
      </w:r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6F0461"/>
    <w:multiLevelType w:val="hybridMultilevel"/>
    <w:tmpl w:val="782A64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6D165B7"/>
    <w:multiLevelType w:val="hybridMultilevel"/>
    <w:tmpl w:val="F0940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213404"/>
    <w:multiLevelType w:val="hybridMultilevel"/>
    <w:tmpl w:val="8A3233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B7D1480"/>
    <w:multiLevelType w:val="hybridMultilevel"/>
    <w:tmpl w:val="F7E0D434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F021DB1"/>
    <w:multiLevelType w:val="hybridMultilevel"/>
    <w:tmpl w:val="8A183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BD1945"/>
    <w:multiLevelType w:val="hybridMultilevel"/>
    <w:tmpl w:val="3CAAB322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3" w15:restartNumberingAfterBreak="0">
    <w:nsid w:val="3B9E4FC2"/>
    <w:multiLevelType w:val="hybridMultilevel"/>
    <w:tmpl w:val="30B2A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530D9C"/>
    <w:multiLevelType w:val="hybridMultilevel"/>
    <w:tmpl w:val="957AE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5F4A44"/>
    <w:multiLevelType w:val="hybridMultilevel"/>
    <w:tmpl w:val="8BBE6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A426B5"/>
    <w:multiLevelType w:val="hybridMultilevel"/>
    <w:tmpl w:val="6C6CD5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4680B0A"/>
    <w:multiLevelType w:val="hybridMultilevel"/>
    <w:tmpl w:val="7FD205C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145BF4"/>
    <w:multiLevelType w:val="hybridMultilevel"/>
    <w:tmpl w:val="B67C3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871B54"/>
    <w:multiLevelType w:val="hybridMultilevel"/>
    <w:tmpl w:val="408EF3B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0" w15:restartNumberingAfterBreak="0">
    <w:nsid w:val="514577B0"/>
    <w:multiLevelType w:val="hybridMultilevel"/>
    <w:tmpl w:val="E2264A52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2012A67"/>
    <w:multiLevelType w:val="hybridMultilevel"/>
    <w:tmpl w:val="B2CEF56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631D1AA1"/>
    <w:multiLevelType w:val="hybridMultilevel"/>
    <w:tmpl w:val="9302507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41374A6"/>
    <w:multiLevelType w:val="hybridMultilevel"/>
    <w:tmpl w:val="8E641D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5B10F74"/>
    <w:multiLevelType w:val="hybridMultilevel"/>
    <w:tmpl w:val="FA6CAB0A"/>
    <w:lvl w:ilvl="0" w:tplc="9064CA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694151C"/>
    <w:multiLevelType w:val="hybridMultilevel"/>
    <w:tmpl w:val="FACCE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6231F4"/>
    <w:multiLevelType w:val="hybridMultilevel"/>
    <w:tmpl w:val="881C2B80"/>
    <w:lvl w:ilvl="0" w:tplc="04090017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7" w15:restartNumberingAfterBreak="0">
    <w:nsid w:val="6A004253"/>
    <w:multiLevelType w:val="hybridMultilevel"/>
    <w:tmpl w:val="7090A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B0009E"/>
    <w:multiLevelType w:val="hybridMultilevel"/>
    <w:tmpl w:val="C3807CC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9" w15:restartNumberingAfterBreak="0">
    <w:nsid w:val="76C83A43"/>
    <w:multiLevelType w:val="hybridMultilevel"/>
    <w:tmpl w:val="BD4203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5989514">
    <w:abstractNumId w:val="8"/>
  </w:num>
  <w:num w:numId="2" w16cid:durableId="537352088">
    <w:abstractNumId w:val="6"/>
  </w:num>
  <w:num w:numId="3" w16cid:durableId="1256937007">
    <w:abstractNumId w:val="5"/>
  </w:num>
  <w:num w:numId="4" w16cid:durableId="927733830">
    <w:abstractNumId w:val="4"/>
  </w:num>
  <w:num w:numId="5" w16cid:durableId="1591041562">
    <w:abstractNumId w:val="16"/>
  </w:num>
  <w:num w:numId="6" w16cid:durableId="639113387">
    <w:abstractNumId w:val="3"/>
  </w:num>
  <w:num w:numId="7" w16cid:durableId="1348408082">
    <w:abstractNumId w:val="2"/>
  </w:num>
  <w:num w:numId="8" w16cid:durableId="1167593644">
    <w:abstractNumId w:val="1"/>
  </w:num>
  <w:num w:numId="9" w16cid:durableId="1294289679">
    <w:abstractNumId w:val="0"/>
  </w:num>
  <w:num w:numId="10" w16cid:durableId="2135324957">
    <w:abstractNumId w:val="16"/>
    <w:lvlOverride w:ilvl="0">
      <w:startOverride w:val="1"/>
    </w:lvlOverride>
  </w:num>
  <w:num w:numId="11" w16cid:durableId="502210406">
    <w:abstractNumId w:val="36"/>
  </w:num>
  <w:num w:numId="12" w16cid:durableId="2032954894">
    <w:abstractNumId w:val="34"/>
  </w:num>
  <w:num w:numId="13" w16cid:durableId="921256700">
    <w:abstractNumId w:val="16"/>
  </w:num>
  <w:num w:numId="14" w16cid:durableId="754858030">
    <w:abstractNumId w:val="20"/>
  </w:num>
  <w:num w:numId="15" w16cid:durableId="1056929608">
    <w:abstractNumId w:val="32"/>
  </w:num>
  <w:num w:numId="16" w16cid:durableId="1537885955">
    <w:abstractNumId w:val="11"/>
  </w:num>
  <w:num w:numId="17" w16cid:durableId="716050539">
    <w:abstractNumId w:val="7"/>
  </w:num>
  <w:num w:numId="18" w16cid:durableId="850291674">
    <w:abstractNumId w:val="30"/>
  </w:num>
  <w:num w:numId="19" w16cid:durableId="1152327353">
    <w:abstractNumId w:val="7"/>
  </w:num>
  <w:num w:numId="20" w16cid:durableId="1033579769">
    <w:abstractNumId w:val="15"/>
  </w:num>
  <w:num w:numId="21" w16cid:durableId="1303924183">
    <w:abstractNumId w:val="37"/>
  </w:num>
  <w:num w:numId="22" w16cid:durableId="1677225492">
    <w:abstractNumId w:val="27"/>
  </w:num>
  <w:num w:numId="23" w16cid:durableId="1129665195">
    <w:abstractNumId w:val="7"/>
  </w:num>
  <w:num w:numId="24" w16cid:durableId="435296511">
    <w:abstractNumId w:val="19"/>
  </w:num>
  <w:num w:numId="25" w16cid:durableId="1019696183">
    <w:abstractNumId w:val="10"/>
  </w:num>
  <w:num w:numId="26" w16cid:durableId="1875456892">
    <w:abstractNumId w:val="28"/>
  </w:num>
  <w:num w:numId="27" w16cid:durableId="1842742928">
    <w:abstractNumId w:val="7"/>
  </w:num>
  <w:num w:numId="28" w16cid:durableId="373971931">
    <w:abstractNumId w:val="17"/>
  </w:num>
  <w:num w:numId="29" w16cid:durableId="1451823031">
    <w:abstractNumId w:val="9"/>
  </w:num>
  <w:num w:numId="30" w16cid:durableId="2032029463">
    <w:abstractNumId w:val="33"/>
  </w:num>
  <w:num w:numId="31" w16cid:durableId="283930766">
    <w:abstractNumId w:val="25"/>
  </w:num>
  <w:num w:numId="32" w16cid:durableId="1408460564">
    <w:abstractNumId w:val="24"/>
  </w:num>
  <w:num w:numId="33" w16cid:durableId="1761221032">
    <w:abstractNumId w:val="12"/>
  </w:num>
  <w:num w:numId="34" w16cid:durableId="633222064">
    <w:abstractNumId w:val="21"/>
  </w:num>
  <w:num w:numId="35" w16cid:durableId="1702390809">
    <w:abstractNumId w:val="26"/>
  </w:num>
  <w:num w:numId="36" w16cid:durableId="1043210150">
    <w:abstractNumId w:val="31"/>
  </w:num>
  <w:num w:numId="37" w16cid:durableId="521096311">
    <w:abstractNumId w:val="22"/>
  </w:num>
  <w:num w:numId="38" w16cid:durableId="659235653">
    <w:abstractNumId w:val="23"/>
  </w:num>
  <w:num w:numId="39" w16cid:durableId="1700814113">
    <w:abstractNumId w:val="7"/>
  </w:num>
  <w:num w:numId="40" w16cid:durableId="614405681">
    <w:abstractNumId w:val="14"/>
  </w:num>
  <w:num w:numId="41" w16cid:durableId="1910768646">
    <w:abstractNumId w:val="13"/>
  </w:num>
  <w:num w:numId="42" w16cid:durableId="1891528213">
    <w:abstractNumId w:val="38"/>
  </w:num>
  <w:num w:numId="43" w16cid:durableId="17433030">
    <w:abstractNumId w:val="18"/>
  </w:num>
  <w:num w:numId="44" w16cid:durableId="746271185">
    <w:abstractNumId w:val="35"/>
  </w:num>
  <w:num w:numId="45" w16cid:durableId="589244237">
    <w:abstractNumId w:val="39"/>
  </w:num>
  <w:num w:numId="46" w16cid:durableId="1974552705">
    <w:abstractNumId w:val="29"/>
  </w:num>
  <w:num w:numId="47" w16cid:durableId="9040702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74A"/>
    <w:rsid w:val="000124B3"/>
    <w:rsid w:val="00021CDC"/>
    <w:rsid w:val="000260BE"/>
    <w:rsid w:val="0003054B"/>
    <w:rsid w:val="00030668"/>
    <w:rsid w:val="00031109"/>
    <w:rsid w:val="00031631"/>
    <w:rsid w:val="00034616"/>
    <w:rsid w:val="00034AD1"/>
    <w:rsid w:val="00034E2F"/>
    <w:rsid w:val="00044758"/>
    <w:rsid w:val="0005075F"/>
    <w:rsid w:val="000537E0"/>
    <w:rsid w:val="0005407E"/>
    <w:rsid w:val="00056109"/>
    <w:rsid w:val="00056588"/>
    <w:rsid w:val="0006063C"/>
    <w:rsid w:val="0006296C"/>
    <w:rsid w:val="000633AB"/>
    <w:rsid w:val="000713C1"/>
    <w:rsid w:val="00077E96"/>
    <w:rsid w:val="00083C88"/>
    <w:rsid w:val="00086ECE"/>
    <w:rsid w:val="00090865"/>
    <w:rsid w:val="00093894"/>
    <w:rsid w:val="0009593F"/>
    <w:rsid w:val="000959D0"/>
    <w:rsid w:val="000A0242"/>
    <w:rsid w:val="000A148A"/>
    <w:rsid w:val="000A2BDF"/>
    <w:rsid w:val="000A4160"/>
    <w:rsid w:val="000A7912"/>
    <w:rsid w:val="000B1646"/>
    <w:rsid w:val="000B245A"/>
    <w:rsid w:val="000C460E"/>
    <w:rsid w:val="000C5368"/>
    <w:rsid w:val="000C5DE4"/>
    <w:rsid w:val="000D0D2B"/>
    <w:rsid w:val="000D3206"/>
    <w:rsid w:val="000D661D"/>
    <w:rsid w:val="000D7608"/>
    <w:rsid w:val="000E5720"/>
    <w:rsid w:val="000E6499"/>
    <w:rsid w:val="000E6B26"/>
    <w:rsid w:val="000F3B9E"/>
    <w:rsid w:val="000F3BD3"/>
    <w:rsid w:val="000F5DF6"/>
    <w:rsid w:val="00100D3E"/>
    <w:rsid w:val="001062AB"/>
    <w:rsid w:val="00111192"/>
    <w:rsid w:val="00111ADD"/>
    <w:rsid w:val="00112424"/>
    <w:rsid w:val="0011509F"/>
    <w:rsid w:val="001179EF"/>
    <w:rsid w:val="00121C78"/>
    <w:rsid w:val="001251E2"/>
    <w:rsid w:val="00126854"/>
    <w:rsid w:val="001268BA"/>
    <w:rsid w:val="00126B68"/>
    <w:rsid w:val="00130398"/>
    <w:rsid w:val="00133597"/>
    <w:rsid w:val="0013646A"/>
    <w:rsid w:val="00141D79"/>
    <w:rsid w:val="001420E2"/>
    <w:rsid w:val="00144436"/>
    <w:rsid w:val="001501C0"/>
    <w:rsid w:val="0015074B"/>
    <w:rsid w:val="0015133A"/>
    <w:rsid w:val="001524E8"/>
    <w:rsid w:val="00153C07"/>
    <w:rsid w:val="0016087C"/>
    <w:rsid w:val="00166585"/>
    <w:rsid w:val="001705EE"/>
    <w:rsid w:val="00177C0B"/>
    <w:rsid w:val="0018030B"/>
    <w:rsid w:val="0018104B"/>
    <w:rsid w:val="0018194F"/>
    <w:rsid w:val="001847A9"/>
    <w:rsid w:val="001877EE"/>
    <w:rsid w:val="00191224"/>
    <w:rsid w:val="00196B27"/>
    <w:rsid w:val="001C2D56"/>
    <w:rsid w:val="001C4A14"/>
    <w:rsid w:val="001C4EE9"/>
    <w:rsid w:val="001C63EE"/>
    <w:rsid w:val="001C7A3D"/>
    <w:rsid w:val="001D2FFD"/>
    <w:rsid w:val="001D59C0"/>
    <w:rsid w:val="001E46FD"/>
    <w:rsid w:val="001E53C0"/>
    <w:rsid w:val="001E5DA8"/>
    <w:rsid w:val="001E6F67"/>
    <w:rsid w:val="001E7221"/>
    <w:rsid w:val="00205D4D"/>
    <w:rsid w:val="0021275C"/>
    <w:rsid w:val="0021438F"/>
    <w:rsid w:val="002143D3"/>
    <w:rsid w:val="00214D0F"/>
    <w:rsid w:val="002200AC"/>
    <w:rsid w:val="0022084F"/>
    <w:rsid w:val="00223C23"/>
    <w:rsid w:val="002248C4"/>
    <w:rsid w:val="00224C0D"/>
    <w:rsid w:val="00225E8C"/>
    <w:rsid w:val="002267B5"/>
    <w:rsid w:val="002317EE"/>
    <w:rsid w:val="002371E2"/>
    <w:rsid w:val="00240007"/>
    <w:rsid w:val="00240C6A"/>
    <w:rsid w:val="00241C93"/>
    <w:rsid w:val="00247816"/>
    <w:rsid w:val="00253C1B"/>
    <w:rsid w:val="00254B76"/>
    <w:rsid w:val="00255169"/>
    <w:rsid w:val="002567CA"/>
    <w:rsid w:val="00260F73"/>
    <w:rsid w:val="0027497A"/>
    <w:rsid w:val="002760BD"/>
    <w:rsid w:val="00285823"/>
    <w:rsid w:val="00290BE3"/>
    <w:rsid w:val="002911CA"/>
    <w:rsid w:val="00293523"/>
    <w:rsid w:val="00295B53"/>
    <w:rsid w:val="0029639D"/>
    <w:rsid w:val="002A5030"/>
    <w:rsid w:val="002B1A9E"/>
    <w:rsid w:val="002B4F7D"/>
    <w:rsid w:val="002B59DB"/>
    <w:rsid w:val="002C154B"/>
    <w:rsid w:val="002C4B7E"/>
    <w:rsid w:val="002C5057"/>
    <w:rsid w:val="002D2A16"/>
    <w:rsid w:val="002D4B0D"/>
    <w:rsid w:val="002D6A14"/>
    <w:rsid w:val="002E03E5"/>
    <w:rsid w:val="002E2E88"/>
    <w:rsid w:val="002F0DD2"/>
    <w:rsid w:val="002F177E"/>
    <w:rsid w:val="002F5AF2"/>
    <w:rsid w:val="002F64A3"/>
    <w:rsid w:val="00305518"/>
    <w:rsid w:val="003061BF"/>
    <w:rsid w:val="00311F56"/>
    <w:rsid w:val="00312007"/>
    <w:rsid w:val="0032308F"/>
    <w:rsid w:val="0032436E"/>
    <w:rsid w:val="00326F90"/>
    <w:rsid w:val="003272AC"/>
    <w:rsid w:val="00327C78"/>
    <w:rsid w:val="00340254"/>
    <w:rsid w:val="003413D8"/>
    <w:rsid w:val="00342947"/>
    <w:rsid w:val="00350C08"/>
    <w:rsid w:val="00360797"/>
    <w:rsid w:val="00365CFB"/>
    <w:rsid w:val="003663B2"/>
    <w:rsid w:val="003707FA"/>
    <w:rsid w:val="00372A01"/>
    <w:rsid w:val="003739B5"/>
    <w:rsid w:val="00374B4D"/>
    <w:rsid w:val="00375610"/>
    <w:rsid w:val="0037589B"/>
    <w:rsid w:val="0037630A"/>
    <w:rsid w:val="00382245"/>
    <w:rsid w:val="0038354C"/>
    <w:rsid w:val="00385BCA"/>
    <w:rsid w:val="00387392"/>
    <w:rsid w:val="00390C23"/>
    <w:rsid w:val="003963AD"/>
    <w:rsid w:val="00397251"/>
    <w:rsid w:val="003B4653"/>
    <w:rsid w:val="003B5CC2"/>
    <w:rsid w:val="003B75ED"/>
    <w:rsid w:val="003C3677"/>
    <w:rsid w:val="003C67A9"/>
    <w:rsid w:val="003D004F"/>
    <w:rsid w:val="003F72C5"/>
    <w:rsid w:val="004026EB"/>
    <w:rsid w:val="00405B4B"/>
    <w:rsid w:val="0040668B"/>
    <w:rsid w:val="00412499"/>
    <w:rsid w:val="00413248"/>
    <w:rsid w:val="0041433D"/>
    <w:rsid w:val="00414CF6"/>
    <w:rsid w:val="00423163"/>
    <w:rsid w:val="0042316F"/>
    <w:rsid w:val="00423DCC"/>
    <w:rsid w:val="00426B0B"/>
    <w:rsid w:val="00427538"/>
    <w:rsid w:val="00434D5F"/>
    <w:rsid w:val="00442412"/>
    <w:rsid w:val="00447063"/>
    <w:rsid w:val="0045075F"/>
    <w:rsid w:val="00454FA9"/>
    <w:rsid w:val="004559B4"/>
    <w:rsid w:val="004561B5"/>
    <w:rsid w:val="004571F3"/>
    <w:rsid w:val="00463E32"/>
    <w:rsid w:val="00464FD4"/>
    <w:rsid w:val="00465E7A"/>
    <w:rsid w:val="00473337"/>
    <w:rsid w:val="00473B54"/>
    <w:rsid w:val="00474C09"/>
    <w:rsid w:val="00474E82"/>
    <w:rsid w:val="00475EC8"/>
    <w:rsid w:val="00477EDD"/>
    <w:rsid w:val="00482E85"/>
    <w:rsid w:val="00484F89"/>
    <w:rsid w:val="004873C6"/>
    <w:rsid w:val="0049172F"/>
    <w:rsid w:val="0049731B"/>
    <w:rsid w:val="004A0424"/>
    <w:rsid w:val="004A2326"/>
    <w:rsid w:val="004A3D73"/>
    <w:rsid w:val="004A5B80"/>
    <w:rsid w:val="004B15C0"/>
    <w:rsid w:val="004B4A48"/>
    <w:rsid w:val="004B53FD"/>
    <w:rsid w:val="004B789C"/>
    <w:rsid w:val="004C32AE"/>
    <w:rsid w:val="004C7667"/>
    <w:rsid w:val="004D271D"/>
    <w:rsid w:val="004D3FEE"/>
    <w:rsid w:val="004D5B07"/>
    <w:rsid w:val="004D630D"/>
    <w:rsid w:val="004E33B8"/>
    <w:rsid w:val="004E3548"/>
    <w:rsid w:val="004E3F9B"/>
    <w:rsid w:val="004F11BC"/>
    <w:rsid w:val="004F1EF3"/>
    <w:rsid w:val="004F2E2B"/>
    <w:rsid w:val="004F48B3"/>
    <w:rsid w:val="004F4C96"/>
    <w:rsid w:val="004F601C"/>
    <w:rsid w:val="004F7DA5"/>
    <w:rsid w:val="00500212"/>
    <w:rsid w:val="00507029"/>
    <w:rsid w:val="00512385"/>
    <w:rsid w:val="00514D12"/>
    <w:rsid w:val="00517041"/>
    <w:rsid w:val="0051709F"/>
    <w:rsid w:val="005207F5"/>
    <w:rsid w:val="005233B2"/>
    <w:rsid w:val="00536576"/>
    <w:rsid w:val="00536FF1"/>
    <w:rsid w:val="0054078F"/>
    <w:rsid w:val="005422A1"/>
    <w:rsid w:val="00557200"/>
    <w:rsid w:val="00563B35"/>
    <w:rsid w:val="00563B84"/>
    <w:rsid w:val="00570B6F"/>
    <w:rsid w:val="0057281C"/>
    <w:rsid w:val="00573CE8"/>
    <w:rsid w:val="005765EC"/>
    <w:rsid w:val="0058380A"/>
    <w:rsid w:val="005844CA"/>
    <w:rsid w:val="00585458"/>
    <w:rsid w:val="00590383"/>
    <w:rsid w:val="0059262E"/>
    <w:rsid w:val="005932BC"/>
    <w:rsid w:val="0059348E"/>
    <w:rsid w:val="005A0CC1"/>
    <w:rsid w:val="005A1438"/>
    <w:rsid w:val="005A2A15"/>
    <w:rsid w:val="005A5269"/>
    <w:rsid w:val="005C4DF1"/>
    <w:rsid w:val="005D55E4"/>
    <w:rsid w:val="005D709D"/>
    <w:rsid w:val="005E0050"/>
    <w:rsid w:val="005E0D9C"/>
    <w:rsid w:val="005E23FA"/>
    <w:rsid w:val="005E25C5"/>
    <w:rsid w:val="005E30C0"/>
    <w:rsid w:val="005E33C6"/>
    <w:rsid w:val="005E3D42"/>
    <w:rsid w:val="005E4CFB"/>
    <w:rsid w:val="00601BEF"/>
    <w:rsid w:val="00604808"/>
    <w:rsid w:val="006074C7"/>
    <w:rsid w:val="00611DBA"/>
    <w:rsid w:val="00611FA8"/>
    <w:rsid w:val="00615947"/>
    <w:rsid w:val="00616B0E"/>
    <w:rsid w:val="006274DA"/>
    <w:rsid w:val="00630F52"/>
    <w:rsid w:val="006343FF"/>
    <w:rsid w:val="00636A20"/>
    <w:rsid w:val="00637687"/>
    <w:rsid w:val="00641FB9"/>
    <w:rsid w:val="006427FB"/>
    <w:rsid w:val="00654302"/>
    <w:rsid w:val="00654803"/>
    <w:rsid w:val="00655117"/>
    <w:rsid w:val="00660420"/>
    <w:rsid w:val="006641DC"/>
    <w:rsid w:val="00670D8A"/>
    <w:rsid w:val="006735B0"/>
    <w:rsid w:val="00677CFC"/>
    <w:rsid w:val="0068012F"/>
    <w:rsid w:val="00686938"/>
    <w:rsid w:val="00697F9A"/>
    <w:rsid w:val="006A3313"/>
    <w:rsid w:val="006A575B"/>
    <w:rsid w:val="006B4EF1"/>
    <w:rsid w:val="006C2563"/>
    <w:rsid w:val="006C6D8A"/>
    <w:rsid w:val="006D1722"/>
    <w:rsid w:val="006D2410"/>
    <w:rsid w:val="006D53BE"/>
    <w:rsid w:val="006D7238"/>
    <w:rsid w:val="006D7F7C"/>
    <w:rsid w:val="006E122C"/>
    <w:rsid w:val="006E493B"/>
    <w:rsid w:val="006E4D20"/>
    <w:rsid w:val="006E7117"/>
    <w:rsid w:val="00705C16"/>
    <w:rsid w:val="00723216"/>
    <w:rsid w:val="0072382F"/>
    <w:rsid w:val="007346BE"/>
    <w:rsid w:val="00744624"/>
    <w:rsid w:val="007456BB"/>
    <w:rsid w:val="00750C05"/>
    <w:rsid w:val="00751314"/>
    <w:rsid w:val="0075386E"/>
    <w:rsid w:val="00755FDE"/>
    <w:rsid w:val="00760D70"/>
    <w:rsid w:val="00762DF0"/>
    <w:rsid w:val="00763FB3"/>
    <w:rsid w:val="00764241"/>
    <w:rsid w:val="00770B52"/>
    <w:rsid w:val="00773BF3"/>
    <w:rsid w:val="00773DA8"/>
    <w:rsid w:val="007740A6"/>
    <w:rsid w:val="00781B87"/>
    <w:rsid w:val="00785900"/>
    <w:rsid w:val="00797BD4"/>
    <w:rsid w:val="007B0ADF"/>
    <w:rsid w:val="007B45F7"/>
    <w:rsid w:val="007B4AF7"/>
    <w:rsid w:val="007B5DBA"/>
    <w:rsid w:val="007B7669"/>
    <w:rsid w:val="007C1F01"/>
    <w:rsid w:val="007E0E2B"/>
    <w:rsid w:val="007E1B76"/>
    <w:rsid w:val="007E6035"/>
    <w:rsid w:val="007E782C"/>
    <w:rsid w:val="007F150A"/>
    <w:rsid w:val="007F31D0"/>
    <w:rsid w:val="007F33E1"/>
    <w:rsid w:val="007F37CD"/>
    <w:rsid w:val="007F52BC"/>
    <w:rsid w:val="007F5DB6"/>
    <w:rsid w:val="007F7E7A"/>
    <w:rsid w:val="00802DE8"/>
    <w:rsid w:val="0080697A"/>
    <w:rsid w:val="00810641"/>
    <w:rsid w:val="0081224F"/>
    <w:rsid w:val="008173DB"/>
    <w:rsid w:val="00820BCA"/>
    <w:rsid w:val="0082579D"/>
    <w:rsid w:val="00830663"/>
    <w:rsid w:val="008313A7"/>
    <w:rsid w:val="00834C2B"/>
    <w:rsid w:val="0084703C"/>
    <w:rsid w:val="0085132F"/>
    <w:rsid w:val="00857574"/>
    <w:rsid w:val="00857DCD"/>
    <w:rsid w:val="00860FCA"/>
    <w:rsid w:val="00863CDC"/>
    <w:rsid w:val="0086407D"/>
    <w:rsid w:val="00865BFF"/>
    <w:rsid w:val="00872064"/>
    <w:rsid w:val="0087266F"/>
    <w:rsid w:val="00872A07"/>
    <w:rsid w:val="00872CFE"/>
    <w:rsid w:val="0087472C"/>
    <w:rsid w:val="00887120"/>
    <w:rsid w:val="0088755A"/>
    <w:rsid w:val="00892D2A"/>
    <w:rsid w:val="00895262"/>
    <w:rsid w:val="008A4CE2"/>
    <w:rsid w:val="008B14C8"/>
    <w:rsid w:val="008B5837"/>
    <w:rsid w:val="008B71EF"/>
    <w:rsid w:val="008B72F7"/>
    <w:rsid w:val="008C7330"/>
    <w:rsid w:val="008D3D78"/>
    <w:rsid w:val="008E136B"/>
    <w:rsid w:val="008E26B9"/>
    <w:rsid w:val="008F27CF"/>
    <w:rsid w:val="008F5D68"/>
    <w:rsid w:val="008F6364"/>
    <w:rsid w:val="00900329"/>
    <w:rsid w:val="009041F2"/>
    <w:rsid w:val="009069CB"/>
    <w:rsid w:val="009154FA"/>
    <w:rsid w:val="0092317B"/>
    <w:rsid w:val="00923D32"/>
    <w:rsid w:val="009270EA"/>
    <w:rsid w:val="00930353"/>
    <w:rsid w:val="00930FB5"/>
    <w:rsid w:val="009340AB"/>
    <w:rsid w:val="00935438"/>
    <w:rsid w:val="00936DD4"/>
    <w:rsid w:val="009402E8"/>
    <w:rsid w:val="009406D7"/>
    <w:rsid w:val="00943530"/>
    <w:rsid w:val="00950E54"/>
    <w:rsid w:val="00956CBF"/>
    <w:rsid w:val="00960FD0"/>
    <w:rsid w:val="009648AD"/>
    <w:rsid w:val="0096596F"/>
    <w:rsid w:val="00971E27"/>
    <w:rsid w:val="00974144"/>
    <w:rsid w:val="00975E58"/>
    <w:rsid w:val="009817C5"/>
    <w:rsid w:val="00984E5C"/>
    <w:rsid w:val="00987E95"/>
    <w:rsid w:val="00992A9D"/>
    <w:rsid w:val="009932A0"/>
    <w:rsid w:val="009A685B"/>
    <w:rsid w:val="009A6E8A"/>
    <w:rsid w:val="009A78CD"/>
    <w:rsid w:val="009B3937"/>
    <w:rsid w:val="009B3F83"/>
    <w:rsid w:val="009B448B"/>
    <w:rsid w:val="009C0575"/>
    <w:rsid w:val="009C2DC2"/>
    <w:rsid w:val="009C4E2A"/>
    <w:rsid w:val="009D09AC"/>
    <w:rsid w:val="009D1E7B"/>
    <w:rsid w:val="009D5495"/>
    <w:rsid w:val="009E1504"/>
    <w:rsid w:val="009E2ED2"/>
    <w:rsid w:val="009E71FE"/>
    <w:rsid w:val="009E7C83"/>
    <w:rsid w:val="009F5670"/>
    <w:rsid w:val="00A034C5"/>
    <w:rsid w:val="00A0403C"/>
    <w:rsid w:val="00A0581D"/>
    <w:rsid w:val="00A10388"/>
    <w:rsid w:val="00A12BFF"/>
    <w:rsid w:val="00A164B3"/>
    <w:rsid w:val="00A16A70"/>
    <w:rsid w:val="00A179E4"/>
    <w:rsid w:val="00A200B2"/>
    <w:rsid w:val="00A20E44"/>
    <w:rsid w:val="00A22B09"/>
    <w:rsid w:val="00A30714"/>
    <w:rsid w:val="00A32D9A"/>
    <w:rsid w:val="00A33258"/>
    <w:rsid w:val="00A478A9"/>
    <w:rsid w:val="00A513F0"/>
    <w:rsid w:val="00A60F1A"/>
    <w:rsid w:val="00A6245C"/>
    <w:rsid w:val="00A62D41"/>
    <w:rsid w:val="00A73ECD"/>
    <w:rsid w:val="00A77D6D"/>
    <w:rsid w:val="00A817DF"/>
    <w:rsid w:val="00A859BA"/>
    <w:rsid w:val="00A85DFB"/>
    <w:rsid w:val="00A8741E"/>
    <w:rsid w:val="00A8798A"/>
    <w:rsid w:val="00A91C40"/>
    <w:rsid w:val="00A95D1F"/>
    <w:rsid w:val="00A964A7"/>
    <w:rsid w:val="00AA1128"/>
    <w:rsid w:val="00AA1D8D"/>
    <w:rsid w:val="00AA3614"/>
    <w:rsid w:val="00AA43FD"/>
    <w:rsid w:val="00AA615C"/>
    <w:rsid w:val="00AA6ABD"/>
    <w:rsid w:val="00AA6E30"/>
    <w:rsid w:val="00AA7F36"/>
    <w:rsid w:val="00AC0D02"/>
    <w:rsid w:val="00AC1279"/>
    <w:rsid w:val="00AD1BBD"/>
    <w:rsid w:val="00AD1E97"/>
    <w:rsid w:val="00AE22F5"/>
    <w:rsid w:val="00AE23C8"/>
    <w:rsid w:val="00AE6653"/>
    <w:rsid w:val="00AF0DFE"/>
    <w:rsid w:val="00AF102F"/>
    <w:rsid w:val="00AF216F"/>
    <w:rsid w:val="00AF2BF8"/>
    <w:rsid w:val="00AF79DC"/>
    <w:rsid w:val="00B0149C"/>
    <w:rsid w:val="00B036B7"/>
    <w:rsid w:val="00B03A80"/>
    <w:rsid w:val="00B04AB9"/>
    <w:rsid w:val="00B05C85"/>
    <w:rsid w:val="00B06549"/>
    <w:rsid w:val="00B10899"/>
    <w:rsid w:val="00B169BF"/>
    <w:rsid w:val="00B242A9"/>
    <w:rsid w:val="00B264E8"/>
    <w:rsid w:val="00B26C84"/>
    <w:rsid w:val="00B27571"/>
    <w:rsid w:val="00B27E00"/>
    <w:rsid w:val="00B34875"/>
    <w:rsid w:val="00B438A7"/>
    <w:rsid w:val="00B47730"/>
    <w:rsid w:val="00B6232D"/>
    <w:rsid w:val="00B632C6"/>
    <w:rsid w:val="00B71171"/>
    <w:rsid w:val="00B7343E"/>
    <w:rsid w:val="00B73ABD"/>
    <w:rsid w:val="00B820B0"/>
    <w:rsid w:val="00B82E84"/>
    <w:rsid w:val="00B84E74"/>
    <w:rsid w:val="00B917B7"/>
    <w:rsid w:val="00BA1E7E"/>
    <w:rsid w:val="00BA3284"/>
    <w:rsid w:val="00BA45A3"/>
    <w:rsid w:val="00BA7237"/>
    <w:rsid w:val="00BB680A"/>
    <w:rsid w:val="00BB71E1"/>
    <w:rsid w:val="00BC1798"/>
    <w:rsid w:val="00BC1882"/>
    <w:rsid w:val="00BD72FF"/>
    <w:rsid w:val="00BE6D57"/>
    <w:rsid w:val="00C05497"/>
    <w:rsid w:val="00C16209"/>
    <w:rsid w:val="00C21451"/>
    <w:rsid w:val="00C2673E"/>
    <w:rsid w:val="00C27CEF"/>
    <w:rsid w:val="00C3300A"/>
    <w:rsid w:val="00C3700C"/>
    <w:rsid w:val="00C37CAB"/>
    <w:rsid w:val="00C421F0"/>
    <w:rsid w:val="00C43A19"/>
    <w:rsid w:val="00C43AE0"/>
    <w:rsid w:val="00C441AC"/>
    <w:rsid w:val="00C44997"/>
    <w:rsid w:val="00C44AB6"/>
    <w:rsid w:val="00C45369"/>
    <w:rsid w:val="00C51FF3"/>
    <w:rsid w:val="00C52579"/>
    <w:rsid w:val="00C561F2"/>
    <w:rsid w:val="00C603DA"/>
    <w:rsid w:val="00C60C7F"/>
    <w:rsid w:val="00C6283D"/>
    <w:rsid w:val="00C63717"/>
    <w:rsid w:val="00C65369"/>
    <w:rsid w:val="00C67BAE"/>
    <w:rsid w:val="00C7317F"/>
    <w:rsid w:val="00C73B9C"/>
    <w:rsid w:val="00C8532E"/>
    <w:rsid w:val="00C8724A"/>
    <w:rsid w:val="00C93B15"/>
    <w:rsid w:val="00C97C2A"/>
    <w:rsid w:val="00CA26D7"/>
    <w:rsid w:val="00CA3427"/>
    <w:rsid w:val="00CA412E"/>
    <w:rsid w:val="00CA57B3"/>
    <w:rsid w:val="00CA733B"/>
    <w:rsid w:val="00CB0664"/>
    <w:rsid w:val="00CB3792"/>
    <w:rsid w:val="00CC1198"/>
    <w:rsid w:val="00CC2948"/>
    <w:rsid w:val="00CE035F"/>
    <w:rsid w:val="00CE65A9"/>
    <w:rsid w:val="00CE75A6"/>
    <w:rsid w:val="00D01FD5"/>
    <w:rsid w:val="00D023FE"/>
    <w:rsid w:val="00D10C99"/>
    <w:rsid w:val="00D14E4E"/>
    <w:rsid w:val="00D172A9"/>
    <w:rsid w:val="00D22B07"/>
    <w:rsid w:val="00D23992"/>
    <w:rsid w:val="00D250E9"/>
    <w:rsid w:val="00D421A3"/>
    <w:rsid w:val="00D42AD2"/>
    <w:rsid w:val="00D5229C"/>
    <w:rsid w:val="00D52E3C"/>
    <w:rsid w:val="00D6413D"/>
    <w:rsid w:val="00D642E0"/>
    <w:rsid w:val="00D6481F"/>
    <w:rsid w:val="00D65716"/>
    <w:rsid w:val="00D70B04"/>
    <w:rsid w:val="00D71A0A"/>
    <w:rsid w:val="00D73101"/>
    <w:rsid w:val="00D749DA"/>
    <w:rsid w:val="00D74E39"/>
    <w:rsid w:val="00D80E86"/>
    <w:rsid w:val="00D81394"/>
    <w:rsid w:val="00D82088"/>
    <w:rsid w:val="00D87884"/>
    <w:rsid w:val="00D910DE"/>
    <w:rsid w:val="00D94255"/>
    <w:rsid w:val="00D95D64"/>
    <w:rsid w:val="00D95EED"/>
    <w:rsid w:val="00DA4D9C"/>
    <w:rsid w:val="00DB2683"/>
    <w:rsid w:val="00DB4BF3"/>
    <w:rsid w:val="00DC426E"/>
    <w:rsid w:val="00DC748C"/>
    <w:rsid w:val="00DD0E22"/>
    <w:rsid w:val="00DD135E"/>
    <w:rsid w:val="00DD1977"/>
    <w:rsid w:val="00DD2116"/>
    <w:rsid w:val="00DD2284"/>
    <w:rsid w:val="00DD376E"/>
    <w:rsid w:val="00DD3E22"/>
    <w:rsid w:val="00DD6F49"/>
    <w:rsid w:val="00DE3401"/>
    <w:rsid w:val="00DE396A"/>
    <w:rsid w:val="00DF0D34"/>
    <w:rsid w:val="00DF26E9"/>
    <w:rsid w:val="00E008B7"/>
    <w:rsid w:val="00E04B18"/>
    <w:rsid w:val="00E13824"/>
    <w:rsid w:val="00E15BC0"/>
    <w:rsid w:val="00E22A5A"/>
    <w:rsid w:val="00E22BBE"/>
    <w:rsid w:val="00E330DB"/>
    <w:rsid w:val="00E33510"/>
    <w:rsid w:val="00E36B45"/>
    <w:rsid w:val="00E415F7"/>
    <w:rsid w:val="00E6430B"/>
    <w:rsid w:val="00E749D8"/>
    <w:rsid w:val="00E75C21"/>
    <w:rsid w:val="00E7637D"/>
    <w:rsid w:val="00E820C9"/>
    <w:rsid w:val="00E83685"/>
    <w:rsid w:val="00E83ED9"/>
    <w:rsid w:val="00E85488"/>
    <w:rsid w:val="00E861F4"/>
    <w:rsid w:val="00E91204"/>
    <w:rsid w:val="00E91B5B"/>
    <w:rsid w:val="00E976A8"/>
    <w:rsid w:val="00EA0FFA"/>
    <w:rsid w:val="00EB0E0F"/>
    <w:rsid w:val="00EB101A"/>
    <w:rsid w:val="00EB1B51"/>
    <w:rsid w:val="00EB2A0F"/>
    <w:rsid w:val="00EB51A5"/>
    <w:rsid w:val="00EC1ACB"/>
    <w:rsid w:val="00EC66D7"/>
    <w:rsid w:val="00EC6FE8"/>
    <w:rsid w:val="00ED779E"/>
    <w:rsid w:val="00ED7ADE"/>
    <w:rsid w:val="00EE13E3"/>
    <w:rsid w:val="00EE3961"/>
    <w:rsid w:val="00F113D5"/>
    <w:rsid w:val="00F11BE2"/>
    <w:rsid w:val="00F12545"/>
    <w:rsid w:val="00F17D01"/>
    <w:rsid w:val="00F23807"/>
    <w:rsid w:val="00F411CE"/>
    <w:rsid w:val="00F440AE"/>
    <w:rsid w:val="00F44C94"/>
    <w:rsid w:val="00F50162"/>
    <w:rsid w:val="00F5017D"/>
    <w:rsid w:val="00F51D18"/>
    <w:rsid w:val="00F5343E"/>
    <w:rsid w:val="00F55577"/>
    <w:rsid w:val="00F6034B"/>
    <w:rsid w:val="00F62349"/>
    <w:rsid w:val="00F65687"/>
    <w:rsid w:val="00F67F89"/>
    <w:rsid w:val="00F7036F"/>
    <w:rsid w:val="00F714FA"/>
    <w:rsid w:val="00F72A33"/>
    <w:rsid w:val="00F73EAB"/>
    <w:rsid w:val="00F81A02"/>
    <w:rsid w:val="00F853D2"/>
    <w:rsid w:val="00F92A41"/>
    <w:rsid w:val="00F9553B"/>
    <w:rsid w:val="00FA3A53"/>
    <w:rsid w:val="00FA4CC9"/>
    <w:rsid w:val="00FB66CB"/>
    <w:rsid w:val="00FC646A"/>
    <w:rsid w:val="00FC693F"/>
    <w:rsid w:val="00FD0BA5"/>
    <w:rsid w:val="00FD2CEB"/>
    <w:rsid w:val="00FE0FAF"/>
    <w:rsid w:val="00FE4B06"/>
    <w:rsid w:val="00FE4DB0"/>
    <w:rsid w:val="00FE682C"/>
    <w:rsid w:val="00FE6D69"/>
    <w:rsid w:val="00FF15AC"/>
    <w:rsid w:val="00FF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5B67B46"/>
  <w14:defaultImageDpi w14:val="300"/>
  <w15:docId w15:val="{7E55AB43-8401-8343-A733-9386DE634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56082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156082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156082" w:themeColor="accent1"/>
      </w:pBdr>
      <w:spacing w:before="200" w:after="280"/>
      <w:ind w:left="936" w:right="936"/>
    </w:pPr>
    <w:rPr>
      <w:b/>
      <w:bCs/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156082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156082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E97132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E97132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1854</TotalTime>
  <Pages>2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Pamela Cockle Angelica Town Clerk</cp:lastModifiedBy>
  <cp:revision>70</cp:revision>
  <cp:lastPrinted>2026-09-10T18:13:00Z</cp:lastPrinted>
  <dcterms:created xsi:type="dcterms:W3CDTF">2026-09-05T16:10:00Z</dcterms:created>
  <dcterms:modified xsi:type="dcterms:W3CDTF">2026-09-11T18:28:00Z</dcterms:modified>
  <cp:category/>
</cp:coreProperties>
</file>