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AD50C" w14:textId="5EBFAC18" w:rsidR="004561B5" w:rsidRPr="004559B4" w:rsidRDefault="004561B5" w:rsidP="004561B5">
      <w:pPr>
        <w:pStyle w:val="Heading1"/>
        <w:jc w:val="center"/>
        <w:rPr>
          <w:u w:val="single"/>
        </w:rPr>
      </w:pPr>
      <w:r w:rsidRPr="004559B4">
        <w:rPr>
          <w:u w:val="single"/>
        </w:rPr>
        <w:t>AGENDA FOR ANGELICA TOWN BOARD MEETING</w:t>
      </w:r>
      <w:r w:rsidRPr="004559B4">
        <w:rPr>
          <w:u w:val="single"/>
        </w:rPr>
        <w:br/>
      </w:r>
      <w:r w:rsidR="009A78CD">
        <w:rPr>
          <w:u w:val="single"/>
        </w:rPr>
        <w:t>February 9</w:t>
      </w:r>
      <w:r w:rsidRPr="004559B4">
        <w:rPr>
          <w:u w:val="single"/>
        </w:rPr>
        <w:t>, 202</w:t>
      </w:r>
      <w:r w:rsidR="00454FA9">
        <w:rPr>
          <w:u w:val="single"/>
        </w:rPr>
        <w:t>6</w:t>
      </w:r>
    </w:p>
    <w:p w14:paraId="4EE5EDD1" w14:textId="77777777" w:rsidR="00DD3E22" w:rsidRPr="00A0403C" w:rsidRDefault="00DD3E22" w:rsidP="00DD3E22">
      <w:pPr>
        <w:rPr>
          <w:sz w:val="24"/>
          <w:szCs w:val="24"/>
        </w:rPr>
      </w:pPr>
    </w:p>
    <w:p w14:paraId="0E61039D" w14:textId="2B9ACBA9" w:rsidR="00DD3E22" w:rsidRPr="009B3937" w:rsidRDefault="009B3937" w:rsidP="009B3937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Call to Order and Pledge of Allegiance</w:t>
      </w:r>
    </w:p>
    <w:p w14:paraId="766C1355" w14:textId="5779A410" w:rsidR="004561B5" w:rsidRPr="002143D3" w:rsidRDefault="004561B5" w:rsidP="00DD3E22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Approval of Minutes of Previous Meeting.</w:t>
      </w:r>
      <w:r w:rsidR="00A0403C" w:rsidRPr="002143D3">
        <w:rPr>
          <w:rFonts w:asciiTheme="majorHAnsi" w:hAnsiTheme="majorHAnsi"/>
          <w:sz w:val="24"/>
          <w:szCs w:val="24"/>
        </w:rPr>
        <w:t xml:space="preserve">  </w:t>
      </w:r>
    </w:p>
    <w:p w14:paraId="2B2EAC40" w14:textId="1DA3853C" w:rsidR="004561B5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Abstracts: Generals and Highways</w:t>
      </w:r>
      <w:r w:rsidR="00A0403C" w:rsidRPr="002143D3">
        <w:rPr>
          <w:rFonts w:asciiTheme="majorHAnsi" w:hAnsiTheme="majorHAnsi"/>
          <w:sz w:val="24"/>
          <w:szCs w:val="24"/>
        </w:rPr>
        <w:t xml:space="preserve">.  </w:t>
      </w:r>
    </w:p>
    <w:p w14:paraId="1775C03D" w14:textId="16F566D3" w:rsidR="009B3937" w:rsidRPr="002143D3" w:rsidRDefault="009B3937" w:rsidP="009B3937">
      <w:pPr>
        <w:pStyle w:val="ListNumber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Approval and totals by fund</w:t>
      </w:r>
    </w:p>
    <w:p w14:paraId="3892DD34" w14:textId="6DBEC04A" w:rsidR="004561B5" w:rsidRPr="002143D3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Budget Sheets and Supervisor’s Reports.</w:t>
      </w:r>
      <w:r w:rsidR="00A0403C" w:rsidRPr="002143D3">
        <w:rPr>
          <w:rFonts w:asciiTheme="majorHAnsi" w:hAnsiTheme="majorHAnsi"/>
          <w:sz w:val="24"/>
          <w:szCs w:val="24"/>
        </w:rPr>
        <w:t xml:space="preserve">  </w:t>
      </w:r>
    </w:p>
    <w:p w14:paraId="753CF871" w14:textId="0598D8C5" w:rsidR="004561B5" w:rsidRPr="002143D3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Financial Reports:</w:t>
      </w:r>
      <w:r w:rsidR="00A0403C" w:rsidRPr="002143D3">
        <w:rPr>
          <w:rFonts w:asciiTheme="majorHAnsi" w:hAnsiTheme="majorHAnsi"/>
          <w:sz w:val="24"/>
          <w:szCs w:val="24"/>
        </w:rPr>
        <w:t xml:space="preserve">  </w:t>
      </w:r>
      <w:r w:rsidRPr="002143D3">
        <w:rPr>
          <w:rFonts w:asciiTheme="majorHAnsi" w:hAnsiTheme="majorHAnsi"/>
          <w:sz w:val="24"/>
          <w:szCs w:val="24"/>
        </w:rPr>
        <w:br/>
        <w:t xml:space="preserve">   a. NYCLASS Report for </w:t>
      </w:r>
      <w:r w:rsidR="00126854" w:rsidRPr="002143D3">
        <w:rPr>
          <w:rFonts w:asciiTheme="majorHAnsi" w:hAnsiTheme="majorHAnsi"/>
          <w:sz w:val="24"/>
          <w:szCs w:val="24"/>
        </w:rPr>
        <w:t>January</w:t>
      </w:r>
      <w:r w:rsidRPr="002143D3">
        <w:rPr>
          <w:rFonts w:asciiTheme="majorHAnsi" w:hAnsiTheme="majorHAnsi"/>
          <w:sz w:val="24"/>
          <w:szCs w:val="24"/>
        </w:rPr>
        <w:t>.</w:t>
      </w:r>
    </w:p>
    <w:p w14:paraId="3F13FE1D" w14:textId="5D65A7A4" w:rsidR="004561B5" w:rsidRPr="002143D3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Town Business Review.</w:t>
      </w:r>
      <w:r w:rsidR="00A0403C" w:rsidRPr="002143D3">
        <w:rPr>
          <w:rFonts w:asciiTheme="majorHAnsi" w:hAnsiTheme="majorHAnsi"/>
          <w:sz w:val="24"/>
          <w:szCs w:val="24"/>
        </w:rPr>
        <w:t xml:space="preserve">  Motio</w:t>
      </w:r>
      <w:r w:rsidR="00454FA9" w:rsidRPr="002143D3">
        <w:rPr>
          <w:rFonts w:asciiTheme="majorHAnsi" w:hAnsiTheme="majorHAnsi"/>
          <w:sz w:val="24"/>
          <w:szCs w:val="24"/>
        </w:rPr>
        <w:t>n</w:t>
      </w:r>
      <w:r w:rsidR="00A0403C" w:rsidRPr="002143D3">
        <w:rPr>
          <w:rFonts w:asciiTheme="majorHAnsi" w:hAnsiTheme="majorHAnsi"/>
          <w:sz w:val="24"/>
          <w:szCs w:val="24"/>
        </w:rPr>
        <w:t xml:space="preserve"> to accept and approve by:</w:t>
      </w:r>
    </w:p>
    <w:p w14:paraId="7D086A22" w14:textId="20A2E430" w:rsidR="004561B5" w:rsidRPr="002143D3" w:rsidRDefault="00A0403C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 xml:space="preserve"> </w:t>
      </w:r>
      <w:r w:rsidR="004561B5" w:rsidRPr="002143D3">
        <w:rPr>
          <w:rFonts w:asciiTheme="majorHAnsi" w:hAnsiTheme="majorHAnsi"/>
          <w:sz w:val="24"/>
          <w:szCs w:val="24"/>
        </w:rPr>
        <w:t>Town Clerk’s Report</w:t>
      </w:r>
      <w:r w:rsidRPr="002143D3">
        <w:rPr>
          <w:rFonts w:asciiTheme="majorHAnsi" w:hAnsiTheme="majorHAnsi"/>
          <w:sz w:val="24"/>
          <w:szCs w:val="24"/>
        </w:rPr>
        <w:t>:</w:t>
      </w:r>
      <w:r w:rsidRPr="002143D3">
        <w:rPr>
          <w:rFonts w:asciiTheme="majorHAnsi" w:hAnsiTheme="majorHAnsi"/>
          <w:sz w:val="24"/>
          <w:szCs w:val="24"/>
        </w:rPr>
        <w:tab/>
      </w:r>
    </w:p>
    <w:p w14:paraId="0243E8F6" w14:textId="42D4745B" w:rsidR="00A0403C" w:rsidRPr="002143D3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 xml:space="preserve">Dog:  </w:t>
      </w:r>
      <w:r w:rsidR="00126854" w:rsidRPr="002143D3">
        <w:rPr>
          <w:rFonts w:asciiTheme="majorHAnsi" w:hAnsiTheme="majorHAnsi"/>
          <w:sz w:val="24"/>
          <w:szCs w:val="24"/>
        </w:rPr>
        <w:t>$</w:t>
      </w:r>
      <w:r w:rsidR="00475EC8">
        <w:rPr>
          <w:rFonts w:asciiTheme="majorHAnsi" w:hAnsiTheme="majorHAnsi"/>
          <w:sz w:val="24"/>
          <w:szCs w:val="24"/>
        </w:rPr>
        <w:t>83 ($73 to Town, $10 to NYS)</w:t>
      </w:r>
    </w:p>
    <w:p w14:paraId="39980A40" w14:textId="2C883D55" w:rsidR="00A0403C" w:rsidRPr="002143D3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DECALS:</w:t>
      </w:r>
      <w:r w:rsidR="00126854" w:rsidRPr="002143D3">
        <w:rPr>
          <w:rFonts w:asciiTheme="majorHAnsi" w:hAnsiTheme="majorHAnsi"/>
          <w:sz w:val="24"/>
          <w:szCs w:val="24"/>
        </w:rPr>
        <w:t xml:space="preserve"> $-0-</w:t>
      </w:r>
    </w:p>
    <w:p w14:paraId="238E1693" w14:textId="0C7B9F7D" w:rsidR="00126854" w:rsidRPr="002143D3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 xml:space="preserve">Other: </w:t>
      </w:r>
      <w:r w:rsidR="00126854" w:rsidRPr="002143D3">
        <w:rPr>
          <w:rFonts w:asciiTheme="majorHAnsi" w:hAnsiTheme="majorHAnsi"/>
          <w:sz w:val="24"/>
          <w:szCs w:val="24"/>
        </w:rPr>
        <w:t>ATV’s $15</w:t>
      </w:r>
    </w:p>
    <w:p w14:paraId="5EAE1CFD" w14:textId="3AC88E8E" w:rsidR="009B3937" w:rsidRPr="002143D3" w:rsidRDefault="009B3937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Tax Collector update. Paid Town Tax Levy of $204,344.52 on 1/20/26</w:t>
      </w:r>
    </w:p>
    <w:p w14:paraId="154DFBEB" w14:textId="1ED44A4B" w:rsidR="00A0403C" w:rsidRPr="002143D3" w:rsidRDefault="00126854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Dawn Scott, Deputy Town Clerk - Introduce</w:t>
      </w:r>
      <w:r w:rsidR="00A0403C" w:rsidRPr="002143D3">
        <w:rPr>
          <w:rFonts w:asciiTheme="majorHAnsi" w:hAnsiTheme="majorHAnsi"/>
          <w:sz w:val="24"/>
          <w:szCs w:val="24"/>
        </w:rPr>
        <w:t xml:space="preserve"> </w:t>
      </w:r>
    </w:p>
    <w:p w14:paraId="46DCA51E" w14:textId="69EC9B9F" w:rsidR="004561B5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 xml:space="preserve">Town Justice </w:t>
      </w:r>
      <w:r w:rsidR="004F4C96">
        <w:rPr>
          <w:rFonts w:asciiTheme="majorHAnsi" w:hAnsiTheme="majorHAnsi"/>
          <w:sz w:val="24"/>
          <w:szCs w:val="24"/>
        </w:rPr>
        <w:t xml:space="preserve">January </w:t>
      </w:r>
      <w:r w:rsidR="00126854" w:rsidRPr="002143D3">
        <w:rPr>
          <w:rFonts w:asciiTheme="majorHAnsi" w:hAnsiTheme="majorHAnsi"/>
          <w:sz w:val="24"/>
          <w:szCs w:val="24"/>
        </w:rPr>
        <w:t xml:space="preserve">Monthly </w:t>
      </w:r>
      <w:r w:rsidRPr="002143D3">
        <w:rPr>
          <w:rFonts w:asciiTheme="majorHAnsi" w:hAnsiTheme="majorHAnsi"/>
          <w:sz w:val="24"/>
          <w:szCs w:val="24"/>
        </w:rPr>
        <w:t>Report.</w:t>
      </w:r>
      <w:r w:rsidR="00126854" w:rsidRPr="002143D3">
        <w:rPr>
          <w:rFonts w:asciiTheme="majorHAnsi" w:hAnsiTheme="majorHAnsi"/>
          <w:sz w:val="24"/>
          <w:szCs w:val="24"/>
        </w:rPr>
        <w:t xml:space="preserve"> Received &amp; in packets. $10,357 received</w:t>
      </w:r>
    </w:p>
    <w:p w14:paraId="11028456" w14:textId="24580F29" w:rsidR="00785900" w:rsidRPr="00785900" w:rsidRDefault="00785900" w:rsidP="00785900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Justice Annual Report – Motion to approve RESOULTUION </w:t>
      </w:r>
      <w:r w:rsidR="00340254">
        <w:rPr>
          <w:rFonts w:asciiTheme="majorHAnsi" w:hAnsiTheme="majorHAnsi"/>
          <w:sz w:val="24"/>
          <w:szCs w:val="24"/>
        </w:rPr>
        <w:t>1</w:t>
      </w:r>
      <w:r>
        <w:rPr>
          <w:rFonts w:asciiTheme="majorHAnsi" w:hAnsiTheme="majorHAnsi"/>
          <w:sz w:val="24"/>
          <w:szCs w:val="24"/>
        </w:rPr>
        <w:t>-2026 approving 2025 Justice Report as submitted by Justice Szucs.</w:t>
      </w:r>
    </w:p>
    <w:p w14:paraId="19B75907" w14:textId="242B4864" w:rsidR="004561B5" w:rsidRPr="002143D3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Dog Control Report</w:t>
      </w:r>
      <w:r w:rsidR="00A77D6D" w:rsidRPr="002143D3">
        <w:rPr>
          <w:rFonts w:asciiTheme="majorHAnsi" w:hAnsiTheme="majorHAnsi"/>
          <w:sz w:val="24"/>
          <w:szCs w:val="24"/>
        </w:rPr>
        <w:t xml:space="preserve"> (Rick Abbott)</w:t>
      </w:r>
    </w:p>
    <w:p w14:paraId="29DF0EF4" w14:textId="026EBF4C" w:rsidR="004561B5" w:rsidRPr="002143D3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Assessor / Real Property.</w:t>
      </w:r>
      <w:r w:rsidR="00126854" w:rsidRPr="002143D3">
        <w:rPr>
          <w:rFonts w:asciiTheme="majorHAnsi" w:hAnsiTheme="majorHAnsi"/>
          <w:sz w:val="24"/>
          <w:szCs w:val="24"/>
        </w:rPr>
        <w:t xml:space="preserve"> – no report received</w:t>
      </w:r>
      <w:r w:rsidR="009B3937">
        <w:rPr>
          <w:rFonts w:asciiTheme="majorHAnsi" w:hAnsiTheme="majorHAnsi"/>
          <w:sz w:val="24"/>
          <w:szCs w:val="24"/>
        </w:rPr>
        <w:t>. Reevaluation results should be available soon.</w:t>
      </w:r>
    </w:p>
    <w:p w14:paraId="3EEE47D5" w14:textId="2B5C6FA4" w:rsidR="001062AB" w:rsidRDefault="00126854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 xml:space="preserve">M.A.C.E. </w:t>
      </w:r>
      <w:r w:rsidR="001062AB">
        <w:rPr>
          <w:rFonts w:asciiTheme="majorHAnsi" w:hAnsiTheme="majorHAnsi"/>
          <w:sz w:val="24"/>
          <w:szCs w:val="24"/>
        </w:rPr>
        <w:tab/>
      </w:r>
    </w:p>
    <w:p w14:paraId="20163E4C" w14:textId="3197D2AB" w:rsidR="001062AB" w:rsidRDefault="001062AB" w:rsidP="001062AB">
      <w:pPr>
        <w:pStyle w:val="ListNumber"/>
        <w:numPr>
          <w:ilvl w:val="1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2025 Annual report in Packet. Motion to approve.</w:t>
      </w:r>
    </w:p>
    <w:p w14:paraId="5F93C63D" w14:textId="614A5975" w:rsidR="001062AB" w:rsidRDefault="001062AB" w:rsidP="001062AB">
      <w:pPr>
        <w:pStyle w:val="ListNumber"/>
        <w:numPr>
          <w:ilvl w:val="1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January report in packets. </w:t>
      </w:r>
    </w:p>
    <w:p w14:paraId="363F466C" w14:textId="29FD8AA4" w:rsidR="001062AB" w:rsidRPr="00340254" w:rsidRDefault="00EB0E0F" w:rsidP="00340254">
      <w:pPr>
        <w:pStyle w:val="ListNumber"/>
        <w:numPr>
          <w:ilvl w:val="1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New Rates added to website and in packets</w:t>
      </w:r>
      <w:r w:rsidR="00340254">
        <w:rPr>
          <w:rFonts w:asciiTheme="majorHAnsi" w:hAnsiTheme="majorHAnsi"/>
          <w:sz w:val="24"/>
          <w:szCs w:val="24"/>
        </w:rPr>
        <w:t xml:space="preserve"> as they were out of date</w:t>
      </w:r>
    </w:p>
    <w:p w14:paraId="48CBEC4E" w14:textId="392DDE2B" w:rsidR="005932BC" w:rsidRDefault="005932BC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Hyland/Casella: no tipping fees received to date</w:t>
      </w:r>
      <w:r w:rsidR="00340254">
        <w:rPr>
          <w:rFonts w:asciiTheme="majorHAnsi" w:hAnsiTheme="majorHAnsi"/>
          <w:sz w:val="24"/>
          <w:szCs w:val="24"/>
        </w:rPr>
        <w:t>, Girard looking in to</w:t>
      </w:r>
    </w:p>
    <w:p w14:paraId="0899422E" w14:textId="6384DEC5" w:rsidR="008173DB" w:rsidRPr="002143D3" w:rsidRDefault="008173DB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Received $22,000 from DG Empire - Solar Farms as part of their Community Benefit Agreement </w:t>
      </w:r>
    </w:p>
    <w:p w14:paraId="2648399A" w14:textId="625EDC23" w:rsidR="008173DB" w:rsidRPr="008173DB" w:rsidRDefault="005932BC" w:rsidP="008173DB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2026 Compensation Report &amp; Approval</w:t>
      </w:r>
      <w:r w:rsidR="00EB0E0F">
        <w:rPr>
          <w:rFonts w:asciiTheme="majorHAnsi" w:hAnsiTheme="majorHAnsi"/>
          <w:sz w:val="24"/>
          <w:szCs w:val="24"/>
        </w:rPr>
        <w:t xml:space="preserve"> – in packets. Motion to approve.</w:t>
      </w:r>
    </w:p>
    <w:p w14:paraId="0F00A672" w14:textId="6EE4AACA" w:rsidR="00A0403C" w:rsidRPr="002143D3" w:rsidRDefault="00454FA9" w:rsidP="00A77D6D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Insurance</w:t>
      </w:r>
      <w:r w:rsidR="00126854" w:rsidRPr="002143D3">
        <w:rPr>
          <w:rFonts w:asciiTheme="majorHAnsi" w:hAnsiTheme="majorHAnsi"/>
          <w:sz w:val="24"/>
          <w:szCs w:val="24"/>
        </w:rPr>
        <w:t xml:space="preserve"> – </w:t>
      </w:r>
      <w:r w:rsidR="00A77D6D" w:rsidRPr="002143D3">
        <w:rPr>
          <w:rFonts w:asciiTheme="majorHAnsi" w:hAnsiTheme="majorHAnsi"/>
          <w:sz w:val="24"/>
          <w:szCs w:val="24"/>
        </w:rPr>
        <w:t>P</w:t>
      </w:r>
      <w:r w:rsidR="00126854" w:rsidRPr="002143D3">
        <w:rPr>
          <w:rFonts w:asciiTheme="majorHAnsi" w:hAnsiTheme="majorHAnsi"/>
          <w:sz w:val="24"/>
          <w:szCs w:val="24"/>
        </w:rPr>
        <w:t>ermission to</w:t>
      </w:r>
      <w:r w:rsidR="00A77D6D" w:rsidRPr="002143D3">
        <w:rPr>
          <w:rFonts w:asciiTheme="majorHAnsi" w:hAnsiTheme="majorHAnsi"/>
          <w:sz w:val="24"/>
          <w:szCs w:val="24"/>
        </w:rPr>
        <w:t xml:space="preserve"> award contract to Lawrence &amp; Dye/NYMIR</w:t>
      </w:r>
      <w:r w:rsidR="00FE4DB0">
        <w:rPr>
          <w:rFonts w:asciiTheme="majorHAnsi" w:hAnsiTheme="majorHAnsi"/>
          <w:sz w:val="24"/>
          <w:szCs w:val="24"/>
        </w:rPr>
        <w:t>. Due by 2/28/26</w:t>
      </w:r>
      <w:r w:rsidR="00126854" w:rsidRPr="002143D3">
        <w:rPr>
          <w:rFonts w:asciiTheme="majorHAnsi" w:hAnsiTheme="majorHAnsi"/>
          <w:sz w:val="24"/>
          <w:szCs w:val="24"/>
        </w:rPr>
        <w:t xml:space="preserve"> </w:t>
      </w:r>
    </w:p>
    <w:p w14:paraId="4BF43DA8" w14:textId="30298E61" w:rsidR="004561B5" w:rsidRDefault="004561B5" w:rsidP="00A0403C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Highway Department Report and Agreements.</w:t>
      </w:r>
      <w:r w:rsidR="00FE4DB0">
        <w:rPr>
          <w:rFonts w:asciiTheme="majorHAnsi" w:hAnsiTheme="majorHAnsi"/>
          <w:sz w:val="24"/>
          <w:szCs w:val="24"/>
        </w:rPr>
        <w:t xml:space="preserve"> Included in Packets</w:t>
      </w:r>
    </w:p>
    <w:p w14:paraId="1EF5CA75" w14:textId="71F9B778" w:rsidR="001847A9" w:rsidRPr="002143D3" w:rsidRDefault="001847A9" w:rsidP="001847A9">
      <w:pPr>
        <w:pStyle w:val="ListNumber"/>
        <w:numPr>
          <w:ilvl w:val="0"/>
          <w:numId w:val="20"/>
        </w:numPr>
      </w:pPr>
      <w:r>
        <w:t>Agreement to Spend Town Highway Funds in 2026 included in 2026 Town Budget (Mixture of CHIPS funding &amp; Town funding). Motion to approve:</w:t>
      </w:r>
    </w:p>
    <w:p w14:paraId="5DB136F9" w14:textId="046BAF6B" w:rsidR="00DD135E" w:rsidRDefault="005932BC" w:rsidP="00DD135E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Salt Storage Shed</w:t>
      </w:r>
      <w:r w:rsidR="002D4B0D">
        <w:rPr>
          <w:rFonts w:asciiTheme="majorHAnsi" w:hAnsiTheme="majorHAnsi"/>
          <w:sz w:val="24"/>
          <w:szCs w:val="24"/>
        </w:rPr>
        <w:t xml:space="preserve">: Need to establish </w:t>
      </w:r>
      <w:r w:rsidR="004F4C96">
        <w:rPr>
          <w:rFonts w:asciiTheme="majorHAnsi" w:hAnsiTheme="majorHAnsi"/>
          <w:sz w:val="24"/>
          <w:szCs w:val="24"/>
        </w:rPr>
        <w:t>Capital</w:t>
      </w:r>
      <w:r w:rsidR="002D4B0D">
        <w:rPr>
          <w:rFonts w:asciiTheme="majorHAnsi" w:hAnsiTheme="majorHAnsi"/>
          <w:sz w:val="24"/>
          <w:szCs w:val="24"/>
        </w:rPr>
        <w:t xml:space="preserve"> Project and Resolution to establish using Fund Balance</w:t>
      </w:r>
      <w:r w:rsidR="002E2E88" w:rsidRPr="002143D3">
        <w:rPr>
          <w:rFonts w:asciiTheme="majorHAnsi" w:hAnsiTheme="majorHAnsi"/>
          <w:sz w:val="24"/>
          <w:szCs w:val="24"/>
        </w:rPr>
        <w:t xml:space="preserve"> (W. Weaver/G. Kelly)</w:t>
      </w:r>
      <w:r w:rsidR="009B3937">
        <w:rPr>
          <w:rFonts w:asciiTheme="majorHAnsi" w:hAnsiTheme="majorHAnsi"/>
          <w:sz w:val="24"/>
          <w:szCs w:val="24"/>
        </w:rPr>
        <w:t>. Contact with Hybrid Building Solutions, Village confirmed $20,000 contribution</w:t>
      </w:r>
    </w:p>
    <w:p w14:paraId="0510FABE" w14:textId="77777777" w:rsidR="00DD135E" w:rsidRDefault="00DD135E" w:rsidP="00DD135E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Establishing Capital Project H5112 SALT STORAGE FACILITY</w:t>
      </w:r>
    </w:p>
    <w:p w14:paraId="56B70577" w14:textId="77777777" w:rsidR="00DD135E" w:rsidRPr="00DD135E" w:rsidRDefault="00DD135E" w:rsidP="00DD135E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4D7AB7DF" w14:textId="6726D8F0" w:rsidR="00D87884" w:rsidRPr="00DD135E" w:rsidRDefault="002D4B0D" w:rsidP="00DD135E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MOTION to approve RESOLUTION </w:t>
      </w:r>
      <w:r w:rsidR="00340254">
        <w:rPr>
          <w:rFonts w:asciiTheme="majorHAnsi" w:hAnsiTheme="majorHAnsi"/>
          <w:sz w:val="24"/>
          <w:szCs w:val="24"/>
        </w:rPr>
        <w:t>2</w:t>
      </w:r>
      <w:r>
        <w:rPr>
          <w:rFonts w:asciiTheme="majorHAnsi" w:hAnsiTheme="majorHAnsi"/>
          <w:sz w:val="24"/>
          <w:szCs w:val="24"/>
        </w:rPr>
        <w:t>-2026</w:t>
      </w:r>
      <w:r w:rsidR="006E4D20">
        <w:rPr>
          <w:rFonts w:asciiTheme="majorHAnsi" w:hAnsiTheme="majorHAnsi"/>
          <w:sz w:val="24"/>
          <w:szCs w:val="24"/>
        </w:rPr>
        <w:t xml:space="preserve"> authorizing the use of $500,000 from </w:t>
      </w:r>
      <w:r w:rsidR="004F4C96">
        <w:rPr>
          <w:rFonts w:asciiTheme="majorHAnsi" w:hAnsiTheme="majorHAnsi"/>
          <w:sz w:val="24"/>
          <w:szCs w:val="24"/>
        </w:rPr>
        <w:t>unassigned</w:t>
      </w:r>
      <w:r w:rsidR="006E4D20">
        <w:rPr>
          <w:rFonts w:asciiTheme="majorHAnsi" w:hAnsiTheme="majorHAnsi"/>
          <w:sz w:val="24"/>
          <w:szCs w:val="24"/>
        </w:rPr>
        <w:t xml:space="preserve"> Town Fund Balance towards the construction of Salt Storage Shed.</w:t>
      </w:r>
    </w:p>
    <w:p w14:paraId="74648AFC" w14:textId="232A189E" w:rsidR="00EB0E0F" w:rsidRPr="002143D3" w:rsidRDefault="00EB0E0F" w:rsidP="002D4B0D">
      <w:pPr>
        <w:pStyle w:val="ListNumber"/>
        <w:numPr>
          <w:ilvl w:val="0"/>
          <w:numId w:val="0"/>
        </w:numPr>
        <w:ind w:left="360" w:hanging="360"/>
        <w:rPr>
          <w:rFonts w:asciiTheme="majorHAnsi" w:hAnsiTheme="majorHAnsi"/>
          <w:sz w:val="24"/>
          <w:szCs w:val="24"/>
        </w:rPr>
      </w:pPr>
    </w:p>
    <w:p w14:paraId="637B6441" w14:textId="1646C8C2" w:rsidR="002E2E88" w:rsidRPr="002143D3" w:rsidRDefault="002E2E88" w:rsidP="005932BC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Sewage Treatment Plant Update (B. Jones)</w:t>
      </w:r>
    </w:p>
    <w:p w14:paraId="75290E2E" w14:textId="57B615E1" w:rsidR="002E2E88" w:rsidRDefault="002E2E88" w:rsidP="005932BC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Cemetery Rules</w:t>
      </w:r>
      <w:r w:rsidR="009B3937">
        <w:rPr>
          <w:rFonts w:asciiTheme="majorHAnsi" w:hAnsiTheme="majorHAnsi"/>
          <w:sz w:val="24"/>
          <w:szCs w:val="24"/>
        </w:rPr>
        <w:t xml:space="preserve"> &amp; Signage (J. Metatos)</w:t>
      </w:r>
    </w:p>
    <w:p w14:paraId="31521DEA" w14:textId="7F2D8BC6" w:rsidR="005844CA" w:rsidRDefault="005844CA" w:rsidP="005932BC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Pickleball and Tennis Court Project</w:t>
      </w:r>
    </w:p>
    <w:p w14:paraId="7FC05A68" w14:textId="6FDF4C23" w:rsidR="005844CA" w:rsidRDefault="005844CA" w:rsidP="005932BC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Water Transmission Line – East End of Village</w:t>
      </w:r>
    </w:p>
    <w:p w14:paraId="2B647EFB" w14:textId="1E078053" w:rsidR="008173DB" w:rsidRDefault="008173DB" w:rsidP="005932BC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Permission to get quotes to update computers in Town Offices</w:t>
      </w:r>
      <w:r w:rsidR="006E4D20">
        <w:rPr>
          <w:rFonts w:asciiTheme="majorHAnsi" w:hAnsiTheme="majorHAnsi"/>
          <w:sz w:val="24"/>
          <w:szCs w:val="24"/>
        </w:rPr>
        <w:t xml:space="preserve"> to meet minimum NYS </w:t>
      </w:r>
      <w:r w:rsidR="004F4C96">
        <w:rPr>
          <w:rFonts w:asciiTheme="majorHAnsi" w:hAnsiTheme="majorHAnsi"/>
          <w:sz w:val="24"/>
          <w:szCs w:val="24"/>
        </w:rPr>
        <w:t>requirements</w:t>
      </w:r>
      <w:r w:rsidR="006E4D20">
        <w:rPr>
          <w:rFonts w:asciiTheme="majorHAnsi" w:hAnsiTheme="majorHAnsi"/>
          <w:sz w:val="24"/>
          <w:szCs w:val="24"/>
        </w:rPr>
        <w:t xml:space="preserve"> for security</w:t>
      </w:r>
      <w:r w:rsidR="00340254">
        <w:rPr>
          <w:rFonts w:asciiTheme="majorHAnsi" w:hAnsiTheme="majorHAnsi"/>
          <w:sz w:val="24"/>
          <w:szCs w:val="24"/>
        </w:rPr>
        <w:t>. Currently out of date, need to be brought up to at least Windows 11 per NYS to meet security standards.</w:t>
      </w:r>
    </w:p>
    <w:p w14:paraId="19F851BC" w14:textId="7FE6C708" w:rsidR="00D87884" w:rsidRDefault="00D87884" w:rsidP="005932BC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Catherine Schyler Chaper D.A.R. Monument: Update and renderings. </w:t>
      </w:r>
    </w:p>
    <w:p w14:paraId="2ADB5C8C" w14:textId="57842263" w:rsidR="005844CA" w:rsidRDefault="005932BC" w:rsidP="005844CA">
      <w:pPr>
        <w:pStyle w:val="ListNumber"/>
      </w:pPr>
      <w:r w:rsidRPr="009B3937">
        <w:t>America’s 250</w:t>
      </w:r>
      <w:r w:rsidRPr="009B3937">
        <w:rPr>
          <w:vertAlign w:val="superscript"/>
        </w:rPr>
        <w:t>th</w:t>
      </w:r>
      <w:r w:rsidRPr="009B3937">
        <w:t xml:space="preserve"> Birthday updat</w:t>
      </w:r>
      <w:r w:rsidR="008173DB">
        <w:t>e</w:t>
      </w:r>
      <w:r w:rsidR="00872A07">
        <w:tab/>
      </w:r>
    </w:p>
    <w:p w14:paraId="6C8680FB" w14:textId="710B9C0E" w:rsidR="006E4D20" w:rsidRPr="008173DB" w:rsidRDefault="006E4D20" w:rsidP="008173DB">
      <w:pPr>
        <w:pStyle w:val="ListNumber"/>
      </w:pPr>
      <w:r>
        <w:t>Motion to approve hiring Candy Mitchell as cleaner.</w:t>
      </w:r>
    </w:p>
    <w:p w14:paraId="69BC21A2" w14:textId="3C43C4EF" w:rsidR="00454FA9" w:rsidRDefault="004561B5" w:rsidP="006E4D20">
      <w:pPr>
        <w:pStyle w:val="ListNumber"/>
      </w:pPr>
      <w:r w:rsidRPr="008173DB">
        <w:t>Miscellaneous Business.</w:t>
      </w:r>
      <w:r w:rsidR="008173DB">
        <w:tab/>
      </w:r>
    </w:p>
    <w:p w14:paraId="2F014D92" w14:textId="266EA440" w:rsidR="002911CA" w:rsidRDefault="002911CA" w:rsidP="002911CA">
      <w:pPr>
        <w:pStyle w:val="ListNumber"/>
        <w:numPr>
          <w:ilvl w:val="1"/>
          <w:numId w:val="5"/>
        </w:numPr>
      </w:pPr>
      <w:r>
        <w:t>Grange Building</w:t>
      </w:r>
    </w:p>
    <w:p w14:paraId="17C8D403" w14:textId="325CF898" w:rsidR="002911CA" w:rsidRDefault="002911CA" w:rsidP="002911CA">
      <w:pPr>
        <w:pStyle w:val="ListNumber"/>
        <w:numPr>
          <w:ilvl w:val="2"/>
          <w:numId w:val="5"/>
        </w:numPr>
      </w:pPr>
      <w:r>
        <w:t>Approve Rentals (Pam Allhouse – 5/3; C Prentice 4/11)</w:t>
      </w:r>
    </w:p>
    <w:p w14:paraId="4E08EB07" w14:textId="0E8A1459" w:rsidR="00D87884" w:rsidRDefault="006E4D20" w:rsidP="002911CA">
      <w:pPr>
        <w:pStyle w:val="ListNumber"/>
        <w:numPr>
          <w:ilvl w:val="2"/>
          <w:numId w:val="5"/>
        </w:numPr>
      </w:pPr>
      <w:r>
        <w:t>Ac</w:t>
      </w:r>
      <w:r w:rsidR="002911CA">
        <w:t>o</w:t>
      </w:r>
      <w:r>
        <w:t xml:space="preserve">ustics </w:t>
      </w:r>
    </w:p>
    <w:p w14:paraId="311C65A8" w14:textId="2D75E366" w:rsidR="006E4D20" w:rsidRDefault="00D87884" w:rsidP="002911CA">
      <w:pPr>
        <w:pStyle w:val="ListNumber"/>
        <w:numPr>
          <w:ilvl w:val="2"/>
          <w:numId w:val="5"/>
        </w:numPr>
      </w:pPr>
      <w:r>
        <w:t xml:space="preserve">Bathroom </w:t>
      </w:r>
      <w:r w:rsidR="006E4D20">
        <w:t>Floors</w:t>
      </w:r>
    </w:p>
    <w:p w14:paraId="5E67A162" w14:textId="7342DA7E" w:rsidR="002911CA" w:rsidRDefault="002911CA" w:rsidP="002911CA">
      <w:pPr>
        <w:pStyle w:val="ListNumber"/>
        <w:numPr>
          <w:ilvl w:val="2"/>
          <w:numId w:val="5"/>
        </w:numPr>
      </w:pPr>
      <w:r>
        <w:t>Excess Building materials</w:t>
      </w:r>
    </w:p>
    <w:p w14:paraId="70EF3184" w14:textId="4B2E0AD9" w:rsidR="00FE4DB0" w:rsidRDefault="004F4C96" w:rsidP="004F4C96">
      <w:pPr>
        <w:pStyle w:val="ListNumber"/>
        <w:numPr>
          <w:ilvl w:val="1"/>
          <w:numId w:val="5"/>
        </w:numPr>
      </w:pPr>
      <w:r>
        <w:t xml:space="preserve">USDA invasive Fruit Flies study and </w:t>
      </w:r>
      <w:r w:rsidR="00340254">
        <w:t>traps</w:t>
      </w:r>
    </w:p>
    <w:p w14:paraId="3F6EDB44" w14:textId="77777777" w:rsidR="006E4D20" w:rsidRPr="008173DB" w:rsidRDefault="006E4D20" w:rsidP="006E4D20">
      <w:pPr>
        <w:pStyle w:val="ListNumber"/>
        <w:numPr>
          <w:ilvl w:val="0"/>
          <w:numId w:val="0"/>
        </w:numPr>
        <w:ind w:left="1800"/>
      </w:pPr>
    </w:p>
    <w:p w14:paraId="2EC1F9D5" w14:textId="544B49E0" w:rsidR="00454FA9" w:rsidRDefault="00454FA9" w:rsidP="00454FA9">
      <w:pPr>
        <w:pStyle w:val="ListNumber"/>
        <w:rPr>
          <w:rFonts w:asciiTheme="majorHAnsi" w:hAnsiTheme="majorHAnsi"/>
          <w:sz w:val="24"/>
          <w:szCs w:val="24"/>
        </w:rPr>
      </w:pPr>
      <w:r w:rsidRPr="002143D3">
        <w:rPr>
          <w:rFonts w:asciiTheme="majorHAnsi" w:hAnsiTheme="majorHAnsi"/>
          <w:sz w:val="24"/>
          <w:szCs w:val="24"/>
        </w:rPr>
        <w:t>Audience</w:t>
      </w:r>
    </w:p>
    <w:p w14:paraId="6448D2F3" w14:textId="7CAEC6E7" w:rsidR="003B75ED" w:rsidRDefault="003B75ED" w:rsidP="00454FA9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Motion to enter</w:t>
      </w:r>
      <w:r w:rsidR="00CA733B">
        <w:rPr>
          <w:rFonts w:asciiTheme="majorHAnsi" w:hAnsiTheme="majorHAnsi"/>
          <w:sz w:val="24"/>
          <w:szCs w:val="24"/>
        </w:rPr>
        <w:t xml:space="preserve"> into Executive Session to discuss items related to the Taylor Law</w:t>
      </w:r>
    </w:p>
    <w:p w14:paraId="35D180A5" w14:textId="608F3636" w:rsidR="00CA733B" w:rsidRDefault="00CA733B" w:rsidP="00454FA9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Motion to exit Executive Session</w:t>
      </w:r>
    </w:p>
    <w:p w14:paraId="32D8443E" w14:textId="5A5E72BE" w:rsidR="00340254" w:rsidRDefault="00340254" w:rsidP="00454FA9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Meeting adjourned.</w:t>
      </w:r>
    </w:p>
    <w:p w14:paraId="5AB6590A" w14:textId="77777777" w:rsidR="00340254" w:rsidRDefault="00340254" w:rsidP="00340254">
      <w:pPr>
        <w:pStyle w:val="ListNumber"/>
        <w:numPr>
          <w:ilvl w:val="0"/>
          <w:numId w:val="0"/>
        </w:numPr>
        <w:ind w:left="360"/>
        <w:rPr>
          <w:rFonts w:asciiTheme="majorHAnsi" w:hAnsiTheme="majorHAnsi"/>
          <w:sz w:val="24"/>
          <w:szCs w:val="24"/>
        </w:rPr>
      </w:pPr>
    </w:p>
    <w:p w14:paraId="50552AAA" w14:textId="77777777" w:rsidR="00340254" w:rsidRDefault="00340254" w:rsidP="00340254">
      <w:pPr>
        <w:pStyle w:val="ListNumber"/>
        <w:numPr>
          <w:ilvl w:val="0"/>
          <w:numId w:val="0"/>
        </w:numPr>
        <w:ind w:left="360"/>
        <w:rPr>
          <w:rFonts w:asciiTheme="majorHAnsi" w:hAnsiTheme="majorHAnsi"/>
          <w:sz w:val="24"/>
          <w:szCs w:val="24"/>
        </w:rPr>
      </w:pPr>
    </w:p>
    <w:p w14:paraId="7061AA57" w14:textId="77777777" w:rsidR="00340254" w:rsidRDefault="00340254" w:rsidP="00340254">
      <w:pPr>
        <w:pStyle w:val="ListNumber"/>
        <w:numPr>
          <w:ilvl w:val="0"/>
          <w:numId w:val="0"/>
        </w:numPr>
        <w:ind w:left="360"/>
        <w:rPr>
          <w:rFonts w:asciiTheme="majorHAnsi" w:hAnsiTheme="majorHAnsi"/>
          <w:sz w:val="24"/>
          <w:szCs w:val="24"/>
        </w:rPr>
      </w:pPr>
    </w:p>
    <w:p w14:paraId="7A843FD8" w14:textId="77777777" w:rsidR="00340254" w:rsidRDefault="00340254" w:rsidP="00340254">
      <w:pPr>
        <w:pStyle w:val="ListNumber"/>
        <w:numPr>
          <w:ilvl w:val="0"/>
          <w:numId w:val="0"/>
        </w:numPr>
        <w:ind w:left="360"/>
        <w:rPr>
          <w:rFonts w:asciiTheme="majorHAnsi" w:hAnsiTheme="majorHAnsi"/>
          <w:sz w:val="24"/>
          <w:szCs w:val="24"/>
        </w:rPr>
      </w:pPr>
    </w:p>
    <w:p w14:paraId="0BCBB6C9" w14:textId="1A88C152" w:rsidR="00340254" w:rsidRDefault="00340254" w:rsidP="00340254">
      <w:pPr>
        <w:pStyle w:val="ListNumber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Next Regularly Scheduled meeting will be held on Monday, March 9 at 7 P.M.</w:t>
      </w:r>
    </w:p>
    <w:p w14:paraId="165BF03D" w14:textId="77777777" w:rsidR="00785900" w:rsidRDefault="00785900" w:rsidP="00785900">
      <w:pPr>
        <w:pStyle w:val="ListNumber"/>
        <w:numPr>
          <w:ilvl w:val="0"/>
          <w:numId w:val="0"/>
        </w:numPr>
        <w:ind w:left="360"/>
        <w:rPr>
          <w:rFonts w:asciiTheme="majorHAnsi" w:hAnsiTheme="majorHAnsi"/>
          <w:sz w:val="24"/>
          <w:szCs w:val="24"/>
        </w:rPr>
      </w:pPr>
    </w:p>
    <w:p w14:paraId="11E373E2" w14:textId="77777777" w:rsidR="00DD135E" w:rsidRDefault="00DD135E" w:rsidP="00785900">
      <w:pPr>
        <w:pStyle w:val="ListNumber"/>
        <w:numPr>
          <w:ilvl w:val="0"/>
          <w:numId w:val="0"/>
        </w:numPr>
        <w:ind w:left="360"/>
        <w:rPr>
          <w:rFonts w:asciiTheme="majorHAnsi" w:hAnsiTheme="majorHAnsi"/>
          <w:sz w:val="24"/>
          <w:szCs w:val="24"/>
        </w:rPr>
      </w:pPr>
    </w:p>
    <w:p w14:paraId="2CECCAF3" w14:textId="77777777" w:rsidR="00DD135E" w:rsidRDefault="00DD135E" w:rsidP="00785900">
      <w:pPr>
        <w:pStyle w:val="ListNumber"/>
        <w:numPr>
          <w:ilvl w:val="0"/>
          <w:numId w:val="0"/>
        </w:numPr>
        <w:ind w:left="360"/>
        <w:rPr>
          <w:rFonts w:asciiTheme="majorHAnsi" w:hAnsiTheme="majorHAnsi"/>
          <w:sz w:val="24"/>
          <w:szCs w:val="24"/>
        </w:rPr>
      </w:pPr>
    </w:p>
    <w:p w14:paraId="194F5C3F" w14:textId="77777777" w:rsidR="00DD135E" w:rsidRDefault="00DD135E" w:rsidP="00785900">
      <w:pPr>
        <w:pStyle w:val="ListNumber"/>
        <w:numPr>
          <w:ilvl w:val="0"/>
          <w:numId w:val="0"/>
        </w:numPr>
        <w:ind w:left="360"/>
        <w:rPr>
          <w:rFonts w:asciiTheme="majorHAnsi" w:hAnsiTheme="majorHAnsi"/>
          <w:sz w:val="24"/>
          <w:szCs w:val="24"/>
        </w:rPr>
      </w:pPr>
    </w:p>
    <w:p w14:paraId="56098DD6" w14:textId="77777777" w:rsidR="00DD135E" w:rsidRDefault="00DD135E" w:rsidP="00785900">
      <w:pPr>
        <w:pStyle w:val="ListNumber"/>
        <w:numPr>
          <w:ilvl w:val="0"/>
          <w:numId w:val="0"/>
        </w:numPr>
        <w:ind w:left="360"/>
        <w:rPr>
          <w:rFonts w:asciiTheme="majorHAnsi" w:hAnsiTheme="majorHAnsi"/>
          <w:sz w:val="24"/>
          <w:szCs w:val="24"/>
        </w:rPr>
      </w:pPr>
    </w:p>
    <w:p w14:paraId="567C1483" w14:textId="77777777" w:rsidR="00DD135E" w:rsidRDefault="00DD135E" w:rsidP="00785900">
      <w:pPr>
        <w:pStyle w:val="ListNumber"/>
        <w:numPr>
          <w:ilvl w:val="0"/>
          <w:numId w:val="0"/>
        </w:numPr>
        <w:ind w:left="360"/>
        <w:rPr>
          <w:rFonts w:asciiTheme="majorHAnsi" w:hAnsiTheme="majorHAnsi"/>
          <w:sz w:val="24"/>
          <w:szCs w:val="24"/>
        </w:rPr>
      </w:pPr>
    </w:p>
    <w:p w14:paraId="695864F3" w14:textId="77777777" w:rsidR="00DD135E" w:rsidRDefault="00DD135E" w:rsidP="00DD135E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62C1EC1E" w14:textId="323738EA" w:rsidR="00DD135E" w:rsidRPr="00DD135E" w:rsidRDefault="00DD135E" w:rsidP="00785900">
      <w:pPr>
        <w:pStyle w:val="ListNumber"/>
        <w:numPr>
          <w:ilvl w:val="0"/>
          <w:numId w:val="0"/>
        </w:numPr>
        <w:ind w:left="360"/>
        <w:rPr>
          <w:rFonts w:asciiTheme="majorHAnsi" w:hAnsiTheme="majorHAnsi"/>
          <w:sz w:val="20"/>
          <w:szCs w:val="20"/>
        </w:rPr>
      </w:pPr>
      <w:r w:rsidRPr="00DD135E">
        <w:rPr>
          <w:rFonts w:asciiTheme="majorHAnsi" w:hAnsiTheme="majorHAnsi"/>
          <w:sz w:val="20"/>
          <w:szCs w:val="20"/>
        </w:rPr>
        <w:t>P</w:t>
      </w:r>
      <w:r>
        <w:rPr>
          <w:rFonts w:asciiTheme="majorHAnsi" w:hAnsiTheme="majorHAnsi"/>
          <w:sz w:val="20"/>
          <w:szCs w:val="20"/>
        </w:rPr>
        <w:t>LC</w:t>
      </w:r>
    </w:p>
    <w:p w14:paraId="6FBDF099" w14:textId="0DDFA03A" w:rsidR="00DD135E" w:rsidRPr="002143D3" w:rsidRDefault="00DD135E" w:rsidP="00785900">
      <w:pPr>
        <w:pStyle w:val="ListNumber"/>
        <w:numPr>
          <w:ilvl w:val="0"/>
          <w:numId w:val="0"/>
        </w:numPr>
        <w:ind w:left="360"/>
        <w:rPr>
          <w:rFonts w:asciiTheme="majorHAnsi" w:hAnsiTheme="majorHAnsi"/>
          <w:sz w:val="24"/>
          <w:szCs w:val="24"/>
        </w:rPr>
      </w:pPr>
      <w:r w:rsidRPr="00DD135E">
        <w:rPr>
          <w:rFonts w:asciiTheme="majorHAnsi" w:hAnsiTheme="majorHAnsi"/>
          <w:sz w:val="20"/>
          <w:szCs w:val="20"/>
        </w:rPr>
        <w:t>2/6/26</w:t>
      </w:r>
    </w:p>
    <w:sectPr w:rsidR="00DD135E" w:rsidRPr="002143D3" w:rsidSect="00DD3E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3B233" w14:textId="77777777" w:rsidR="00D73101" w:rsidRDefault="00D73101" w:rsidP="00100D3E">
      <w:pPr>
        <w:spacing w:after="0" w:line="240" w:lineRule="auto"/>
      </w:pPr>
      <w:r>
        <w:separator/>
      </w:r>
    </w:p>
  </w:endnote>
  <w:endnote w:type="continuationSeparator" w:id="0">
    <w:p w14:paraId="187EFBED" w14:textId="77777777" w:rsidR="00D73101" w:rsidRDefault="00D73101" w:rsidP="00100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47E6D" w14:textId="77777777" w:rsidR="00100D3E" w:rsidRDefault="00100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239D3" w14:textId="77777777" w:rsidR="00100D3E" w:rsidRDefault="00100D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4901" w14:textId="77777777" w:rsidR="00100D3E" w:rsidRDefault="00100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9BF6A" w14:textId="77777777" w:rsidR="00D73101" w:rsidRDefault="00D73101" w:rsidP="00100D3E">
      <w:pPr>
        <w:spacing w:after="0" w:line="240" w:lineRule="auto"/>
      </w:pPr>
      <w:r>
        <w:separator/>
      </w:r>
    </w:p>
  </w:footnote>
  <w:footnote w:type="continuationSeparator" w:id="0">
    <w:p w14:paraId="56DC7568" w14:textId="77777777" w:rsidR="00D73101" w:rsidRDefault="00D73101" w:rsidP="00100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1D68" w14:textId="77777777" w:rsidR="00100D3E" w:rsidRDefault="00100D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BE827" w14:textId="77777777" w:rsidR="00100D3E" w:rsidRDefault="00100D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97101" w14:textId="77777777" w:rsidR="00100D3E" w:rsidRDefault="00100D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2C4B2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4561B2"/>
    <w:multiLevelType w:val="hybridMultilevel"/>
    <w:tmpl w:val="871CE4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0E28E5"/>
    <w:multiLevelType w:val="hybridMultilevel"/>
    <w:tmpl w:val="23189F3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3D52B8"/>
    <w:multiLevelType w:val="multilevel"/>
    <w:tmpl w:val="EA38154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lowerLetter"/>
      <w:lvlText w:val="%4)"/>
      <w:lvlJc w:val="left"/>
      <w:pPr>
        <w:ind w:left="324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7D1480"/>
    <w:multiLevelType w:val="hybridMultilevel"/>
    <w:tmpl w:val="F7E0D43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4577B0"/>
    <w:multiLevelType w:val="hybridMultilevel"/>
    <w:tmpl w:val="E2264A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31D1AA1"/>
    <w:multiLevelType w:val="hybridMultilevel"/>
    <w:tmpl w:val="930250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5B10F74"/>
    <w:multiLevelType w:val="hybridMultilevel"/>
    <w:tmpl w:val="FA6CAB0A"/>
    <w:lvl w:ilvl="0" w:tplc="9064CA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96231F4"/>
    <w:multiLevelType w:val="hybridMultilevel"/>
    <w:tmpl w:val="881C2B8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5989514">
    <w:abstractNumId w:val="8"/>
  </w:num>
  <w:num w:numId="2" w16cid:durableId="537352088">
    <w:abstractNumId w:val="6"/>
  </w:num>
  <w:num w:numId="3" w16cid:durableId="1256937007">
    <w:abstractNumId w:val="5"/>
  </w:num>
  <w:num w:numId="4" w16cid:durableId="927733830">
    <w:abstractNumId w:val="4"/>
  </w:num>
  <w:num w:numId="5" w16cid:durableId="1591041562">
    <w:abstractNumId w:val="11"/>
  </w:num>
  <w:num w:numId="6" w16cid:durableId="639113387">
    <w:abstractNumId w:val="3"/>
  </w:num>
  <w:num w:numId="7" w16cid:durableId="1348408082">
    <w:abstractNumId w:val="2"/>
  </w:num>
  <w:num w:numId="8" w16cid:durableId="1167593644">
    <w:abstractNumId w:val="1"/>
  </w:num>
  <w:num w:numId="9" w16cid:durableId="1294289679">
    <w:abstractNumId w:val="0"/>
  </w:num>
  <w:num w:numId="10" w16cid:durableId="2135324957">
    <w:abstractNumId w:val="11"/>
    <w:lvlOverride w:ilvl="0">
      <w:startOverride w:val="1"/>
    </w:lvlOverride>
  </w:num>
  <w:num w:numId="11" w16cid:durableId="502210406">
    <w:abstractNumId w:val="16"/>
  </w:num>
  <w:num w:numId="12" w16cid:durableId="2032954894">
    <w:abstractNumId w:val="15"/>
  </w:num>
  <w:num w:numId="13" w16cid:durableId="921256700">
    <w:abstractNumId w:val="11"/>
  </w:num>
  <w:num w:numId="14" w16cid:durableId="754858030">
    <w:abstractNumId w:val="12"/>
  </w:num>
  <w:num w:numId="15" w16cid:durableId="1056929608">
    <w:abstractNumId w:val="14"/>
  </w:num>
  <w:num w:numId="16" w16cid:durableId="1537885955">
    <w:abstractNumId w:val="9"/>
  </w:num>
  <w:num w:numId="17" w16cid:durableId="716050539">
    <w:abstractNumId w:val="7"/>
  </w:num>
  <w:num w:numId="18" w16cid:durableId="850291674">
    <w:abstractNumId w:val="13"/>
  </w:num>
  <w:num w:numId="19" w16cid:durableId="1152327353">
    <w:abstractNumId w:val="7"/>
  </w:num>
  <w:num w:numId="20" w16cid:durableId="10335797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75F"/>
    <w:rsid w:val="0006063C"/>
    <w:rsid w:val="00100D3E"/>
    <w:rsid w:val="001062AB"/>
    <w:rsid w:val="00121C78"/>
    <w:rsid w:val="00126854"/>
    <w:rsid w:val="0015074B"/>
    <w:rsid w:val="0018194F"/>
    <w:rsid w:val="001847A9"/>
    <w:rsid w:val="0021275C"/>
    <w:rsid w:val="002143D3"/>
    <w:rsid w:val="002911CA"/>
    <w:rsid w:val="0029639D"/>
    <w:rsid w:val="002D4B0D"/>
    <w:rsid w:val="002E2E88"/>
    <w:rsid w:val="002F64A3"/>
    <w:rsid w:val="00326F90"/>
    <w:rsid w:val="00340254"/>
    <w:rsid w:val="00360797"/>
    <w:rsid w:val="00365CFB"/>
    <w:rsid w:val="003B75ED"/>
    <w:rsid w:val="00454FA9"/>
    <w:rsid w:val="004559B4"/>
    <w:rsid w:val="004561B5"/>
    <w:rsid w:val="00475EC8"/>
    <w:rsid w:val="004F4C96"/>
    <w:rsid w:val="005844CA"/>
    <w:rsid w:val="005932BC"/>
    <w:rsid w:val="006E4D20"/>
    <w:rsid w:val="00785900"/>
    <w:rsid w:val="00802DE8"/>
    <w:rsid w:val="008173DB"/>
    <w:rsid w:val="00872A07"/>
    <w:rsid w:val="009A78CD"/>
    <w:rsid w:val="009B3937"/>
    <w:rsid w:val="009D1E7B"/>
    <w:rsid w:val="00A0403C"/>
    <w:rsid w:val="00A0581D"/>
    <w:rsid w:val="00A77D6D"/>
    <w:rsid w:val="00AA1D8D"/>
    <w:rsid w:val="00B47730"/>
    <w:rsid w:val="00C43A19"/>
    <w:rsid w:val="00C93B15"/>
    <w:rsid w:val="00CA733B"/>
    <w:rsid w:val="00CB0664"/>
    <w:rsid w:val="00D42AD2"/>
    <w:rsid w:val="00D73101"/>
    <w:rsid w:val="00D87884"/>
    <w:rsid w:val="00DD135E"/>
    <w:rsid w:val="00DD3E22"/>
    <w:rsid w:val="00E91B5B"/>
    <w:rsid w:val="00EB0E0F"/>
    <w:rsid w:val="00F411CE"/>
    <w:rsid w:val="00F51D18"/>
    <w:rsid w:val="00FC693F"/>
    <w:rsid w:val="00FE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B67B46"/>
  <w14:defaultImageDpi w14:val="300"/>
  <w15:docId w15:val="{7E55AB43-8401-8343-A733-9386DE63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56082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E9713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atown clark</cp:lastModifiedBy>
  <cp:revision>43</cp:revision>
  <cp:lastPrinted>2026-02-07T17:33:00Z</cp:lastPrinted>
  <dcterms:created xsi:type="dcterms:W3CDTF">2026-02-05T17:20:00Z</dcterms:created>
  <dcterms:modified xsi:type="dcterms:W3CDTF">2026-02-07T17:34:00Z</dcterms:modified>
  <cp:category/>
</cp:coreProperties>
</file>