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AD50C" w14:textId="4D763114" w:rsidR="004561B5" w:rsidRDefault="004561B5" w:rsidP="004561B5">
      <w:pPr>
        <w:pStyle w:val="Heading1"/>
        <w:jc w:val="center"/>
        <w:rPr>
          <w:sz w:val="40"/>
          <w:szCs w:val="40"/>
          <w:u w:val="single"/>
        </w:rPr>
      </w:pPr>
      <w:r w:rsidRPr="00A200B2">
        <w:rPr>
          <w:sz w:val="40"/>
          <w:szCs w:val="40"/>
          <w:u w:val="single"/>
        </w:rPr>
        <w:t>AGENDA FOR ANGELICA TOWN BOARD MEETING</w:t>
      </w:r>
      <w:r w:rsidR="009A78CD" w:rsidRPr="00A200B2">
        <w:rPr>
          <w:sz w:val="40"/>
          <w:szCs w:val="40"/>
          <w:u w:val="single"/>
        </w:rPr>
        <w:t xml:space="preserve"> </w:t>
      </w:r>
      <w:r w:rsidR="0082579D">
        <w:rPr>
          <w:sz w:val="40"/>
          <w:szCs w:val="40"/>
          <w:u w:val="single"/>
        </w:rPr>
        <w:t xml:space="preserve">March </w:t>
      </w:r>
      <w:r w:rsidR="009A78CD" w:rsidRPr="00A200B2">
        <w:rPr>
          <w:sz w:val="40"/>
          <w:szCs w:val="40"/>
          <w:u w:val="single"/>
        </w:rPr>
        <w:t>9</w:t>
      </w:r>
      <w:r w:rsidRPr="00A200B2">
        <w:rPr>
          <w:sz w:val="40"/>
          <w:szCs w:val="40"/>
          <w:u w:val="single"/>
        </w:rPr>
        <w:t>, 202</w:t>
      </w:r>
      <w:r w:rsidR="00454FA9" w:rsidRPr="00A200B2">
        <w:rPr>
          <w:sz w:val="40"/>
          <w:szCs w:val="40"/>
          <w:u w:val="single"/>
        </w:rPr>
        <w:t>6</w:t>
      </w:r>
    </w:p>
    <w:p w14:paraId="1C8735CE" w14:textId="77777777" w:rsidR="00EC1ACB" w:rsidRPr="00EC1ACB" w:rsidRDefault="00EC1ACB" w:rsidP="00EC1ACB"/>
    <w:p w14:paraId="0E61039D" w14:textId="2B9ACBA9" w:rsidR="00DD3E22" w:rsidRPr="009B3937" w:rsidRDefault="009B3937" w:rsidP="009B3937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Call to Order and Pledge of Allegiance</w:t>
      </w:r>
    </w:p>
    <w:p w14:paraId="766C1355" w14:textId="5779A410" w:rsidR="004561B5" w:rsidRPr="002143D3" w:rsidRDefault="004561B5" w:rsidP="00DD3E22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Approval of Minutes of Previous Meeting.</w:t>
      </w:r>
      <w:r w:rsidR="00A0403C" w:rsidRPr="002143D3">
        <w:rPr>
          <w:rFonts w:asciiTheme="majorHAnsi" w:hAnsiTheme="majorHAnsi"/>
          <w:sz w:val="24"/>
          <w:szCs w:val="24"/>
        </w:rPr>
        <w:t xml:space="preserve">  </w:t>
      </w:r>
    </w:p>
    <w:p w14:paraId="2B2EAC40" w14:textId="1DA3853C" w:rsidR="004561B5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Abstracts: Generals and Highways</w:t>
      </w:r>
      <w:r w:rsidR="00A0403C" w:rsidRPr="002143D3">
        <w:rPr>
          <w:rFonts w:asciiTheme="majorHAnsi" w:hAnsiTheme="majorHAnsi"/>
          <w:sz w:val="24"/>
          <w:szCs w:val="24"/>
        </w:rPr>
        <w:t xml:space="preserve">.  </w:t>
      </w:r>
    </w:p>
    <w:p w14:paraId="1775C03D" w14:textId="16F566D3" w:rsidR="009B3937" w:rsidRDefault="009B3937" w:rsidP="009B3937">
      <w:pPr>
        <w:pStyle w:val="ListNumber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Approval and totals by fund</w:t>
      </w:r>
    </w:p>
    <w:p w14:paraId="7D9F094A" w14:textId="257608AD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GENERAL FUND</w:t>
      </w:r>
      <w:r w:rsidR="00B75EBD">
        <w:rPr>
          <w:rFonts w:asciiTheme="majorHAnsi" w:hAnsiTheme="majorHAnsi"/>
          <w:sz w:val="24"/>
          <w:szCs w:val="24"/>
        </w:rPr>
        <w:t xml:space="preserve">: </w:t>
      </w:r>
      <w:r>
        <w:rPr>
          <w:rFonts w:asciiTheme="majorHAnsi" w:hAnsiTheme="majorHAnsi"/>
          <w:sz w:val="24"/>
          <w:szCs w:val="24"/>
        </w:rPr>
        <w:t>$</w:t>
      </w:r>
      <w:r w:rsidR="00A859BA">
        <w:rPr>
          <w:rFonts w:asciiTheme="majorHAnsi" w:hAnsiTheme="majorHAnsi"/>
          <w:sz w:val="24"/>
          <w:szCs w:val="24"/>
        </w:rPr>
        <w:t>2</w:t>
      </w:r>
      <w:r w:rsidR="00235A6A">
        <w:rPr>
          <w:rFonts w:asciiTheme="majorHAnsi" w:hAnsiTheme="majorHAnsi"/>
          <w:sz w:val="24"/>
          <w:szCs w:val="24"/>
        </w:rPr>
        <w:t>8,786.48</w:t>
      </w:r>
    </w:p>
    <w:p w14:paraId="3A16A295" w14:textId="257EFBB5" w:rsidR="00B75EBD" w:rsidRDefault="00B75EBD" w:rsidP="00B75EBD">
      <w:pPr>
        <w:pStyle w:val="ListNumber"/>
        <w:numPr>
          <w:ilvl w:val="2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Townwide: $28,396.50</w:t>
      </w:r>
    </w:p>
    <w:p w14:paraId="2554CBC5" w14:textId="503B6EBA" w:rsidR="00B75EBD" w:rsidRPr="00775F2B" w:rsidRDefault="00B75EBD" w:rsidP="00775F2B">
      <w:pPr>
        <w:pStyle w:val="ListNumber"/>
        <w:numPr>
          <w:ilvl w:val="2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General Part Town: $</w:t>
      </w:r>
      <w:r w:rsidR="00775F2B">
        <w:rPr>
          <w:rFonts w:asciiTheme="majorHAnsi" w:hAnsiTheme="majorHAnsi"/>
          <w:sz w:val="24"/>
          <w:szCs w:val="24"/>
        </w:rPr>
        <w:t>389.98</w:t>
      </w:r>
    </w:p>
    <w:p w14:paraId="358BB5C6" w14:textId="35A527E5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HIGHWAY</w:t>
      </w:r>
      <w:r w:rsidR="00917414">
        <w:rPr>
          <w:rFonts w:asciiTheme="majorHAnsi" w:hAnsiTheme="majorHAnsi"/>
          <w:sz w:val="24"/>
          <w:szCs w:val="24"/>
        </w:rPr>
        <w:t xml:space="preserve"> Townwide</w:t>
      </w:r>
      <w:r w:rsidR="00775F2B">
        <w:rPr>
          <w:rFonts w:asciiTheme="majorHAnsi" w:hAnsiTheme="majorHAnsi"/>
          <w:sz w:val="24"/>
          <w:szCs w:val="24"/>
        </w:rPr>
        <w:t>: $6,612.13</w:t>
      </w:r>
    </w:p>
    <w:p w14:paraId="23E16FBA" w14:textId="01C2D432" w:rsidR="00474C09" w:rsidRPr="00A200B2" w:rsidRDefault="002F177E" w:rsidP="00A200B2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TOTAL COMBINED: $</w:t>
      </w:r>
      <w:r w:rsidR="00917414">
        <w:rPr>
          <w:rFonts w:asciiTheme="majorHAnsi" w:hAnsiTheme="majorHAnsi"/>
          <w:sz w:val="24"/>
          <w:szCs w:val="24"/>
        </w:rPr>
        <w:t>35,398.61</w:t>
      </w:r>
    </w:p>
    <w:p w14:paraId="3892DD34" w14:textId="4A370E9C" w:rsidR="004561B5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Budget Sheets and Supervisor’s Reports</w:t>
      </w:r>
      <w:r w:rsidR="0045075F">
        <w:rPr>
          <w:rFonts w:asciiTheme="majorHAnsi" w:hAnsiTheme="majorHAnsi"/>
          <w:sz w:val="24"/>
          <w:szCs w:val="24"/>
        </w:rPr>
        <w:t xml:space="preserve"> for Month of </w:t>
      </w:r>
      <w:r w:rsidR="00A859BA">
        <w:rPr>
          <w:rFonts w:asciiTheme="majorHAnsi" w:hAnsiTheme="majorHAnsi"/>
          <w:sz w:val="24"/>
          <w:szCs w:val="24"/>
        </w:rPr>
        <w:t xml:space="preserve">February </w:t>
      </w:r>
      <w:r w:rsidR="0045075F">
        <w:rPr>
          <w:rFonts w:asciiTheme="majorHAnsi" w:hAnsiTheme="majorHAnsi"/>
          <w:sz w:val="24"/>
          <w:szCs w:val="24"/>
        </w:rPr>
        <w:t>2026</w:t>
      </w:r>
      <w:r w:rsidR="0038354C">
        <w:rPr>
          <w:rFonts w:asciiTheme="majorHAnsi" w:hAnsiTheme="majorHAnsi"/>
          <w:sz w:val="24"/>
          <w:szCs w:val="24"/>
        </w:rPr>
        <w:t xml:space="preserve">. Motion to approve. </w:t>
      </w:r>
    </w:p>
    <w:p w14:paraId="44C5D31B" w14:textId="6687432D" w:rsidR="00474C09" w:rsidRDefault="00474C09" w:rsidP="00474C09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General Fund: Revenues: $</w:t>
      </w:r>
      <w:r w:rsidR="00291433">
        <w:rPr>
          <w:rFonts w:asciiTheme="majorHAnsi" w:hAnsiTheme="majorHAnsi"/>
          <w:sz w:val="24"/>
          <w:szCs w:val="24"/>
        </w:rPr>
        <w:t>179,828.03</w:t>
      </w:r>
      <w:r w:rsidR="00A859BA">
        <w:rPr>
          <w:rFonts w:asciiTheme="majorHAnsi" w:hAnsiTheme="majorHAnsi"/>
          <w:sz w:val="24"/>
          <w:szCs w:val="24"/>
        </w:rPr>
        <w:t>/</w:t>
      </w:r>
      <w:r>
        <w:rPr>
          <w:rFonts w:asciiTheme="majorHAnsi" w:hAnsiTheme="majorHAnsi"/>
          <w:sz w:val="24"/>
          <w:szCs w:val="24"/>
        </w:rPr>
        <w:t>Expenses: $</w:t>
      </w:r>
      <w:r w:rsidR="00140106">
        <w:rPr>
          <w:rFonts w:asciiTheme="majorHAnsi" w:hAnsiTheme="majorHAnsi"/>
          <w:sz w:val="24"/>
          <w:szCs w:val="24"/>
        </w:rPr>
        <w:t>90,232.23</w:t>
      </w:r>
    </w:p>
    <w:p w14:paraId="0A1ACAE7" w14:textId="4C881521" w:rsidR="0045075F" w:rsidRPr="00A200B2" w:rsidRDefault="00474C09" w:rsidP="00A200B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Highway: Revenues: $</w:t>
      </w:r>
      <w:r w:rsidR="00140106">
        <w:rPr>
          <w:rFonts w:asciiTheme="majorHAnsi" w:hAnsiTheme="majorHAnsi"/>
          <w:sz w:val="24"/>
          <w:szCs w:val="24"/>
        </w:rPr>
        <w:t>147,524.59</w:t>
      </w:r>
      <w:r w:rsidR="00BA1E7E">
        <w:rPr>
          <w:rFonts w:asciiTheme="majorHAnsi" w:hAnsiTheme="majorHAnsi"/>
          <w:sz w:val="24"/>
          <w:szCs w:val="24"/>
        </w:rPr>
        <w:t>/Expenses: $</w:t>
      </w:r>
      <w:r w:rsidR="00BF4544">
        <w:rPr>
          <w:rFonts w:asciiTheme="majorHAnsi" w:hAnsiTheme="majorHAnsi"/>
          <w:sz w:val="24"/>
          <w:szCs w:val="24"/>
        </w:rPr>
        <w:t>31,176.11</w:t>
      </w:r>
    </w:p>
    <w:p w14:paraId="753CF871" w14:textId="78B3DE54" w:rsidR="004561B5" w:rsidRDefault="004561B5" w:rsidP="0038354C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Financial Reports:</w:t>
      </w:r>
      <w:r w:rsidR="00A0403C" w:rsidRPr="002143D3">
        <w:rPr>
          <w:rFonts w:asciiTheme="majorHAnsi" w:hAnsiTheme="majorHAnsi"/>
          <w:sz w:val="24"/>
          <w:szCs w:val="24"/>
        </w:rPr>
        <w:t xml:space="preserve">  </w:t>
      </w:r>
      <w:r w:rsidRPr="002143D3">
        <w:rPr>
          <w:rFonts w:asciiTheme="majorHAnsi" w:hAnsiTheme="majorHAnsi"/>
          <w:sz w:val="24"/>
          <w:szCs w:val="24"/>
        </w:rPr>
        <w:br/>
        <w:t xml:space="preserve"> </w:t>
      </w:r>
      <w:r w:rsidR="00510F03">
        <w:rPr>
          <w:rFonts w:asciiTheme="majorHAnsi" w:hAnsiTheme="majorHAnsi"/>
          <w:sz w:val="24"/>
          <w:szCs w:val="24"/>
        </w:rPr>
        <w:tab/>
      </w:r>
      <w:proofErr w:type="gramStart"/>
      <w:r w:rsidR="00D771EE">
        <w:rPr>
          <w:rFonts w:asciiTheme="majorHAnsi" w:hAnsiTheme="majorHAnsi"/>
          <w:sz w:val="24"/>
          <w:szCs w:val="24"/>
        </w:rPr>
        <w:t xml:space="preserve">a)  </w:t>
      </w:r>
      <w:r w:rsidRPr="002143D3">
        <w:rPr>
          <w:rFonts w:asciiTheme="majorHAnsi" w:hAnsiTheme="majorHAnsi"/>
          <w:sz w:val="24"/>
          <w:szCs w:val="24"/>
        </w:rPr>
        <w:t>NYCLASS</w:t>
      </w:r>
      <w:proofErr w:type="gramEnd"/>
      <w:r w:rsidRPr="002143D3">
        <w:rPr>
          <w:rFonts w:asciiTheme="majorHAnsi" w:hAnsiTheme="majorHAnsi"/>
          <w:sz w:val="24"/>
          <w:szCs w:val="24"/>
        </w:rPr>
        <w:t xml:space="preserve"> Report for </w:t>
      </w:r>
      <w:r w:rsidR="00A859BA">
        <w:rPr>
          <w:rFonts w:asciiTheme="majorHAnsi" w:hAnsiTheme="majorHAnsi"/>
          <w:sz w:val="24"/>
          <w:szCs w:val="24"/>
        </w:rPr>
        <w:t>February</w:t>
      </w:r>
      <w:r w:rsidRPr="002143D3">
        <w:rPr>
          <w:rFonts w:asciiTheme="majorHAnsi" w:hAnsiTheme="majorHAnsi"/>
          <w:sz w:val="24"/>
          <w:szCs w:val="24"/>
        </w:rPr>
        <w:t>.</w:t>
      </w:r>
      <w:r w:rsidR="0038354C">
        <w:rPr>
          <w:rFonts w:asciiTheme="majorHAnsi" w:hAnsiTheme="majorHAnsi"/>
          <w:sz w:val="24"/>
          <w:szCs w:val="24"/>
        </w:rPr>
        <w:t xml:space="preserve"> Total Interest earned </w:t>
      </w:r>
      <w:r w:rsidR="00A859BA">
        <w:rPr>
          <w:rFonts w:asciiTheme="majorHAnsi" w:hAnsiTheme="majorHAnsi"/>
          <w:sz w:val="24"/>
          <w:szCs w:val="24"/>
        </w:rPr>
        <w:t>Feb</w:t>
      </w:r>
      <w:r w:rsidR="0038354C">
        <w:rPr>
          <w:rFonts w:asciiTheme="majorHAnsi" w:hAnsiTheme="majorHAnsi"/>
          <w:sz w:val="24"/>
          <w:szCs w:val="24"/>
        </w:rPr>
        <w:t>. 2026</w:t>
      </w:r>
      <w:r w:rsidR="00474C09">
        <w:rPr>
          <w:rFonts w:asciiTheme="majorHAnsi" w:hAnsiTheme="majorHAnsi"/>
          <w:sz w:val="24"/>
          <w:szCs w:val="24"/>
        </w:rPr>
        <w:t>:</w:t>
      </w:r>
      <w:r w:rsidR="0038354C">
        <w:rPr>
          <w:rFonts w:asciiTheme="majorHAnsi" w:hAnsiTheme="majorHAnsi"/>
          <w:sz w:val="24"/>
          <w:szCs w:val="24"/>
        </w:rPr>
        <w:t xml:space="preserve"> $</w:t>
      </w:r>
      <w:r w:rsidR="004F304D">
        <w:rPr>
          <w:rFonts w:asciiTheme="majorHAnsi" w:hAnsiTheme="majorHAnsi"/>
          <w:sz w:val="24"/>
          <w:szCs w:val="24"/>
        </w:rPr>
        <w:t>12,088.83</w:t>
      </w:r>
      <w:r w:rsidR="00F60BCF">
        <w:rPr>
          <w:rFonts w:asciiTheme="majorHAnsi" w:hAnsiTheme="majorHAnsi"/>
          <w:sz w:val="24"/>
          <w:szCs w:val="24"/>
        </w:rPr>
        <w:t xml:space="preserve">, </w:t>
      </w:r>
      <w:r w:rsidR="00D771EE">
        <w:rPr>
          <w:rFonts w:asciiTheme="majorHAnsi" w:hAnsiTheme="majorHAnsi"/>
          <w:sz w:val="24"/>
          <w:szCs w:val="24"/>
        </w:rPr>
        <w:t xml:space="preserve">  </w:t>
      </w:r>
      <w:r w:rsidR="00510F03">
        <w:rPr>
          <w:rFonts w:asciiTheme="majorHAnsi" w:hAnsiTheme="majorHAnsi"/>
          <w:sz w:val="24"/>
          <w:szCs w:val="24"/>
        </w:rPr>
        <w:t xml:space="preserve"> </w:t>
      </w:r>
      <w:r w:rsidR="00F60BCF">
        <w:rPr>
          <w:rFonts w:asciiTheme="majorHAnsi" w:hAnsiTheme="majorHAnsi"/>
          <w:sz w:val="24"/>
          <w:szCs w:val="24"/>
        </w:rPr>
        <w:t>Month end Balance as of 2/28/2026 for all funds combined: $4,425,565.42</w:t>
      </w:r>
    </w:p>
    <w:p w14:paraId="3496EFEE" w14:textId="6C919D70" w:rsidR="00A90701" w:rsidRDefault="00A90701" w:rsidP="00F60BCF">
      <w:pPr>
        <w:pStyle w:val="ListNumber"/>
        <w:numPr>
          <w:ilvl w:val="0"/>
          <w:numId w:val="0"/>
        </w:numPr>
        <w:ind w:left="1080" w:hanging="360"/>
        <w:rPr>
          <w:rFonts w:asciiTheme="majorHAnsi" w:hAnsiTheme="majorHAnsi"/>
          <w:sz w:val="24"/>
          <w:szCs w:val="24"/>
        </w:rPr>
      </w:pPr>
    </w:p>
    <w:p w14:paraId="3F13FE1D" w14:textId="5D65A7A4" w:rsidR="004561B5" w:rsidRPr="002143D3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Town Business Review.</w:t>
      </w:r>
      <w:r w:rsidR="00A0403C" w:rsidRPr="002143D3">
        <w:rPr>
          <w:rFonts w:asciiTheme="majorHAnsi" w:hAnsiTheme="majorHAnsi"/>
          <w:sz w:val="24"/>
          <w:szCs w:val="24"/>
        </w:rPr>
        <w:t xml:space="preserve">  Motio</w:t>
      </w:r>
      <w:r w:rsidR="00454FA9" w:rsidRPr="002143D3">
        <w:rPr>
          <w:rFonts w:asciiTheme="majorHAnsi" w:hAnsiTheme="majorHAnsi"/>
          <w:sz w:val="24"/>
          <w:szCs w:val="24"/>
        </w:rPr>
        <w:t>n</w:t>
      </w:r>
      <w:r w:rsidR="00A0403C" w:rsidRPr="002143D3">
        <w:rPr>
          <w:rFonts w:asciiTheme="majorHAnsi" w:hAnsiTheme="majorHAnsi"/>
          <w:sz w:val="24"/>
          <w:szCs w:val="24"/>
        </w:rPr>
        <w:t xml:space="preserve"> to accept and approve by:</w:t>
      </w:r>
    </w:p>
    <w:p w14:paraId="7D086A22" w14:textId="7807BC57" w:rsidR="004561B5" w:rsidRPr="002143D3" w:rsidRDefault="00A0403C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 xml:space="preserve"> </w:t>
      </w:r>
      <w:r w:rsidR="004561B5" w:rsidRPr="002143D3">
        <w:rPr>
          <w:rFonts w:asciiTheme="majorHAnsi" w:hAnsiTheme="majorHAnsi"/>
          <w:sz w:val="24"/>
          <w:szCs w:val="24"/>
        </w:rPr>
        <w:t>Town Clerk’s Report</w:t>
      </w:r>
      <w:r w:rsidRPr="002143D3">
        <w:rPr>
          <w:rFonts w:asciiTheme="majorHAnsi" w:hAnsiTheme="majorHAnsi"/>
          <w:sz w:val="24"/>
          <w:szCs w:val="24"/>
        </w:rPr>
        <w:t>:</w:t>
      </w:r>
      <w:r w:rsidR="00BC54BA">
        <w:rPr>
          <w:rFonts w:asciiTheme="majorHAnsi" w:hAnsiTheme="majorHAnsi"/>
          <w:sz w:val="24"/>
          <w:szCs w:val="24"/>
        </w:rPr>
        <w:t xml:space="preserve"> $845 total received</w:t>
      </w:r>
      <w:r w:rsidRPr="002143D3">
        <w:rPr>
          <w:rFonts w:asciiTheme="majorHAnsi" w:hAnsiTheme="majorHAnsi"/>
          <w:sz w:val="24"/>
          <w:szCs w:val="24"/>
        </w:rPr>
        <w:tab/>
      </w:r>
    </w:p>
    <w:p w14:paraId="0243E8F6" w14:textId="2A197DC2" w:rsidR="00A0403C" w:rsidRPr="002143D3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 xml:space="preserve">Dog:  </w:t>
      </w:r>
      <w:r w:rsidR="00126854" w:rsidRPr="002143D3">
        <w:rPr>
          <w:rFonts w:asciiTheme="majorHAnsi" w:hAnsiTheme="majorHAnsi"/>
          <w:sz w:val="24"/>
          <w:szCs w:val="24"/>
        </w:rPr>
        <w:t>$</w:t>
      </w:r>
      <w:r w:rsidR="00BC54BA">
        <w:rPr>
          <w:rFonts w:asciiTheme="majorHAnsi" w:hAnsiTheme="majorHAnsi"/>
          <w:sz w:val="24"/>
          <w:szCs w:val="24"/>
        </w:rPr>
        <w:t>45</w:t>
      </w:r>
      <w:r w:rsidR="00475EC8">
        <w:rPr>
          <w:rFonts w:asciiTheme="majorHAnsi" w:hAnsiTheme="majorHAnsi"/>
          <w:sz w:val="24"/>
          <w:szCs w:val="24"/>
        </w:rPr>
        <w:t xml:space="preserve"> ($</w:t>
      </w:r>
      <w:r w:rsidR="00BC54BA">
        <w:rPr>
          <w:rFonts w:asciiTheme="majorHAnsi" w:hAnsiTheme="majorHAnsi"/>
          <w:sz w:val="24"/>
          <w:szCs w:val="24"/>
        </w:rPr>
        <w:t>40</w:t>
      </w:r>
      <w:r w:rsidR="00475EC8">
        <w:rPr>
          <w:rFonts w:asciiTheme="majorHAnsi" w:hAnsiTheme="majorHAnsi"/>
          <w:sz w:val="24"/>
          <w:szCs w:val="24"/>
        </w:rPr>
        <w:t xml:space="preserve"> to Town, $</w:t>
      </w:r>
      <w:r w:rsidR="00056588">
        <w:rPr>
          <w:rFonts w:asciiTheme="majorHAnsi" w:hAnsiTheme="majorHAnsi"/>
          <w:sz w:val="24"/>
          <w:szCs w:val="24"/>
        </w:rPr>
        <w:t>5</w:t>
      </w:r>
      <w:r w:rsidR="00475EC8">
        <w:rPr>
          <w:rFonts w:asciiTheme="majorHAnsi" w:hAnsiTheme="majorHAnsi"/>
          <w:sz w:val="24"/>
          <w:szCs w:val="24"/>
        </w:rPr>
        <w:t xml:space="preserve"> to NYS)</w:t>
      </w:r>
    </w:p>
    <w:p w14:paraId="39980A40" w14:textId="2C883D55" w:rsidR="00A0403C" w:rsidRPr="002143D3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DECALS:</w:t>
      </w:r>
      <w:r w:rsidR="00126854" w:rsidRPr="002143D3">
        <w:rPr>
          <w:rFonts w:asciiTheme="majorHAnsi" w:hAnsiTheme="majorHAnsi"/>
          <w:sz w:val="24"/>
          <w:szCs w:val="24"/>
        </w:rPr>
        <w:t xml:space="preserve"> $-0-</w:t>
      </w:r>
    </w:p>
    <w:p w14:paraId="238E1693" w14:textId="6CFC5CD9" w:rsidR="00126854" w:rsidRPr="002143D3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 xml:space="preserve">Other: </w:t>
      </w:r>
      <w:r w:rsidR="00126854" w:rsidRPr="002143D3">
        <w:rPr>
          <w:rFonts w:asciiTheme="majorHAnsi" w:hAnsiTheme="majorHAnsi"/>
          <w:sz w:val="24"/>
          <w:szCs w:val="24"/>
        </w:rPr>
        <w:t>ATV’s $</w:t>
      </w:r>
      <w:r w:rsidR="00BB71E1">
        <w:rPr>
          <w:rFonts w:asciiTheme="majorHAnsi" w:hAnsiTheme="majorHAnsi"/>
          <w:sz w:val="24"/>
          <w:szCs w:val="24"/>
        </w:rPr>
        <w:t>25</w:t>
      </w:r>
    </w:p>
    <w:p w14:paraId="154DFBEB" w14:textId="04437073" w:rsidR="00A0403C" w:rsidRPr="002143D3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 xml:space="preserve"> </w:t>
      </w:r>
      <w:r w:rsidR="00BB71E1">
        <w:rPr>
          <w:rFonts w:asciiTheme="majorHAnsi" w:hAnsiTheme="majorHAnsi"/>
          <w:sz w:val="24"/>
          <w:szCs w:val="24"/>
        </w:rPr>
        <w:t>Grave Digging: $775.00</w:t>
      </w:r>
    </w:p>
    <w:p w14:paraId="11028456" w14:textId="28EA4C78" w:rsidR="00785900" w:rsidRPr="00785900" w:rsidRDefault="004561B5" w:rsidP="009B448B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 xml:space="preserve">Town Justice </w:t>
      </w:r>
      <w:r w:rsidR="004F4C96">
        <w:rPr>
          <w:rFonts w:asciiTheme="majorHAnsi" w:hAnsiTheme="majorHAnsi"/>
          <w:sz w:val="24"/>
          <w:szCs w:val="24"/>
        </w:rPr>
        <w:t xml:space="preserve">January </w:t>
      </w:r>
      <w:r w:rsidR="00126854" w:rsidRPr="002143D3">
        <w:rPr>
          <w:rFonts w:asciiTheme="majorHAnsi" w:hAnsiTheme="majorHAnsi"/>
          <w:sz w:val="24"/>
          <w:szCs w:val="24"/>
        </w:rPr>
        <w:t xml:space="preserve">Monthly </w:t>
      </w:r>
      <w:r w:rsidRPr="002143D3">
        <w:rPr>
          <w:rFonts w:asciiTheme="majorHAnsi" w:hAnsiTheme="majorHAnsi"/>
          <w:sz w:val="24"/>
          <w:szCs w:val="24"/>
        </w:rPr>
        <w:t>Report.</w:t>
      </w:r>
      <w:r w:rsidR="00126854" w:rsidRPr="002143D3">
        <w:rPr>
          <w:rFonts w:asciiTheme="majorHAnsi" w:hAnsiTheme="majorHAnsi"/>
          <w:sz w:val="24"/>
          <w:szCs w:val="24"/>
        </w:rPr>
        <w:t xml:space="preserve"> Received &amp; in packets. $</w:t>
      </w:r>
      <w:r w:rsidR="00BC7E11">
        <w:rPr>
          <w:rFonts w:asciiTheme="majorHAnsi" w:hAnsiTheme="majorHAnsi"/>
          <w:sz w:val="24"/>
          <w:szCs w:val="24"/>
        </w:rPr>
        <w:t>13,843</w:t>
      </w:r>
      <w:r w:rsidR="00BB71E1">
        <w:rPr>
          <w:rFonts w:asciiTheme="majorHAnsi" w:hAnsiTheme="majorHAnsi"/>
          <w:sz w:val="24"/>
          <w:szCs w:val="24"/>
        </w:rPr>
        <w:t xml:space="preserve">   </w:t>
      </w:r>
      <w:r w:rsidR="00126854" w:rsidRPr="002143D3">
        <w:rPr>
          <w:rFonts w:asciiTheme="majorHAnsi" w:hAnsiTheme="majorHAnsi"/>
          <w:sz w:val="24"/>
          <w:szCs w:val="24"/>
        </w:rPr>
        <w:t xml:space="preserve"> received</w:t>
      </w:r>
      <w:r w:rsidR="00BA1E7E">
        <w:rPr>
          <w:rFonts w:asciiTheme="majorHAnsi" w:hAnsiTheme="majorHAnsi"/>
          <w:sz w:val="24"/>
          <w:szCs w:val="24"/>
        </w:rPr>
        <w:t>. Motion to approve.</w:t>
      </w:r>
    </w:p>
    <w:p w14:paraId="19B75907" w14:textId="242B4864" w:rsidR="004561B5" w:rsidRPr="002143D3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Dog Control Report</w:t>
      </w:r>
      <w:r w:rsidR="00A77D6D" w:rsidRPr="002143D3">
        <w:rPr>
          <w:rFonts w:asciiTheme="majorHAnsi" w:hAnsiTheme="majorHAnsi"/>
          <w:sz w:val="24"/>
          <w:szCs w:val="24"/>
        </w:rPr>
        <w:t xml:space="preserve"> (Rick Abbott)</w:t>
      </w:r>
    </w:p>
    <w:p w14:paraId="29DF0EF4" w14:textId="0F2491FA" w:rsidR="004561B5" w:rsidRPr="002143D3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Assessor / Real Property.</w:t>
      </w:r>
      <w:r w:rsidR="00126854" w:rsidRPr="002143D3">
        <w:rPr>
          <w:rFonts w:asciiTheme="majorHAnsi" w:hAnsiTheme="majorHAnsi"/>
          <w:sz w:val="24"/>
          <w:szCs w:val="24"/>
        </w:rPr>
        <w:t xml:space="preserve"> – no report received</w:t>
      </w:r>
      <w:r w:rsidR="009B3937">
        <w:rPr>
          <w:rFonts w:asciiTheme="majorHAnsi" w:hAnsiTheme="majorHAnsi"/>
          <w:sz w:val="24"/>
          <w:szCs w:val="24"/>
        </w:rPr>
        <w:t>. Reevaluation results.</w:t>
      </w:r>
    </w:p>
    <w:p w14:paraId="3EEE47D5" w14:textId="2B5C6FA4" w:rsidR="001062AB" w:rsidRDefault="00126854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 xml:space="preserve">M.A.C.E. </w:t>
      </w:r>
      <w:r w:rsidR="001062AB">
        <w:rPr>
          <w:rFonts w:asciiTheme="majorHAnsi" w:hAnsiTheme="majorHAnsi"/>
          <w:sz w:val="24"/>
          <w:szCs w:val="24"/>
        </w:rPr>
        <w:tab/>
      </w:r>
    </w:p>
    <w:p w14:paraId="5F93C63D" w14:textId="490D2902" w:rsidR="001062AB" w:rsidRDefault="009B448B" w:rsidP="001062AB">
      <w:pPr>
        <w:pStyle w:val="ListNumber"/>
        <w:numPr>
          <w:ilvl w:val="1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February</w:t>
      </w:r>
      <w:r w:rsidR="001062AB">
        <w:rPr>
          <w:rFonts w:asciiTheme="majorHAnsi" w:hAnsiTheme="majorHAnsi"/>
          <w:sz w:val="24"/>
          <w:szCs w:val="24"/>
        </w:rPr>
        <w:t xml:space="preserve"> report in packets. </w:t>
      </w:r>
    </w:p>
    <w:p w14:paraId="36B851BA" w14:textId="307E105D" w:rsidR="00F7036F" w:rsidRDefault="00F7036F" w:rsidP="00F7036F">
      <w:pPr>
        <w:pStyle w:val="ListNumber"/>
      </w:pPr>
      <w:r>
        <w:t>Battery Storage Megapack Facility – Proposal to construct.</w:t>
      </w:r>
    </w:p>
    <w:p w14:paraId="0F00A672" w14:textId="1FC83E06" w:rsidR="00A0403C" w:rsidRPr="002143D3" w:rsidRDefault="00454FA9" w:rsidP="00A77D6D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Insurance</w:t>
      </w:r>
      <w:r w:rsidR="00126854" w:rsidRPr="002143D3">
        <w:rPr>
          <w:rFonts w:asciiTheme="majorHAnsi" w:hAnsiTheme="majorHAnsi"/>
          <w:sz w:val="24"/>
          <w:szCs w:val="24"/>
        </w:rPr>
        <w:t xml:space="preserve"> </w:t>
      </w:r>
      <w:r w:rsidR="00BC7E11">
        <w:rPr>
          <w:rFonts w:asciiTheme="majorHAnsi" w:hAnsiTheme="majorHAnsi"/>
          <w:sz w:val="24"/>
          <w:szCs w:val="24"/>
        </w:rPr>
        <w:t>– Loss Risk 65%</w:t>
      </w:r>
    </w:p>
    <w:p w14:paraId="5FEFA8B6" w14:textId="455DE63B" w:rsidR="00872CFE" w:rsidRPr="00030668" w:rsidRDefault="004561B5" w:rsidP="00030668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Highway Department Report and Agreements.</w:t>
      </w:r>
      <w:r w:rsidR="00FE4DB0">
        <w:rPr>
          <w:rFonts w:asciiTheme="majorHAnsi" w:hAnsiTheme="majorHAnsi"/>
          <w:sz w:val="24"/>
          <w:szCs w:val="24"/>
        </w:rPr>
        <w:t xml:space="preserve"> Included in Packets</w:t>
      </w:r>
      <w:r w:rsidR="000566AD">
        <w:rPr>
          <w:rFonts w:asciiTheme="majorHAnsi" w:hAnsiTheme="majorHAnsi"/>
          <w:sz w:val="24"/>
          <w:szCs w:val="24"/>
        </w:rPr>
        <w:t>/Chipseal/Roads</w:t>
      </w:r>
    </w:p>
    <w:p w14:paraId="56B70577" w14:textId="43729C13" w:rsidR="00DD135E" w:rsidRDefault="005932BC" w:rsidP="000C5368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Salt Storage Shed</w:t>
      </w:r>
      <w:r w:rsidR="002D4B0D">
        <w:rPr>
          <w:rFonts w:asciiTheme="majorHAnsi" w:hAnsiTheme="majorHAnsi"/>
          <w:sz w:val="24"/>
          <w:szCs w:val="24"/>
        </w:rPr>
        <w:t xml:space="preserve">: </w:t>
      </w:r>
      <w:r w:rsidR="0058380A">
        <w:rPr>
          <w:rFonts w:asciiTheme="majorHAnsi" w:hAnsiTheme="majorHAnsi"/>
          <w:sz w:val="24"/>
          <w:szCs w:val="24"/>
        </w:rPr>
        <w:t>(W. Weaver)</w:t>
      </w:r>
    </w:p>
    <w:p w14:paraId="74648AFC" w14:textId="27653E71" w:rsidR="00EB0E0F" w:rsidRPr="00A200B2" w:rsidRDefault="006B4EF1" w:rsidP="007456BB">
      <w:pPr>
        <w:pStyle w:val="ListNumber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Revised Building plans/drawings received</w:t>
      </w:r>
      <w:r w:rsidR="007456BB">
        <w:rPr>
          <w:rFonts w:asciiTheme="majorHAnsi" w:hAnsiTheme="majorHAnsi"/>
          <w:sz w:val="24"/>
          <w:szCs w:val="24"/>
        </w:rPr>
        <w:t xml:space="preserve"> </w:t>
      </w:r>
    </w:p>
    <w:p w14:paraId="637B6441" w14:textId="1646C8C2" w:rsidR="002E2E88" w:rsidRPr="002143D3" w:rsidRDefault="002E2E88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Sewage Treatment Plant Update (B. Jones)</w:t>
      </w:r>
    </w:p>
    <w:p w14:paraId="75290E2E" w14:textId="09713F79" w:rsidR="002E2E88" w:rsidRDefault="002E2E88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lastRenderedPageBreak/>
        <w:t>Cemetery Rules</w:t>
      </w:r>
      <w:r w:rsidR="009B3937">
        <w:rPr>
          <w:rFonts w:asciiTheme="majorHAnsi" w:hAnsiTheme="majorHAnsi"/>
          <w:sz w:val="24"/>
          <w:szCs w:val="24"/>
        </w:rPr>
        <w:t xml:space="preserve"> &amp; Signage </w:t>
      </w:r>
    </w:p>
    <w:p w14:paraId="5BABC49B" w14:textId="366B3D9C" w:rsidR="00463E32" w:rsidRDefault="00463E32" w:rsidP="00463E3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Vote on Updated Rules and Regulations of Until the Day Dawn Cemetery</w:t>
      </w:r>
      <w:r w:rsidR="00C50172">
        <w:rPr>
          <w:rFonts w:asciiTheme="majorHAnsi" w:hAnsiTheme="majorHAnsi"/>
          <w:sz w:val="24"/>
          <w:szCs w:val="24"/>
        </w:rPr>
        <w:t>. Were posted on Town webpage for Public Comment/review</w:t>
      </w:r>
    </w:p>
    <w:p w14:paraId="7276A113" w14:textId="1590AB09" w:rsidR="00463E32" w:rsidRDefault="00463E32" w:rsidP="00463E3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Update </w:t>
      </w:r>
    </w:p>
    <w:p w14:paraId="31521DEA" w14:textId="766AC0D0" w:rsidR="005844CA" w:rsidRDefault="005844CA" w:rsidP="005932BC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Pickleball and Tennis Court Project</w:t>
      </w:r>
      <w:r w:rsidR="00A200B2">
        <w:rPr>
          <w:rFonts w:asciiTheme="majorHAnsi" w:hAnsiTheme="majorHAnsi"/>
          <w:sz w:val="24"/>
          <w:szCs w:val="24"/>
        </w:rPr>
        <w:t xml:space="preserve"> Update</w:t>
      </w:r>
    </w:p>
    <w:p w14:paraId="7FC05A68" w14:textId="54A4DB20" w:rsidR="005844CA" w:rsidRDefault="005844CA" w:rsidP="005932BC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Water Transmission Line – East End of Village</w:t>
      </w:r>
      <w:r w:rsidR="00A200B2">
        <w:rPr>
          <w:rFonts w:asciiTheme="majorHAnsi" w:hAnsiTheme="majorHAnsi"/>
          <w:sz w:val="24"/>
          <w:szCs w:val="24"/>
        </w:rPr>
        <w:t>. Update.</w:t>
      </w:r>
    </w:p>
    <w:p w14:paraId="2B647EFB" w14:textId="301189D0" w:rsidR="008173DB" w:rsidRDefault="00670D8A" w:rsidP="005932BC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Town Computers:  Quotes received from Computer Solutions and Wellsville Technologies/Computers. Permission for Supervisor to</w:t>
      </w:r>
      <w:r w:rsidR="00860FCA">
        <w:rPr>
          <w:rFonts w:asciiTheme="majorHAnsi" w:hAnsiTheme="majorHAnsi"/>
          <w:sz w:val="24"/>
          <w:szCs w:val="24"/>
        </w:rPr>
        <w:t xml:space="preserve"> sign contract with Wellsville Technologies to proceed. </w:t>
      </w:r>
    </w:p>
    <w:p w14:paraId="4ED90EC6" w14:textId="56F7A6C1" w:rsidR="00C8724A" w:rsidRDefault="00C8724A" w:rsidP="005932BC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Town Hall:  Door/Railing</w:t>
      </w:r>
      <w:r w:rsidR="001434A9">
        <w:rPr>
          <w:rFonts w:asciiTheme="majorHAnsi" w:hAnsiTheme="majorHAnsi"/>
          <w:sz w:val="24"/>
          <w:szCs w:val="24"/>
        </w:rPr>
        <w:t xml:space="preserve"> – many complaints received from cons</w:t>
      </w:r>
      <w:r w:rsidR="00055DDC">
        <w:rPr>
          <w:rFonts w:asciiTheme="majorHAnsi" w:hAnsiTheme="majorHAnsi"/>
          <w:sz w:val="24"/>
          <w:szCs w:val="24"/>
        </w:rPr>
        <w:t>tituents</w:t>
      </w:r>
    </w:p>
    <w:p w14:paraId="19F851BC" w14:textId="7FE6C708" w:rsidR="00D87884" w:rsidRDefault="00D87884" w:rsidP="005932BC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Catherine Schyler Chaper D.A.R. Monument: Update and renderings. </w:t>
      </w:r>
    </w:p>
    <w:p w14:paraId="2ADB5C8C" w14:textId="7D6175AA" w:rsidR="005844CA" w:rsidRDefault="005932BC" w:rsidP="005844CA">
      <w:pPr>
        <w:pStyle w:val="ListNumber"/>
      </w:pPr>
      <w:r w:rsidRPr="009B3937">
        <w:t>America’s 250</w:t>
      </w:r>
      <w:r w:rsidRPr="009B3937">
        <w:rPr>
          <w:vertAlign w:val="superscript"/>
        </w:rPr>
        <w:t>th</w:t>
      </w:r>
      <w:r w:rsidRPr="009B3937">
        <w:t xml:space="preserve"> Birthday updat</w:t>
      </w:r>
      <w:r w:rsidR="008173DB">
        <w:t>e</w:t>
      </w:r>
      <w:r w:rsidR="001434A9">
        <w:t xml:space="preserve"> – July 11. 2026</w:t>
      </w:r>
      <w:r w:rsidR="00872A07">
        <w:tab/>
      </w:r>
    </w:p>
    <w:p w14:paraId="69BC21A2" w14:textId="3C43C4EF" w:rsidR="00454FA9" w:rsidRDefault="004561B5" w:rsidP="006E4D20">
      <w:pPr>
        <w:pStyle w:val="ListNumber"/>
      </w:pPr>
      <w:r w:rsidRPr="008173DB">
        <w:t>Miscellaneous Business.</w:t>
      </w:r>
      <w:r w:rsidR="008173DB">
        <w:tab/>
      </w:r>
    </w:p>
    <w:p w14:paraId="2F014D92" w14:textId="266EA440" w:rsidR="002911CA" w:rsidRDefault="002911CA" w:rsidP="002911CA">
      <w:pPr>
        <w:pStyle w:val="ListNumber"/>
        <w:numPr>
          <w:ilvl w:val="1"/>
          <w:numId w:val="5"/>
        </w:numPr>
      </w:pPr>
      <w:r>
        <w:t>Grange Building</w:t>
      </w:r>
    </w:p>
    <w:p w14:paraId="311C65A8" w14:textId="2D75E366" w:rsidR="006E4D20" w:rsidRDefault="00D87884" w:rsidP="002911CA">
      <w:pPr>
        <w:pStyle w:val="ListNumber"/>
        <w:numPr>
          <w:ilvl w:val="2"/>
          <w:numId w:val="5"/>
        </w:numPr>
      </w:pPr>
      <w:r>
        <w:t xml:space="preserve">Bathroom </w:t>
      </w:r>
      <w:r w:rsidR="006E4D20">
        <w:t>Floors</w:t>
      </w:r>
    </w:p>
    <w:p w14:paraId="5E67A162" w14:textId="724828A9" w:rsidR="002911CA" w:rsidRDefault="002911CA" w:rsidP="00F853D2">
      <w:pPr>
        <w:pStyle w:val="ListNumber"/>
        <w:numPr>
          <w:ilvl w:val="0"/>
          <w:numId w:val="0"/>
        </w:numPr>
        <w:ind w:left="2340"/>
      </w:pPr>
    </w:p>
    <w:p w14:paraId="2EC1F9D5" w14:textId="77BA23E2" w:rsidR="00454FA9" w:rsidRDefault="00454FA9" w:rsidP="00454FA9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Audience</w:t>
      </w:r>
      <w:r w:rsidR="00F853D2">
        <w:rPr>
          <w:rFonts w:asciiTheme="majorHAnsi" w:hAnsiTheme="majorHAnsi"/>
          <w:sz w:val="24"/>
          <w:szCs w:val="24"/>
        </w:rPr>
        <w:t>:</w:t>
      </w:r>
    </w:p>
    <w:p w14:paraId="5D412A1C" w14:textId="37F25227" w:rsidR="001434A9" w:rsidRDefault="001434A9" w:rsidP="00454F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Executive Session</w:t>
      </w:r>
    </w:p>
    <w:p w14:paraId="32D8443E" w14:textId="5A5E72BE" w:rsidR="00340254" w:rsidRDefault="00340254" w:rsidP="00454F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Meeting adjourned.</w:t>
      </w:r>
    </w:p>
    <w:p w14:paraId="7A843FD8" w14:textId="77777777" w:rsidR="00340254" w:rsidRDefault="00340254" w:rsidP="00340254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0BCBB6C9" w14:textId="5B4675A3" w:rsidR="00340254" w:rsidRDefault="00340254" w:rsidP="00340254">
      <w:pPr>
        <w:pStyle w:val="ListNumber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Next Regularly Scheduled meeting will be held on Monday, </w:t>
      </w:r>
      <w:r w:rsidR="007F7E7A">
        <w:rPr>
          <w:rFonts w:asciiTheme="majorHAnsi" w:hAnsiTheme="majorHAnsi"/>
          <w:sz w:val="24"/>
          <w:szCs w:val="24"/>
        </w:rPr>
        <w:t xml:space="preserve">April 13, 2026 </w:t>
      </w:r>
      <w:r>
        <w:rPr>
          <w:rFonts w:asciiTheme="majorHAnsi" w:hAnsiTheme="majorHAnsi"/>
          <w:sz w:val="24"/>
          <w:szCs w:val="24"/>
        </w:rPr>
        <w:t>at 7 P.M.</w:t>
      </w:r>
    </w:p>
    <w:p w14:paraId="7012B034" w14:textId="77777777" w:rsidR="00A200B2" w:rsidRDefault="00A200B2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6FBDF099" w14:textId="2E3F8454" w:rsidR="00DD135E" w:rsidRPr="002143D3" w:rsidRDefault="00DD135E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00DD135E">
        <w:rPr>
          <w:rFonts w:asciiTheme="majorHAnsi" w:hAnsiTheme="majorHAnsi"/>
          <w:sz w:val="20"/>
          <w:szCs w:val="20"/>
        </w:rPr>
        <w:t>P</w:t>
      </w:r>
      <w:r>
        <w:rPr>
          <w:rFonts w:asciiTheme="majorHAnsi" w:hAnsiTheme="majorHAnsi"/>
          <w:sz w:val="20"/>
          <w:szCs w:val="20"/>
        </w:rPr>
        <w:t>LC</w:t>
      </w:r>
      <w:r w:rsidR="00A200B2">
        <w:rPr>
          <w:rFonts w:asciiTheme="majorHAnsi" w:hAnsiTheme="majorHAnsi"/>
          <w:sz w:val="20"/>
          <w:szCs w:val="20"/>
        </w:rPr>
        <w:t xml:space="preserve"> </w:t>
      </w:r>
      <w:r w:rsidR="00055DDC">
        <w:rPr>
          <w:rFonts w:asciiTheme="majorHAnsi" w:hAnsiTheme="majorHAnsi"/>
          <w:sz w:val="20"/>
          <w:szCs w:val="20"/>
        </w:rPr>
        <w:t>3/9/2026</w:t>
      </w:r>
    </w:p>
    <w:sectPr w:rsidR="00DD135E" w:rsidRPr="002143D3" w:rsidSect="00DD3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7F0AD" w14:textId="77777777" w:rsidR="00DD0E22" w:rsidRDefault="00DD0E22" w:rsidP="00100D3E">
      <w:pPr>
        <w:spacing w:after="0" w:line="240" w:lineRule="auto"/>
      </w:pPr>
      <w:r>
        <w:separator/>
      </w:r>
    </w:p>
  </w:endnote>
  <w:endnote w:type="continuationSeparator" w:id="0">
    <w:p w14:paraId="5C743AB7" w14:textId="77777777" w:rsidR="00DD0E22" w:rsidRDefault="00DD0E22" w:rsidP="0010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47E6D" w14:textId="77777777" w:rsidR="00100D3E" w:rsidRDefault="00100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239D3" w14:textId="77777777" w:rsidR="00100D3E" w:rsidRDefault="00100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4901" w14:textId="77777777" w:rsidR="00100D3E" w:rsidRDefault="00100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3031C" w14:textId="77777777" w:rsidR="00DD0E22" w:rsidRDefault="00DD0E22" w:rsidP="00100D3E">
      <w:pPr>
        <w:spacing w:after="0" w:line="240" w:lineRule="auto"/>
      </w:pPr>
      <w:r>
        <w:separator/>
      </w:r>
    </w:p>
  </w:footnote>
  <w:footnote w:type="continuationSeparator" w:id="0">
    <w:p w14:paraId="3E40D062" w14:textId="77777777" w:rsidR="00DD0E22" w:rsidRDefault="00DD0E22" w:rsidP="0010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1D68" w14:textId="77777777" w:rsidR="00100D3E" w:rsidRDefault="00100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E827" w14:textId="77777777" w:rsidR="00100D3E" w:rsidRDefault="00100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97101" w14:textId="77777777" w:rsidR="00100D3E" w:rsidRDefault="00100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2C4B2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4561B2"/>
    <w:multiLevelType w:val="hybridMultilevel"/>
    <w:tmpl w:val="871CE4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E28E5"/>
    <w:multiLevelType w:val="hybridMultilevel"/>
    <w:tmpl w:val="23189F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3D52B8"/>
    <w:multiLevelType w:val="multilevel"/>
    <w:tmpl w:val="EA3815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lowerLetter"/>
      <w:lvlText w:val="%4)"/>
      <w:lvlJc w:val="left"/>
      <w:pPr>
        <w:ind w:left="324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680B0A"/>
    <w:multiLevelType w:val="hybridMultilevel"/>
    <w:tmpl w:val="7FD205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4577B0"/>
    <w:multiLevelType w:val="hybridMultilevel"/>
    <w:tmpl w:val="E2264A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31D1AA1"/>
    <w:multiLevelType w:val="hybridMultilevel"/>
    <w:tmpl w:val="93025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B10F74"/>
    <w:multiLevelType w:val="hybridMultilevel"/>
    <w:tmpl w:val="FA6CAB0A"/>
    <w:lvl w:ilvl="0" w:tplc="9064C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004253"/>
    <w:multiLevelType w:val="hybridMultilevel"/>
    <w:tmpl w:val="7090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989514">
    <w:abstractNumId w:val="8"/>
  </w:num>
  <w:num w:numId="2" w16cid:durableId="537352088">
    <w:abstractNumId w:val="6"/>
  </w:num>
  <w:num w:numId="3" w16cid:durableId="1256937007">
    <w:abstractNumId w:val="5"/>
  </w:num>
  <w:num w:numId="4" w16cid:durableId="927733830">
    <w:abstractNumId w:val="4"/>
  </w:num>
  <w:num w:numId="5" w16cid:durableId="1591041562">
    <w:abstractNumId w:val="11"/>
  </w:num>
  <w:num w:numId="6" w16cid:durableId="639113387">
    <w:abstractNumId w:val="3"/>
  </w:num>
  <w:num w:numId="7" w16cid:durableId="1348408082">
    <w:abstractNumId w:val="2"/>
  </w:num>
  <w:num w:numId="8" w16cid:durableId="1167593644">
    <w:abstractNumId w:val="1"/>
  </w:num>
  <w:num w:numId="9" w16cid:durableId="1294289679">
    <w:abstractNumId w:val="0"/>
  </w:num>
  <w:num w:numId="10" w16cid:durableId="2135324957">
    <w:abstractNumId w:val="11"/>
    <w:lvlOverride w:ilvl="0">
      <w:startOverride w:val="1"/>
    </w:lvlOverride>
  </w:num>
  <w:num w:numId="11" w16cid:durableId="502210406">
    <w:abstractNumId w:val="17"/>
  </w:num>
  <w:num w:numId="12" w16cid:durableId="2032954894">
    <w:abstractNumId w:val="16"/>
  </w:num>
  <w:num w:numId="13" w16cid:durableId="921256700">
    <w:abstractNumId w:val="11"/>
  </w:num>
  <w:num w:numId="14" w16cid:durableId="754858030">
    <w:abstractNumId w:val="12"/>
  </w:num>
  <w:num w:numId="15" w16cid:durableId="1056929608">
    <w:abstractNumId w:val="15"/>
  </w:num>
  <w:num w:numId="16" w16cid:durableId="1537885955">
    <w:abstractNumId w:val="9"/>
  </w:num>
  <w:num w:numId="17" w16cid:durableId="716050539">
    <w:abstractNumId w:val="7"/>
  </w:num>
  <w:num w:numId="18" w16cid:durableId="850291674">
    <w:abstractNumId w:val="14"/>
  </w:num>
  <w:num w:numId="19" w16cid:durableId="1152327353">
    <w:abstractNumId w:val="7"/>
  </w:num>
  <w:num w:numId="20" w16cid:durableId="1033579769">
    <w:abstractNumId w:val="10"/>
  </w:num>
  <w:num w:numId="21" w16cid:durableId="1303924183">
    <w:abstractNumId w:val="18"/>
  </w:num>
  <w:num w:numId="22" w16cid:durableId="16772254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668"/>
    <w:rsid w:val="00034616"/>
    <w:rsid w:val="0005075F"/>
    <w:rsid w:val="00055DDC"/>
    <w:rsid w:val="00056588"/>
    <w:rsid w:val="000566AD"/>
    <w:rsid w:val="0006063C"/>
    <w:rsid w:val="000C5368"/>
    <w:rsid w:val="000F2A4A"/>
    <w:rsid w:val="00100D3E"/>
    <w:rsid w:val="001062AB"/>
    <w:rsid w:val="00121C78"/>
    <w:rsid w:val="001251E2"/>
    <w:rsid w:val="00126854"/>
    <w:rsid w:val="00140106"/>
    <w:rsid w:val="001434A9"/>
    <w:rsid w:val="0015074B"/>
    <w:rsid w:val="00150C3E"/>
    <w:rsid w:val="0018194F"/>
    <w:rsid w:val="001847A9"/>
    <w:rsid w:val="00196B27"/>
    <w:rsid w:val="001C4F3C"/>
    <w:rsid w:val="0021275C"/>
    <w:rsid w:val="002143D3"/>
    <w:rsid w:val="00235A6A"/>
    <w:rsid w:val="002911CA"/>
    <w:rsid w:val="00291433"/>
    <w:rsid w:val="0029639D"/>
    <w:rsid w:val="002A5030"/>
    <w:rsid w:val="002D4B0D"/>
    <w:rsid w:val="002E2E88"/>
    <w:rsid w:val="002F177E"/>
    <w:rsid w:val="002F64A3"/>
    <w:rsid w:val="00326F90"/>
    <w:rsid w:val="00340254"/>
    <w:rsid w:val="00360797"/>
    <w:rsid w:val="00365CFB"/>
    <w:rsid w:val="0038354C"/>
    <w:rsid w:val="00385DDE"/>
    <w:rsid w:val="003B75ED"/>
    <w:rsid w:val="0045075F"/>
    <w:rsid w:val="00454FA9"/>
    <w:rsid w:val="004559B4"/>
    <w:rsid w:val="004561B5"/>
    <w:rsid w:val="00463E32"/>
    <w:rsid w:val="00474C09"/>
    <w:rsid w:val="00475EC8"/>
    <w:rsid w:val="004F304D"/>
    <w:rsid w:val="004F48B3"/>
    <w:rsid w:val="004F4C96"/>
    <w:rsid w:val="00510AF6"/>
    <w:rsid w:val="00510F03"/>
    <w:rsid w:val="0058380A"/>
    <w:rsid w:val="005844CA"/>
    <w:rsid w:val="005932BC"/>
    <w:rsid w:val="00670D8A"/>
    <w:rsid w:val="006B4EF1"/>
    <w:rsid w:val="006C2563"/>
    <w:rsid w:val="006E1A50"/>
    <w:rsid w:val="006E4D20"/>
    <w:rsid w:val="007456BB"/>
    <w:rsid w:val="00775F2B"/>
    <w:rsid w:val="00785900"/>
    <w:rsid w:val="007F7E7A"/>
    <w:rsid w:val="00802DE8"/>
    <w:rsid w:val="008173DB"/>
    <w:rsid w:val="0082579D"/>
    <w:rsid w:val="00837771"/>
    <w:rsid w:val="0085132F"/>
    <w:rsid w:val="00860FCA"/>
    <w:rsid w:val="00872A07"/>
    <w:rsid w:val="00872CFE"/>
    <w:rsid w:val="008F27CF"/>
    <w:rsid w:val="00917414"/>
    <w:rsid w:val="009A78CD"/>
    <w:rsid w:val="009B3937"/>
    <w:rsid w:val="009B448B"/>
    <w:rsid w:val="009D1E7B"/>
    <w:rsid w:val="00A0403C"/>
    <w:rsid w:val="00A0581D"/>
    <w:rsid w:val="00A05B71"/>
    <w:rsid w:val="00A200B2"/>
    <w:rsid w:val="00A73ECD"/>
    <w:rsid w:val="00A77D6D"/>
    <w:rsid w:val="00A859BA"/>
    <w:rsid w:val="00A90701"/>
    <w:rsid w:val="00AA1D8D"/>
    <w:rsid w:val="00B438A7"/>
    <w:rsid w:val="00B47730"/>
    <w:rsid w:val="00B75EBD"/>
    <w:rsid w:val="00BA1E7E"/>
    <w:rsid w:val="00BB71E1"/>
    <w:rsid w:val="00BC54BA"/>
    <w:rsid w:val="00BC7E11"/>
    <w:rsid w:val="00BF4544"/>
    <w:rsid w:val="00C27CEF"/>
    <w:rsid w:val="00C43A19"/>
    <w:rsid w:val="00C50172"/>
    <w:rsid w:val="00C8724A"/>
    <w:rsid w:val="00C93B15"/>
    <w:rsid w:val="00CA733B"/>
    <w:rsid w:val="00CB0664"/>
    <w:rsid w:val="00D42AD2"/>
    <w:rsid w:val="00D73101"/>
    <w:rsid w:val="00D771EE"/>
    <w:rsid w:val="00D87884"/>
    <w:rsid w:val="00DD0E22"/>
    <w:rsid w:val="00DD135E"/>
    <w:rsid w:val="00DD3E22"/>
    <w:rsid w:val="00E141C3"/>
    <w:rsid w:val="00E91B5B"/>
    <w:rsid w:val="00EB0E0F"/>
    <w:rsid w:val="00EC1ACB"/>
    <w:rsid w:val="00F411CE"/>
    <w:rsid w:val="00F51D18"/>
    <w:rsid w:val="00F60BCF"/>
    <w:rsid w:val="00F7036F"/>
    <w:rsid w:val="00F853D2"/>
    <w:rsid w:val="00FC693F"/>
    <w:rsid w:val="00FE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B67B46"/>
  <w14:defaultImageDpi w14:val="300"/>
  <w15:docId w15:val="{7E55AB43-8401-8343-A733-9386DE63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atown clark</cp:lastModifiedBy>
  <cp:revision>2</cp:revision>
  <cp:lastPrinted>2026-03-09T20:48:00Z</cp:lastPrinted>
  <dcterms:created xsi:type="dcterms:W3CDTF">2026-03-09T21:15:00Z</dcterms:created>
  <dcterms:modified xsi:type="dcterms:W3CDTF">2026-03-09T21:15:00Z</dcterms:modified>
  <cp:category/>
</cp:coreProperties>
</file>