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D50C" w14:textId="7BBE5051" w:rsidR="004561B5" w:rsidRDefault="004561B5" w:rsidP="004561B5">
      <w:pPr>
        <w:pStyle w:val="Heading1"/>
        <w:jc w:val="center"/>
        <w:rPr>
          <w:sz w:val="40"/>
          <w:szCs w:val="40"/>
          <w:u w:val="single"/>
        </w:rPr>
      </w:pPr>
      <w:r w:rsidRPr="00A200B2">
        <w:rPr>
          <w:sz w:val="40"/>
          <w:szCs w:val="40"/>
          <w:u w:val="single"/>
        </w:rPr>
        <w:t>AGENDA FOR ANGELICA TOWN BOARD MEETING</w:t>
      </w:r>
      <w:r w:rsidR="009A78CD" w:rsidRPr="00A200B2">
        <w:rPr>
          <w:sz w:val="40"/>
          <w:szCs w:val="40"/>
          <w:u w:val="single"/>
        </w:rPr>
        <w:t xml:space="preserve"> </w:t>
      </w:r>
      <w:r w:rsidR="00FA3A53">
        <w:rPr>
          <w:sz w:val="40"/>
          <w:szCs w:val="40"/>
          <w:u w:val="single"/>
        </w:rPr>
        <w:t>JU</w:t>
      </w:r>
      <w:r w:rsidR="001E5DA8">
        <w:rPr>
          <w:sz w:val="40"/>
          <w:szCs w:val="40"/>
          <w:u w:val="single"/>
        </w:rPr>
        <w:t xml:space="preserve">LY </w:t>
      </w:r>
      <w:r w:rsidR="00D6413D">
        <w:rPr>
          <w:sz w:val="40"/>
          <w:szCs w:val="40"/>
          <w:u w:val="single"/>
        </w:rPr>
        <w:t>13</w:t>
      </w:r>
      <w:r w:rsidRPr="00A200B2">
        <w:rPr>
          <w:sz w:val="40"/>
          <w:szCs w:val="40"/>
          <w:u w:val="single"/>
        </w:rPr>
        <w:t>, 202</w:t>
      </w:r>
      <w:r w:rsidR="00454FA9" w:rsidRPr="00A200B2">
        <w:rPr>
          <w:sz w:val="40"/>
          <w:szCs w:val="40"/>
          <w:u w:val="single"/>
        </w:rPr>
        <w:t>6</w:t>
      </w:r>
    </w:p>
    <w:p w14:paraId="1C8735CE" w14:textId="6E2AD793" w:rsidR="00EC1ACB" w:rsidRPr="009340AB" w:rsidRDefault="000F5DF6" w:rsidP="00EC1ACB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14:paraId="0E61039D" w14:textId="2B9ACBA9" w:rsidR="00DD3E22" w:rsidRPr="009340AB" w:rsidRDefault="009B393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Call to Order and Pledge of Allegiance</w:t>
      </w:r>
    </w:p>
    <w:p w14:paraId="766C1355" w14:textId="74050C78" w:rsidR="004561B5" w:rsidRDefault="004561B5" w:rsidP="00DD3E22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of Minutes of Previous Meeting.</w:t>
      </w:r>
      <w:r w:rsidR="00BA7237">
        <w:rPr>
          <w:rFonts w:asciiTheme="majorHAnsi" w:hAnsiTheme="majorHAnsi"/>
          <w:sz w:val="24"/>
          <w:szCs w:val="24"/>
        </w:rPr>
        <w:t xml:space="preserve"> </w:t>
      </w:r>
      <w:r w:rsidR="005E25C5">
        <w:rPr>
          <w:rFonts w:asciiTheme="majorHAnsi" w:hAnsiTheme="majorHAnsi"/>
          <w:sz w:val="24"/>
          <w:szCs w:val="24"/>
        </w:rPr>
        <w:t>June 8, 2026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</w:p>
    <w:p w14:paraId="2B2EAC40" w14:textId="1DA3853C" w:rsidR="004561B5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Abstracts: Generals and Highways</w:t>
      </w:r>
      <w:r w:rsidR="00A0403C" w:rsidRPr="009340AB">
        <w:rPr>
          <w:rFonts w:asciiTheme="majorHAnsi" w:hAnsiTheme="majorHAnsi"/>
          <w:sz w:val="24"/>
          <w:szCs w:val="24"/>
        </w:rPr>
        <w:t xml:space="preserve">.  </w:t>
      </w:r>
    </w:p>
    <w:p w14:paraId="3147A29B" w14:textId="77777777" w:rsidR="00D5229C" w:rsidRPr="009340AB" w:rsidRDefault="00D5229C" w:rsidP="00D5229C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1775C03D" w14:textId="06B8FEAA" w:rsidR="009B3937" w:rsidRPr="009340AB" w:rsidRDefault="009B3937" w:rsidP="009B3937">
      <w:pPr>
        <w:pStyle w:val="ListNumber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and totals by fund</w:t>
      </w:r>
      <w:r w:rsidR="00895262">
        <w:rPr>
          <w:rFonts w:asciiTheme="majorHAnsi" w:hAnsiTheme="majorHAnsi"/>
          <w:sz w:val="24"/>
          <w:szCs w:val="24"/>
        </w:rPr>
        <w:t>:</w:t>
      </w:r>
    </w:p>
    <w:p w14:paraId="7D9F094A" w14:textId="37965593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 Townwide: $</w:t>
      </w:r>
      <w:r w:rsidR="0018030B">
        <w:rPr>
          <w:rFonts w:asciiTheme="majorHAnsi" w:hAnsiTheme="majorHAnsi"/>
          <w:sz w:val="24"/>
          <w:szCs w:val="24"/>
        </w:rPr>
        <w:t>58,346.22</w:t>
      </w:r>
    </w:p>
    <w:p w14:paraId="429E0038" w14:textId="73C1A9F7" w:rsidR="00241C93" w:rsidRPr="009340AB" w:rsidRDefault="00241C93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GENERAL FUND Outside:  $</w:t>
      </w:r>
      <w:r w:rsidR="005E25C5">
        <w:rPr>
          <w:rFonts w:asciiTheme="majorHAnsi" w:hAnsiTheme="majorHAnsi"/>
          <w:sz w:val="24"/>
          <w:szCs w:val="24"/>
        </w:rPr>
        <w:t>19.03</w:t>
      </w:r>
    </w:p>
    <w:p w14:paraId="358BB5C6" w14:textId="4825BBFD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Townwide: $</w:t>
      </w:r>
      <w:r w:rsidR="005E25C5">
        <w:rPr>
          <w:rFonts w:asciiTheme="majorHAnsi" w:hAnsiTheme="majorHAnsi"/>
          <w:sz w:val="24"/>
          <w:szCs w:val="24"/>
        </w:rPr>
        <w:t>2,033.78</w:t>
      </w:r>
    </w:p>
    <w:p w14:paraId="1CA7088C" w14:textId="20E411B2" w:rsidR="00241C93" w:rsidRDefault="0081224F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HIGHWAY Outside: $</w:t>
      </w:r>
      <w:r w:rsidR="005E25C5">
        <w:rPr>
          <w:rFonts w:asciiTheme="majorHAnsi" w:hAnsiTheme="majorHAnsi"/>
          <w:sz w:val="24"/>
          <w:szCs w:val="24"/>
        </w:rPr>
        <w:t>14,434.477</w:t>
      </w:r>
    </w:p>
    <w:p w14:paraId="0E39645A" w14:textId="19FBA6F6" w:rsidR="001D59C0" w:rsidRPr="009340AB" w:rsidRDefault="00B26C84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CAPTIAL: </w:t>
      </w:r>
      <w:r w:rsidR="001E46FD">
        <w:rPr>
          <w:rFonts w:asciiTheme="majorHAnsi" w:hAnsiTheme="majorHAnsi"/>
          <w:sz w:val="24"/>
          <w:szCs w:val="24"/>
        </w:rPr>
        <w:t>SALT STG: $</w:t>
      </w:r>
      <w:r w:rsidR="00E820C9">
        <w:rPr>
          <w:rFonts w:asciiTheme="majorHAnsi" w:hAnsiTheme="majorHAnsi"/>
          <w:sz w:val="24"/>
          <w:szCs w:val="24"/>
        </w:rPr>
        <w:t xml:space="preserve"> -0-</w:t>
      </w:r>
    </w:p>
    <w:p w14:paraId="2E6DF34B" w14:textId="1F34BDE7" w:rsidR="00BB680A" w:rsidRPr="00166585" w:rsidRDefault="002F177E" w:rsidP="00BB680A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166585">
        <w:rPr>
          <w:rFonts w:asciiTheme="majorHAnsi" w:hAnsiTheme="majorHAnsi"/>
          <w:sz w:val="24"/>
          <w:szCs w:val="24"/>
        </w:rPr>
        <w:t>TOTAL COMBINED: $</w:t>
      </w:r>
      <w:r w:rsidR="001C63EE">
        <w:rPr>
          <w:rFonts w:asciiTheme="majorHAnsi" w:hAnsiTheme="majorHAnsi"/>
          <w:sz w:val="24"/>
          <w:szCs w:val="24"/>
        </w:rPr>
        <w:t xml:space="preserve"> </w:t>
      </w:r>
      <w:r w:rsidR="0018030B">
        <w:rPr>
          <w:rFonts w:asciiTheme="majorHAnsi" w:hAnsiTheme="majorHAnsi"/>
          <w:sz w:val="24"/>
          <w:szCs w:val="24"/>
        </w:rPr>
        <w:t>74,833.50</w:t>
      </w:r>
    </w:p>
    <w:p w14:paraId="3E6813EA" w14:textId="77777777" w:rsidR="00BB680A" w:rsidRPr="00BB680A" w:rsidRDefault="00BB680A" w:rsidP="00BB680A">
      <w:pPr>
        <w:pStyle w:val="ListNumber"/>
        <w:numPr>
          <w:ilvl w:val="0"/>
          <w:numId w:val="0"/>
        </w:numPr>
        <w:ind w:left="1440"/>
        <w:rPr>
          <w:rFonts w:asciiTheme="majorHAnsi" w:hAnsiTheme="majorHAnsi"/>
          <w:b/>
          <w:bCs/>
          <w:sz w:val="24"/>
          <w:szCs w:val="24"/>
        </w:rPr>
      </w:pPr>
    </w:p>
    <w:p w14:paraId="495158B2" w14:textId="3BE79FEC" w:rsidR="000C460E" w:rsidRDefault="00311F56" w:rsidP="00465E7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Battery </w:t>
      </w:r>
      <w:r w:rsidR="00DF0D34">
        <w:rPr>
          <w:rFonts w:asciiTheme="majorHAnsi" w:hAnsiTheme="majorHAnsi"/>
          <w:sz w:val="24"/>
          <w:szCs w:val="24"/>
        </w:rPr>
        <w:t xml:space="preserve">Energy </w:t>
      </w:r>
      <w:r w:rsidRPr="009340AB">
        <w:rPr>
          <w:rFonts w:asciiTheme="majorHAnsi" w:hAnsiTheme="majorHAnsi"/>
          <w:sz w:val="24"/>
          <w:szCs w:val="24"/>
        </w:rPr>
        <w:t xml:space="preserve">Storage </w:t>
      </w:r>
      <w:r w:rsidR="00DF0D34">
        <w:rPr>
          <w:rFonts w:asciiTheme="majorHAnsi" w:hAnsiTheme="majorHAnsi"/>
          <w:sz w:val="24"/>
          <w:szCs w:val="24"/>
        </w:rPr>
        <w:t>System (BESS) Update</w:t>
      </w:r>
      <w:r w:rsidR="00423163">
        <w:rPr>
          <w:rFonts w:asciiTheme="majorHAnsi" w:hAnsiTheme="majorHAnsi"/>
          <w:sz w:val="24"/>
          <w:szCs w:val="24"/>
        </w:rPr>
        <w:t>/Discussion</w:t>
      </w:r>
      <w:r w:rsidR="0087266F">
        <w:rPr>
          <w:rFonts w:asciiTheme="majorHAnsi" w:hAnsiTheme="majorHAnsi"/>
          <w:sz w:val="24"/>
          <w:szCs w:val="24"/>
        </w:rPr>
        <w:t>: (G. Kelly)</w:t>
      </w:r>
    </w:p>
    <w:p w14:paraId="76D001FA" w14:textId="41408606" w:rsidR="00C3700C" w:rsidRDefault="006D53BE" w:rsidP="0096596F">
      <w:pPr>
        <w:pStyle w:val="ListNumber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5E3D42">
        <w:rPr>
          <w:rFonts w:asciiTheme="majorHAnsi" w:hAnsiTheme="majorHAnsi"/>
          <w:b/>
          <w:bCs/>
          <w:sz w:val="24"/>
          <w:szCs w:val="24"/>
          <w:u w:val="single"/>
        </w:rPr>
        <w:t>Resolution #8-2026</w:t>
      </w:r>
      <w:r>
        <w:rPr>
          <w:rFonts w:asciiTheme="majorHAnsi" w:hAnsiTheme="majorHAnsi"/>
          <w:sz w:val="24"/>
          <w:szCs w:val="24"/>
        </w:rPr>
        <w:t xml:space="preserve">: Introducing </w:t>
      </w:r>
      <w:r w:rsidR="001268BA">
        <w:rPr>
          <w:rFonts w:asciiTheme="majorHAnsi" w:hAnsiTheme="majorHAnsi"/>
          <w:sz w:val="24"/>
          <w:szCs w:val="24"/>
        </w:rPr>
        <w:t xml:space="preserve">Local Law </w:t>
      </w:r>
      <w:r w:rsidR="002E03E5">
        <w:rPr>
          <w:rFonts w:asciiTheme="majorHAnsi" w:hAnsiTheme="majorHAnsi"/>
          <w:sz w:val="24"/>
          <w:szCs w:val="24"/>
        </w:rPr>
        <w:t>1 of 2026</w:t>
      </w:r>
      <w:r w:rsidR="005233B2">
        <w:rPr>
          <w:rFonts w:asciiTheme="majorHAnsi" w:hAnsiTheme="majorHAnsi"/>
          <w:sz w:val="24"/>
          <w:szCs w:val="24"/>
        </w:rPr>
        <w:t xml:space="preserve">, accepting the </w:t>
      </w:r>
      <w:r w:rsidR="005E3D42">
        <w:rPr>
          <w:rFonts w:asciiTheme="majorHAnsi" w:hAnsiTheme="majorHAnsi"/>
          <w:sz w:val="24"/>
          <w:szCs w:val="24"/>
        </w:rPr>
        <w:t>S</w:t>
      </w:r>
      <w:r w:rsidR="005233B2">
        <w:rPr>
          <w:rFonts w:asciiTheme="majorHAnsi" w:hAnsiTheme="majorHAnsi"/>
          <w:sz w:val="24"/>
          <w:szCs w:val="24"/>
        </w:rPr>
        <w:t>EQRA Envi</w:t>
      </w:r>
      <w:r w:rsidR="00B0149C">
        <w:rPr>
          <w:rFonts w:asciiTheme="majorHAnsi" w:hAnsiTheme="majorHAnsi"/>
          <w:sz w:val="24"/>
          <w:szCs w:val="24"/>
        </w:rPr>
        <w:t>ro</w:t>
      </w:r>
      <w:r w:rsidR="005E3D42">
        <w:rPr>
          <w:rFonts w:asciiTheme="majorHAnsi" w:hAnsiTheme="majorHAnsi"/>
          <w:sz w:val="24"/>
          <w:szCs w:val="24"/>
        </w:rPr>
        <w:t>n</w:t>
      </w:r>
      <w:r w:rsidR="005233B2">
        <w:rPr>
          <w:rFonts w:asciiTheme="majorHAnsi" w:hAnsiTheme="majorHAnsi"/>
          <w:sz w:val="24"/>
          <w:szCs w:val="24"/>
        </w:rPr>
        <w:t>mental As</w:t>
      </w:r>
      <w:r w:rsidR="005E3D42">
        <w:rPr>
          <w:rFonts w:asciiTheme="majorHAnsi" w:hAnsiTheme="majorHAnsi"/>
          <w:sz w:val="24"/>
          <w:szCs w:val="24"/>
        </w:rPr>
        <w:t>s</w:t>
      </w:r>
      <w:r w:rsidR="005233B2">
        <w:rPr>
          <w:rFonts w:asciiTheme="majorHAnsi" w:hAnsiTheme="majorHAnsi"/>
          <w:sz w:val="24"/>
          <w:szCs w:val="24"/>
        </w:rPr>
        <w:t>essment Form, Establishing the Town Board as Lead Agency for SEQRA</w:t>
      </w:r>
      <w:r w:rsidR="00A513F0">
        <w:rPr>
          <w:rFonts w:asciiTheme="majorHAnsi" w:hAnsiTheme="majorHAnsi"/>
          <w:sz w:val="24"/>
          <w:szCs w:val="24"/>
        </w:rPr>
        <w:t xml:space="preserve"> Review, Referring the proposed local Law to the Allegany County Planning Board and setting a Public Hearing</w:t>
      </w:r>
      <w:r w:rsidR="00B0149C">
        <w:rPr>
          <w:rFonts w:asciiTheme="majorHAnsi" w:hAnsiTheme="majorHAnsi"/>
          <w:sz w:val="24"/>
          <w:szCs w:val="24"/>
        </w:rPr>
        <w:t xml:space="preserve"> for August 24, 2026</w:t>
      </w:r>
      <w:r w:rsidR="002E03E5">
        <w:rPr>
          <w:rFonts w:asciiTheme="majorHAnsi" w:hAnsiTheme="majorHAnsi"/>
          <w:sz w:val="24"/>
          <w:szCs w:val="24"/>
        </w:rPr>
        <w:t>.</w:t>
      </w:r>
      <w:r w:rsidR="0021438F">
        <w:rPr>
          <w:rFonts w:asciiTheme="majorHAnsi" w:hAnsiTheme="majorHAnsi"/>
          <w:sz w:val="24"/>
          <w:szCs w:val="24"/>
        </w:rPr>
        <w:t xml:space="preserve"> This is </w:t>
      </w:r>
      <w:r w:rsidR="0021438F" w:rsidRPr="007F37CD">
        <w:rPr>
          <w:rFonts w:asciiTheme="majorHAnsi" w:hAnsiTheme="majorHAnsi"/>
          <w:i/>
          <w:iCs/>
          <w:sz w:val="24"/>
          <w:szCs w:val="24"/>
          <w:u w:val="single"/>
        </w:rPr>
        <w:t xml:space="preserve">contingent </w:t>
      </w:r>
      <w:r w:rsidR="0021438F">
        <w:rPr>
          <w:rFonts w:asciiTheme="majorHAnsi" w:hAnsiTheme="majorHAnsi"/>
          <w:sz w:val="24"/>
          <w:szCs w:val="24"/>
        </w:rPr>
        <w:t xml:space="preserve">on the Allegany </w:t>
      </w:r>
      <w:r w:rsidR="009041F2">
        <w:rPr>
          <w:rFonts w:asciiTheme="majorHAnsi" w:hAnsiTheme="majorHAnsi"/>
          <w:sz w:val="24"/>
          <w:szCs w:val="24"/>
        </w:rPr>
        <w:t xml:space="preserve">County Planning Board approving </w:t>
      </w:r>
      <w:r w:rsidR="00D749DA">
        <w:rPr>
          <w:rFonts w:asciiTheme="majorHAnsi" w:hAnsiTheme="majorHAnsi"/>
          <w:sz w:val="24"/>
          <w:szCs w:val="24"/>
        </w:rPr>
        <w:t>Proposed Local Law 1 of 2026.</w:t>
      </w:r>
    </w:p>
    <w:p w14:paraId="3F4F4F68" w14:textId="77777777" w:rsidR="00D5229C" w:rsidRDefault="00D5229C" w:rsidP="00D5229C">
      <w:pPr>
        <w:pStyle w:val="ListNumber"/>
        <w:numPr>
          <w:ilvl w:val="0"/>
          <w:numId w:val="0"/>
        </w:numPr>
        <w:ind w:left="720"/>
        <w:rPr>
          <w:rFonts w:asciiTheme="majorHAnsi" w:hAnsiTheme="majorHAnsi"/>
          <w:sz w:val="24"/>
          <w:szCs w:val="24"/>
        </w:rPr>
      </w:pPr>
    </w:p>
    <w:p w14:paraId="3892DD34" w14:textId="05AAD542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Budget Sheets and Supervisor’s Reports</w:t>
      </w:r>
      <w:r w:rsidR="0045075F" w:rsidRPr="009340AB">
        <w:rPr>
          <w:rFonts w:asciiTheme="majorHAnsi" w:hAnsiTheme="majorHAnsi"/>
          <w:sz w:val="24"/>
          <w:szCs w:val="24"/>
        </w:rPr>
        <w:t xml:space="preserve"> for Month of </w:t>
      </w:r>
      <w:r w:rsidR="00C65369">
        <w:rPr>
          <w:rFonts w:asciiTheme="majorHAnsi" w:hAnsiTheme="majorHAnsi"/>
          <w:sz w:val="24"/>
          <w:szCs w:val="24"/>
        </w:rPr>
        <w:t xml:space="preserve">June </w:t>
      </w:r>
      <w:r w:rsidR="0045075F" w:rsidRPr="009340AB">
        <w:rPr>
          <w:rFonts w:asciiTheme="majorHAnsi" w:hAnsiTheme="majorHAnsi"/>
          <w:sz w:val="24"/>
          <w:szCs w:val="24"/>
        </w:rPr>
        <w:t>2026</w:t>
      </w:r>
      <w:r w:rsidR="0038354C" w:rsidRPr="009340AB">
        <w:rPr>
          <w:rFonts w:asciiTheme="majorHAnsi" w:hAnsiTheme="majorHAnsi"/>
          <w:sz w:val="24"/>
          <w:szCs w:val="24"/>
        </w:rPr>
        <w:t xml:space="preserve">. Motion to approve. </w:t>
      </w:r>
    </w:p>
    <w:p w14:paraId="44C5D31B" w14:textId="2321E51C" w:rsidR="00474C09" w:rsidRPr="009340AB" w:rsidRDefault="00474C09" w:rsidP="00C65369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</w:t>
      </w:r>
      <w:r w:rsidR="00A8798A">
        <w:rPr>
          <w:rFonts w:asciiTheme="majorHAnsi" w:hAnsiTheme="majorHAnsi"/>
          <w:sz w:val="24"/>
          <w:szCs w:val="24"/>
        </w:rPr>
        <w:t>/Cap</w:t>
      </w:r>
      <w:r w:rsidR="005A2A15">
        <w:rPr>
          <w:rFonts w:asciiTheme="majorHAnsi" w:hAnsiTheme="majorHAnsi"/>
          <w:sz w:val="24"/>
          <w:szCs w:val="24"/>
        </w:rPr>
        <w:t>i</w:t>
      </w:r>
      <w:r w:rsidR="00A8798A">
        <w:rPr>
          <w:rFonts w:asciiTheme="majorHAnsi" w:hAnsiTheme="majorHAnsi"/>
          <w:sz w:val="24"/>
          <w:szCs w:val="24"/>
        </w:rPr>
        <w:t>tal</w:t>
      </w:r>
      <w:r w:rsidRPr="009340AB">
        <w:rPr>
          <w:rFonts w:asciiTheme="majorHAnsi" w:hAnsiTheme="majorHAnsi"/>
          <w:sz w:val="24"/>
          <w:szCs w:val="24"/>
        </w:rPr>
        <w:t xml:space="preserve"> Fund: Revenues: $</w:t>
      </w:r>
      <w:r w:rsidR="00A91C40">
        <w:rPr>
          <w:rFonts w:asciiTheme="majorHAnsi" w:hAnsiTheme="majorHAnsi"/>
          <w:sz w:val="24"/>
          <w:szCs w:val="24"/>
        </w:rPr>
        <w:t>38,645.32</w:t>
      </w:r>
      <w:r w:rsidR="00755FDE">
        <w:rPr>
          <w:rFonts w:asciiTheme="majorHAnsi" w:hAnsiTheme="majorHAnsi"/>
          <w:sz w:val="24"/>
          <w:szCs w:val="24"/>
        </w:rPr>
        <w:t xml:space="preserve"> </w:t>
      </w:r>
      <w:r w:rsidR="00A859BA" w:rsidRPr="009340AB">
        <w:rPr>
          <w:rFonts w:asciiTheme="majorHAnsi" w:hAnsiTheme="majorHAnsi"/>
          <w:sz w:val="24"/>
          <w:szCs w:val="24"/>
        </w:rPr>
        <w:t>/</w:t>
      </w:r>
      <w:r w:rsidRPr="009340AB">
        <w:rPr>
          <w:rFonts w:asciiTheme="majorHAnsi" w:hAnsiTheme="majorHAnsi"/>
          <w:sz w:val="24"/>
          <w:szCs w:val="24"/>
        </w:rPr>
        <w:t xml:space="preserve">Expenses: </w:t>
      </w:r>
      <w:r w:rsidR="000537E0">
        <w:rPr>
          <w:rFonts w:asciiTheme="majorHAnsi" w:hAnsiTheme="majorHAnsi"/>
          <w:sz w:val="24"/>
          <w:szCs w:val="24"/>
        </w:rPr>
        <w:t>$</w:t>
      </w:r>
      <w:r w:rsidR="00130398">
        <w:rPr>
          <w:rFonts w:asciiTheme="majorHAnsi" w:hAnsiTheme="majorHAnsi"/>
          <w:sz w:val="24"/>
          <w:szCs w:val="24"/>
        </w:rPr>
        <w:t>28,914.58</w:t>
      </w:r>
    </w:p>
    <w:p w14:paraId="0A1ACAE7" w14:textId="4BD4D926" w:rsidR="0045075F" w:rsidRDefault="00474C09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Highway: Revenues: $</w:t>
      </w:r>
      <w:r w:rsidR="00130398">
        <w:rPr>
          <w:rFonts w:asciiTheme="majorHAnsi" w:hAnsiTheme="majorHAnsi"/>
          <w:sz w:val="24"/>
          <w:szCs w:val="24"/>
        </w:rPr>
        <w:t>42,939.57</w:t>
      </w:r>
      <w:r w:rsidR="00BA1E7E" w:rsidRPr="009340AB">
        <w:rPr>
          <w:rFonts w:asciiTheme="majorHAnsi" w:hAnsiTheme="majorHAnsi"/>
          <w:sz w:val="24"/>
          <w:szCs w:val="24"/>
        </w:rPr>
        <w:t>/Expenses: $</w:t>
      </w:r>
      <w:r w:rsidR="00810641">
        <w:rPr>
          <w:rFonts w:asciiTheme="majorHAnsi" w:hAnsiTheme="majorHAnsi"/>
          <w:sz w:val="24"/>
          <w:szCs w:val="24"/>
        </w:rPr>
        <w:t>73,961.66</w:t>
      </w:r>
    </w:p>
    <w:p w14:paraId="00DD2EA9" w14:textId="69012FD2" w:rsidR="004B15C0" w:rsidRPr="004B15C0" w:rsidRDefault="004561B5" w:rsidP="004B15C0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Financial Reports: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  <w:r w:rsidRPr="009340AB">
        <w:rPr>
          <w:rFonts w:asciiTheme="majorHAnsi" w:hAnsiTheme="majorHAnsi"/>
          <w:sz w:val="24"/>
          <w:szCs w:val="24"/>
        </w:rPr>
        <w:br/>
        <w:t xml:space="preserve">   a. NYCLASS Report for </w:t>
      </w:r>
      <w:r w:rsidR="002B1A9E">
        <w:rPr>
          <w:rFonts w:asciiTheme="majorHAnsi" w:hAnsiTheme="majorHAnsi"/>
          <w:sz w:val="24"/>
          <w:szCs w:val="24"/>
        </w:rPr>
        <w:t>June</w:t>
      </w:r>
      <w:r w:rsidR="004D630D">
        <w:rPr>
          <w:rFonts w:asciiTheme="majorHAnsi" w:hAnsiTheme="majorHAnsi"/>
          <w:sz w:val="24"/>
          <w:szCs w:val="24"/>
        </w:rPr>
        <w:t xml:space="preserve"> </w:t>
      </w:r>
      <w:r w:rsidR="00031109">
        <w:rPr>
          <w:rFonts w:asciiTheme="majorHAnsi" w:hAnsiTheme="majorHAnsi"/>
          <w:sz w:val="24"/>
          <w:szCs w:val="24"/>
        </w:rPr>
        <w:t>2026</w:t>
      </w:r>
      <w:r w:rsidRPr="009340AB">
        <w:rPr>
          <w:rFonts w:asciiTheme="majorHAnsi" w:hAnsiTheme="majorHAnsi"/>
          <w:sz w:val="24"/>
          <w:szCs w:val="24"/>
        </w:rPr>
        <w:t>.</w:t>
      </w:r>
      <w:r w:rsidR="0038354C" w:rsidRPr="009340AB">
        <w:rPr>
          <w:rFonts w:asciiTheme="majorHAnsi" w:hAnsiTheme="majorHAnsi"/>
          <w:sz w:val="24"/>
          <w:szCs w:val="24"/>
        </w:rPr>
        <w:t xml:space="preserve"> </w:t>
      </w:r>
      <w:r w:rsidR="00975E58">
        <w:rPr>
          <w:rFonts w:asciiTheme="majorHAnsi" w:hAnsiTheme="majorHAnsi"/>
          <w:sz w:val="24"/>
          <w:szCs w:val="24"/>
        </w:rPr>
        <w:t xml:space="preserve"> </w:t>
      </w:r>
    </w:p>
    <w:p w14:paraId="12BF45C9" w14:textId="710A9851" w:rsidR="00CB3792" w:rsidRPr="002371E2" w:rsidRDefault="00AA6E30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Total NYCLASS Earnings</w:t>
      </w:r>
      <w:r w:rsidR="000E5720">
        <w:rPr>
          <w:rFonts w:asciiTheme="majorHAnsi" w:hAnsiTheme="majorHAnsi"/>
          <w:sz w:val="24"/>
          <w:szCs w:val="24"/>
        </w:rPr>
        <w:t xml:space="preserve"> Current Month: $</w:t>
      </w:r>
      <w:r w:rsidR="002B1A9E">
        <w:rPr>
          <w:rFonts w:asciiTheme="majorHAnsi" w:hAnsiTheme="majorHAnsi"/>
          <w:sz w:val="24"/>
          <w:szCs w:val="24"/>
        </w:rPr>
        <w:t>12,937.97</w:t>
      </w:r>
    </w:p>
    <w:p w14:paraId="40767419" w14:textId="395C449D" w:rsidR="00CB3792" w:rsidRPr="002371E2" w:rsidRDefault="00CB3792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2371E2">
        <w:rPr>
          <w:rFonts w:asciiTheme="majorHAnsi" w:hAnsiTheme="majorHAnsi"/>
          <w:sz w:val="24"/>
          <w:szCs w:val="24"/>
        </w:rPr>
        <w:t xml:space="preserve">Average Monthly Rate = </w:t>
      </w:r>
      <w:r w:rsidRPr="0006296C">
        <w:rPr>
          <w:rFonts w:asciiTheme="majorHAnsi" w:hAnsiTheme="majorHAnsi"/>
          <w:b/>
          <w:bCs/>
          <w:sz w:val="24"/>
          <w:szCs w:val="24"/>
        </w:rPr>
        <w:t>3.5</w:t>
      </w:r>
      <w:r w:rsidR="002B1A9E">
        <w:rPr>
          <w:rFonts w:asciiTheme="majorHAnsi" w:hAnsiTheme="majorHAnsi"/>
          <w:b/>
          <w:bCs/>
          <w:sz w:val="24"/>
          <w:szCs w:val="24"/>
        </w:rPr>
        <w:t>21</w:t>
      </w:r>
      <w:r w:rsidRPr="0006296C">
        <w:rPr>
          <w:rFonts w:asciiTheme="majorHAnsi" w:hAnsiTheme="majorHAnsi"/>
          <w:b/>
          <w:bCs/>
          <w:sz w:val="24"/>
          <w:szCs w:val="24"/>
        </w:rPr>
        <w:t>%</w:t>
      </w:r>
    </w:p>
    <w:p w14:paraId="41F7541B" w14:textId="0BDEB7E2" w:rsidR="00DD2116" w:rsidRDefault="009E71FE" w:rsidP="00DD2116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2371E2">
        <w:rPr>
          <w:rFonts w:asciiTheme="majorHAnsi" w:hAnsiTheme="majorHAnsi"/>
          <w:sz w:val="24"/>
          <w:szCs w:val="24"/>
        </w:rPr>
        <w:t>Total NYCLASS Balance = $</w:t>
      </w:r>
      <w:r w:rsidR="002371E2" w:rsidRPr="002371E2">
        <w:rPr>
          <w:rFonts w:asciiTheme="majorHAnsi" w:hAnsiTheme="majorHAnsi"/>
          <w:sz w:val="24"/>
          <w:szCs w:val="24"/>
        </w:rPr>
        <w:t>4,4</w:t>
      </w:r>
      <w:r w:rsidR="00677CFC">
        <w:rPr>
          <w:rFonts w:asciiTheme="majorHAnsi" w:hAnsiTheme="majorHAnsi"/>
          <w:sz w:val="24"/>
          <w:szCs w:val="24"/>
        </w:rPr>
        <w:t>77,940.91</w:t>
      </w:r>
    </w:p>
    <w:p w14:paraId="5E061AE0" w14:textId="30525893" w:rsidR="00474E82" w:rsidRDefault="00474E82" w:rsidP="00CC2948">
      <w:pPr>
        <w:pStyle w:val="ListNumber"/>
      </w:pPr>
      <w:r w:rsidRPr="00DD2116">
        <w:rPr>
          <w:b/>
          <w:bCs/>
          <w:u w:val="single"/>
        </w:rPr>
        <w:t>Resolution #6-2026</w:t>
      </w:r>
      <w:r w:rsidRPr="00DD2116">
        <w:t>:  Resolution</w:t>
      </w:r>
      <w:r w:rsidR="006A575B" w:rsidRPr="00DD2116">
        <w:t xml:space="preserve"> authorizing 2026 Budget Modifications as per the Town Bookkeeper, BBS Accounting</w:t>
      </w:r>
      <w:r w:rsidR="00E22BBE">
        <w:t>,</w:t>
      </w:r>
      <w:r w:rsidR="00636A20">
        <w:t xml:space="preserve"> to </w:t>
      </w:r>
      <w:r w:rsidR="002760BD">
        <w:t>properly</w:t>
      </w:r>
      <w:r w:rsidR="00636A20">
        <w:t xml:space="preserve"> </w:t>
      </w:r>
      <w:r w:rsidR="002760BD">
        <w:t>Fund</w:t>
      </w:r>
      <w:r w:rsidR="00636A20">
        <w:t xml:space="preserve"> Certain budget lines that require additional appropria</w:t>
      </w:r>
      <w:r w:rsidR="00C73B9C">
        <w:t>tions</w:t>
      </w:r>
      <w:r w:rsidR="00636A20">
        <w:t xml:space="preserve"> fo</w:t>
      </w:r>
      <w:r w:rsidR="00C73B9C">
        <w:t>r</w:t>
      </w:r>
      <w:r w:rsidR="00636A20">
        <w:t xml:space="preserve"> the remainder of the 2026 Fiscal year.</w:t>
      </w:r>
    </w:p>
    <w:p w14:paraId="5F4BEDCA" w14:textId="77777777" w:rsidR="00D5229C" w:rsidRPr="00DD2116" w:rsidRDefault="00D5229C" w:rsidP="00D5229C">
      <w:pPr>
        <w:pStyle w:val="ListNumber"/>
        <w:numPr>
          <w:ilvl w:val="0"/>
          <w:numId w:val="0"/>
        </w:numPr>
      </w:pPr>
    </w:p>
    <w:p w14:paraId="3F13FE1D" w14:textId="5D65A7A4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Business Review.</w:t>
      </w:r>
      <w:r w:rsidR="00A0403C" w:rsidRPr="009340AB">
        <w:rPr>
          <w:rFonts w:asciiTheme="majorHAnsi" w:hAnsiTheme="majorHAnsi"/>
          <w:sz w:val="24"/>
          <w:szCs w:val="24"/>
        </w:rPr>
        <w:t xml:space="preserve">  Motio</w:t>
      </w:r>
      <w:r w:rsidR="00454FA9" w:rsidRPr="009340AB">
        <w:rPr>
          <w:rFonts w:asciiTheme="majorHAnsi" w:hAnsiTheme="majorHAnsi"/>
          <w:sz w:val="24"/>
          <w:szCs w:val="24"/>
        </w:rPr>
        <w:t>n</w:t>
      </w:r>
      <w:r w:rsidR="00A0403C" w:rsidRPr="009340AB">
        <w:rPr>
          <w:rFonts w:asciiTheme="majorHAnsi" w:hAnsiTheme="majorHAnsi"/>
          <w:sz w:val="24"/>
          <w:szCs w:val="24"/>
        </w:rPr>
        <w:t xml:space="preserve"> to accept and approve by:</w:t>
      </w:r>
    </w:p>
    <w:p w14:paraId="7D086A22" w14:textId="2A8262CB" w:rsidR="004561B5" w:rsidRDefault="004561B5" w:rsidP="00677CFC">
      <w:pPr>
        <w:pStyle w:val="ListNumber"/>
        <w:numPr>
          <w:ilvl w:val="0"/>
          <w:numId w:val="0"/>
        </w:numPr>
        <w:ind w:left="1170"/>
        <w:rPr>
          <w:rFonts w:asciiTheme="majorHAnsi" w:hAnsiTheme="majorHAnsi"/>
          <w:sz w:val="24"/>
          <w:szCs w:val="24"/>
        </w:rPr>
      </w:pPr>
    </w:p>
    <w:p w14:paraId="136E5A34" w14:textId="77777777" w:rsidR="00D5229C" w:rsidRDefault="00D5229C" w:rsidP="00677CFC">
      <w:pPr>
        <w:pStyle w:val="ListNumber"/>
        <w:numPr>
          <w:ilvl w:val="0"/>
          <w:numId w:val="0"/>
        </w:numPr>
        <w:ind w:left="1170"/>
        <w:rPr>
          <w:rFonts w:asciiTheme="majorHAnsi" w:hAnsiTheme="majorHAnsi"/>
          <w:sz w:val="24"/>
          <w:szCs w:val="24"/>
        </w:rPr>
      </w:pPr>
    </w:p>
    <w:p w14:paraId="36BEBB2C" w14:textId="488E7C1A" w:rsidR="00863CDC" w:rsidRPr="009340AB" w:rsidRDefault="00863CDC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$</w:t>
      </w:r>
      <w:r w:rsidR="00677CFC">
        <w:rPr>
          <w:rFonts w:asciiTheme="majorHAnsi" w:hAnsiTheme="majorHAnsi"/>
          <w:sz w:val="24"/>
          <w:szCs w:val="24"/>
        </w:rPr>
        <w:t>2,911.66</w:t>
      </w:r>
      <w:r>
        <w:rPr>
          <w:rFonts w:asciiTheme="majorHAnsi" w:hAnsiTheme="majorHAnsi"/>
          <w:sz w:val="24"/>
          <w:szCs w:val="24"/>
        </w:rPr>
        <w:t xml:space="preserve"> paid to Town Supervisor</w:t>
      </w:r>
      <w:r w:rsidR="007E1B76">
        <w:rPr>
          <w:rFonts w:asciiTheme="majorHAnsi" w:hAnsiTheme="majorHAnsi"/>
          <w:sz w:val="24"/>
          <w:szCs w:val="24"/>
        </w:rPr>
        <w:t xml:space="preserve"> </w:t>
      </w:r>
    </w:p>
    <w:p w14:paraId="0243E8F6" w14:textId="166368C3" w:rsidR="00A0403C" w:rsidRPr="009340AB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</w:t>
      </w:r>
      <w:r w:rsidR="00C3300A">
        <w:rPr>
          <w:rFonts w:asciiTheme="majorHAnsi" w:hAnsiTheme="majorHAnsi"/>
          <w:sz w:val="24"/>
          <w:szCs w:val="24"/>
        </w:rPr>
        <w:t>s</w:t>
      </w:r>
      <w:r w:rsidRPr="009340AB">
        <w:rPr>
          <w:rFonts w:asciiTheme="majorHAnsi" w:hAnsiTheme="majorHAnsi"/>
          <w:sz w:val="24"/>
          <w:szCs w:val="24"/>
        </w:rPr>
        <w:t xml:space="preserve">:  </w:t>
      </w:r>
      <w:r w:rsidR="00126854" w:rsidRPr="009340AB">
        <w:rPr>
          <w:rFonts w:asciiTheme="majorHAnsi" w:hAnsiTheme="majorHAnsi"/>
          <w:sz w:val="24"/>
          <w:szCs w:val="24"/>
        </w:rPr>
        <w:t>$</w:t>
      </w:r>
      <w:r w:rsidR="00677CFC">
        <w:rPr>
          <w:rFonts w:asciiTheme="majorHAnsi" w:hAnsiTheme="majorHAnsi"/>
          <w:sz w:val="24"/>
          <w:szCs w:val="24"/>
        </w:rPr>
        <w:t>64</w:t>
      </w:r>
    </w:p>
    <w:p w14:paraId="39980A40" w14:textId="211C62ED" w:rsidR="00A0403C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DECALS:</w:t>
      </w:r>
      <w:r w:rsidR="00126854" w:rsidRPr="009340AB">
        <w:rPr>
          <w:rFonts w:asciiTheme="majorHAnsi" w:hAnsiTheme="majorHAnsi"/>
          <w:sz w:val="24"/>
          <w:szCs w:val="24"/>
        </w:rPr>
        <w:t xml:space="preserve"> $</w:t>
      </w:r>
      <w:r w:rsidR="00412499">
        <w:rPr>
          <w:rFonts w:asciiTheme="majorHAnsi" w:hAnsiTheme="majorHAnsi"/>
          <w:sz w:val="24"/>
          <w:szCs w:val="24"/>
        </w:rPr>
        <w:t>2.66</w:t>
      </w:r>
    </w:p>
    <w:p w14:paraId="06EA04D2" w14:textId="5D24CDE6" w:rsidR="00E6430B" w:rsidRPr="009340AB" w:rsidRDefault="00E6430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Marriage Licenses: $</w:t>
      </w:r>
      <w:r w:rsidR="00412499">
        <w:rPr>
          <w:rFonts w:asciiTheme="majorHAnsi" w:hAnsiTheme="majorHAnsi"/>
          <w:sz w:val="24"/>
          <w:szCs w:val="24"/>
        </w:rPr>
        <w:t>-0-</w:t>
      </w:r>
    </w:p>
    <w:p w14:paraId="238E1693" w14:textId="7B0D0ABE" w:rsidR="00126854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Other: </w:t>
      </w:r>
      <w:r w:rsidR="00126854" w:rsidRPr="009340AB">
        <w:rPr>
          <w:rFonts w:asciiTheme="majorHAnsi" w:hAnsiTheme="majorHAnsi"/>
          <w:sz w:val="24"/>
          <w:szCs w:val="24"/>
        </w:rPr>
        <w:t>ATV’s $</w:t>
      </w:r>
      <w:r w:rsidR="00412499">
        <w:rPr>
          <w:rFonts w:asciiTheme="majorHAnsi" w:hAnsiTheme="majorHAnsi"/>
          <w:sz w:val="24"/>
          <w:szCs w:val="24"/>
        </w:rPr>
        <w:t>115</w:t>
      </w:r>
    </w:p>
    <w:p w14:paraId="7BE60491" w14:textId="0BD3F2D7" w:rsidR="00F6034B" w:rsidRDefault="00F6034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Cemetery Lot</w:t>
      </w:r>
      <w:r w:rsidR="00F11BE2">
        <w:rPr>
          <w:rFonts w:asciiTheme="majorHAnsi" w:hAnsiTheme="majorHAnsi"/>
          <w:sz w:val="24"/>
          <w:szCs w:val="24"/>
        </w:rPr>
        <w:t xml:space="preserve"> Sales</w:t>
      </w:r>
      <w:r>
        <w:rPr>
          <w:rFonts w:asciiTheme="majorHAnsi" w:hAnsiTheme="majorHAnsi"/>
          <w:sz w:val="24"/>
          <w:szCs w:val="24"/>
        </w:rPr>
        <w:t>: $</w:t>
      </w:r>
      <w:r w:rsidR="00A20E44">
        <w:rPr>
          <w:rFonts w:asciiTheme="majorHAnsi" w:hAnsiTheme="majorHAnsi"/>
          <w:sz w:val="24"/>
          <w:szCs w:val="24"/>
        </w:rPr>
        <w:t>2,250</w:t>
      </w:r>
    </w:p>
    <w:p w14:paraId="154DFBEB" w14:textId="1AF19851" w:rsidR="00A0403C" w:rsidRDefault="00BB71E1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Grave Digging: $</w:t>
      </w:r>
      <w:r w:rsidR="00A20E44">
        <w:rPr>
          <w:rFonts w:asciiTheme="majorHAnsi" w:hAnsiTheme="majorHAnsi"/>
          <w:sz w:val="24"/>
          <w:szCs w:val="24"/>
        </w:rPr>
        <w:t>400</w:t>
      </w:r>
    </w:p>
    <w:p w14:paraId="2DC4EEE2" w14:textId="6EF72FF5" w:rsidR="009F5670" w:rsidRDefault="00744624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Certified Copes: </w:t>
      </w:r>
      <w:r w:rsidR="00A20E44">
        <w:rPr>
          <w:rFonts w:asciiTheme="majorHAnsi" w:hAnsiTheme="majorHAnsi"/>
          <w:sz w:val="24"/>
          <w:szCs w:val="24"/>
        </w:rPr>
        <w:t>$60</w:t>
      </w:r>
    </w:p>
    <w:p w14:paraId="59624CB8" w14:textId="30F57C6B" w:rsidR="00B6232D" w:rsidRDefault="00B6232D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Dog Boarding Fees:</w:t>
      </w:r>
      <w:r w:rsidR="00B34875">
        <w:rPr>
          <w:rFonts w:asciiTheme="majorHAnsi" w:hAnsiTheme="majorHAnsi"/>
          <w:sz w:val="24"/>
          <w:szCs w:val="24"/>
        </w:rPr>
        <w:t xml:space="preserve"> </w:t>
      </w:r>
      <w:r w:rsidR="00D52E3C">
        <w:rPr>
          <w:rFonts w:asciiTheme="majorHAnsi" w:hAnsiTheme="majorHAnsi"/>
          <w:sz w:val="24"/>
          <w:szCs w:val="24"/>
        </w:rPr>
        <w:t>$20</w:t>
      </w:r>
    </w:p>
    <w:p w14:paraId="520EE092" w14:textId="77777777" w:rsidR="00B6232D" w:rsidRDefault="00B6232D" w:rsidP="00B6232D">
      <w:pPr>
        <w:pStyle w:val="ListNumber"/>
        <w:numPr>
          <w:ilvl w:val="0"/>
          <w:numId w:val="0"/>
        </w:numPr>
        <w:ind w:left="1800"/>
        <w:rPr>
          <w:rFonts w:asciiTheme="majorHAnsi" w:hAnsiTheme="majorHAnsi"/>
          <w:sz w:val="24"/>
          <w:szCs w:val="24"/>
        </w:rPr>
      </w:pPr>
    </w:p>
    <w:p w14:paraId="11028456" w14:textId="1A50B788" w:rsidR="00785900" w:rsidRPr="009340AB" w:rsidRDefault="004561B5" w:rsidP="009B448B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Justice</w:t>
      </w:r>
      <w:r w:rsidR="00B05C85">
        <w:rPr>
          <w:rFonts w:asciiTheme="majorHAnsi" w:hAnsiTheme="majorHAnsi"/>
          <w:sz w:val="24"/>
          <w:szCs w:val="24"/>
        </w:rPr>
        <w:t xml:space="preserve"> </w:t>
      </w:r>
      <w:r w:rsidR="00C7317F">
        <w:rPr>
          <w:rFonts w:asciiTheme="majorHAnsi" w:hAnsiTheme="majorHAnsi"/>
          <w:sz w:val="24"/>
          <w:szCs w:val="24"/>
        </w:rPr>
        <w:t>June</w:t>
      </w:r>
      <w:r w:rsidR="00B05C85">
        <w:rPr>
          <w:rFonts w:asciiTheme="majorHAnsi" w:hAnsiTheme="majorHAnsi"/>
          <w:sz w:val="24"/>
          <w:szCs w:val="24"/>
        </w:rPr>
        <w:t xml:space="preserve"> </w:t>
      </w:r>
      <w:r w:rsidR="00126854" w:rsidRPr="009340AB">
        <w:rPr>
          <w:rFonts w:asciiTheme="majorHAnsi" w:hAnsiTheme="majorHAnsi"/>
          <w:sz w:val="24"/>
          <w:szCs w:val="24"/>
        </w:rPr>
        <w:t xml:space="preserve">Monthly </w:t>
      </w:r>
      <w:r w:rsidRPr="009340AB">
        <w:rPr>
          <w:rFonts w:asciiTheme="majorHAnsi" w:hAnsiTheme="majorHAnsi"/>
          <w:sz w:val="24"/>
          <w:szCs w:val="24"/>
        </w:rPr>
        <w:t>Report.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 &amp; in packets. $</w:t>
      </w:r>
      <w:r w:rsidR="0096596F">
        <w:rPr>
          <w:rFonts w:asciiTheme="majorHAnsi" w:hAnsiTheme="majorHAnsi"/>
          <w:sz w:val="24"/>
          <w:szCs w:val="24"/>
        </w:rPr>
        <w:t>14,</w:t>
      </w:r>
      <w:r w:rsidR="00C7317F">
        <w:rPr>
          <w:rFonts w:asciiTheme="majorHAnsi" w:hAnsiTheme="majorHAnsi"/>
          <w:sz w:val="24"/>
          <w:szCs w:val="24"/>
        </w:rPr>
        <w:t>136</w:t>
      </w:r>
      <w:r w:rsidR="00BB71E1" w:rsidRPr="009340AB">
        <w:rPr>
          <w:rFonts w:asciiTheme="majorHAnsi" w:hAnsiTheme="majorHAnsi"/>
          <w:sz w:val="24"/>
          <w:szCs w:val="24"/>
        </w:rPr>
        <w:t xml:space="preserve">   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</w:t>
      </w:r>
      <w:r w:rsidR="00BA1E7E" w:rsidRPr="009340AB">
        <w:rPr>
          <w:rFonts w:asciiTheme="majorHAnsi" w:hAnsiTheme="majorHAnsi"/>
          <w:sz w:val="24"/>
          <w:szCs w:val="24"/>
        </w:rPr>
        <w:t>. Motion to approve.</w:t>
      </w:r>
      <w:r w:rsidR="00D910DE">
        <w:rPr>
          <w:rFonts w:asciiTheme="majorHAnsi" w:hAnsiTheme="majorHAnsi"/>
          <w:sz w:val="24"/>
          <w:szCs w:val="24"/>
        </w:rPr>
        <w:t xml:space="preserve"> </w:t>
      </w:r>
    </w:p>
    <w:p w14:paraId="19B75907" w14:textId="242B4864" w:rsidR="004561B5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 Control Report</w:t>
      </w:r>
      <w:r w:rsidR="00A77D6D" w:rsidRPr="009340AB">
        <w:rPr>
          <w:rFonts w:asciiTheme="majorHAnsi" w:hAnsiTheme="majorHAnsi"/>
          <w:sz w:val="24"/>
          <w:szCs w:val="24"/>
        </w:rPr>
        <w:t xml:space="preserve"> (Rick Abbott)</w:t>
      </w:r>
    </w:p>
    <w:p w14:paraId="29DF0EF4" w14:textId="7CD89D24" w:rsidR="004561B5" w:rsidRPr="009340AB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Assessor / Real Property.</w:t>
      </w:r>
      <w:r w:rsidR="00126854" w:rsidRPr="009340AB">
        <w:rPr>
          <w:rFonts w:asciiTheme="majorHAnsi" w:hAnsiTheme="majorHAnsi"/>
          <w:sz w:val="24"/>
          <w:szCs w:val="24"/>
        </w:rPr>
        <w:t xml:space="preserve"> – </w:t>
      </w:r>
      <w:r w:rsidR="00C7317F">
        <w:rPr>
          <w:rFonts w:asciiTheme="majorHAnsi" w:hAnsiTheme="majorHAnsi"/>
          <w:sz w:val="24"/>
          <w:szCs w:val="24"/>
        </w:rPr>
        <w:t xml:space="preserve">received final </w:t>
      </w:r>
      <w:r w:rsidR="000124B3">
        <w:rPr>
          <w:rFonts w:asciiTheme="majorHAnsi" w:hAnsiTheme="majorHAnsi"/>
          <w:sz w:val="24"/>
          <w:szCs w:val="24"/>
        </w:rPr>
        <w:t>Assessment Roll from Dustin Snyder</w:t>
      </w:r>
      <w:r w:rsidR="00093894">
        <w:rPr>
          <w:rFonts w:asciiTheme="majorHAnsi" w:hAnsiTheme="majorHAnsi"/>
          <w:sz w:val="24"/>
          <w:szCs w:val="24"/>
        </w:rPr>
        <w:t xml:space="preserve"> with a taxable status date of March 1, 2026. </w:t>
      </w:r>
      <w:r w:rsidR="006E493B">
        <w:rPr>
          <w:rFonts w:asciiTheme="majorHAnsi" w:hAnsiTheme="majorHAnsi"/>
          <w:sz w:val="24"/>
          <w:szCs w:val="24"/>
        </w:rPr>
        <w:t>Final</w:t>
      </w:r>
      <w:r w:rsidR="000F3BD3">
        <w:rPr>
          <w:rFonts w:asciiTheme="majorHAnsi" w:hAnsiTheme="majorHAnsi"/>
          <w:sz w:val="24"/>
          <w:szCs w:val="24"/>
        </w:rPr>
        <w:t xml:space="preserve"> Uniform Percent of Value is 92.56%.</w:t>
      </w:r>
    </w:p>
    <w:p w14:paraId="39447874" w14:textId="383AFAB1" w:rsidR="003F72C5" w:rsidRPr="00857574" w:rsidRDefault="00126854" w:rsidP="00857574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M.A.C.E. </w:t>
      </w:r>
      <w:r w:rsidR="001062AB" w:rsidRPr="009340AB">
        <w:rPr>
          <w:rFonts w:asciiTheme="majorHAnsi" w:hAnsiTheme="majorHAnsi"/>
          <w:sz w:val="24"/>
          <w:szCs w:val="24"/>
        </w:rPr>
        <w:tab/>
      </w:r>
      <w:r w:rsidR="00857574">
        <w:rPr>
          <w:rFonts w:asciiTheme="majorHAnsi" w:hAnsiTheme="majorHAnsi"/>
          <w:sz w:val="24"/>
          <w:szCs w:val="24"/>
        </w:rPr>
        <w:t xml:space="preserve">-   </w:t>
      </w:r>
      <w:r w:rsidR="002317EE" w:rsidRPr="00857574">
        <w:rPr>
          <w:rFonts w:asciiTheme="majorHAnsi" w:hAnsiTheme="majorHAnsi"/>
          <w:sz w:val="24"/>
          <w:szCs w:val="24"/>
        </w:rPr>
        <w:t>June</w:t>
      </w:r>
      <w:r w:rsidR="00F714FA" w:rsidRPr="00857574">
        <w:rPr>
          <w:rFonts w:asciiTheme="majorHAnsi" w:hAnsiTheme="majorHAnsi"/>
          <w:sz w:val="24"/>
          <w:szCs w:val="24"/>
        </w:rPr>
        <w:t xml:space="preserve"> </w:t>
      </w:r>
      <w:r w:rsidR="00031631" w:rsidRPr="00857574">
        <w:rPr>
          <w:rFonts w:asciiTheme="majorHAnsi" w:hAnsiTheme="majorHAnsi"/>
          <w:sz w:val="24"/>
          <w:szCs w:val="24"/>
        </w:rPr>
        <w:t>20</w:t>
      </w:r>
      <w:r w:rsidR="00B73ABD" w:rsidRPr="00857574">
        <w:rPr>
          <w:rFonts w:asciiTheme="majorHAnsi" w:hAnsiTheme="majorHAnsi"/>
          <w:sz w:val="24"/>
          <w:szCs w:val="24"/>
        </w:rPr>
        <w:t>2</w:t>
      </w:r>
      <w:r w:rsidR="00327C78" w:rsidRPr="00857574">
        <w:rPr>
          <w:rFonts w:asciiTheme="majorHAnsi" w:hAnsiTheme="majorHAnsi"/>
          <w:sz w:val="24"/>
          <w:szCs w:val="24"/>
        </w:rPr>
        <w:t>6 report in</w:t>
      </w:r>
      <w:r w:rsidR="001062AB" w:rsidRPr="00857574">
        <w:rPr>
          <w:rFonts w:asciiTheme="majorHAnsi" w:hAnsiTheme="majorHAnsi"/>
          <w:sz w:val="24"/>
          <w:szCs w:val="24"/>
        </w:rPr>
        <w:t xml:space="preserve"> packets</w:t>
      </w:r>
      <w:r w:rsidR="002317EE" w:rsidRPr="00857574">
        <w:rPr>
          <w:rFonts w:asciiTheme="majorHAnsi" w:hAnsiTheme="majorHAnsi"/>
          <w:sz w:val="24"/>
          <w:szCs w:val="24"/>
        </w:rPr>
        <w:t>. Motion to Approve</w:t>
      </w:r>
    </w:p>
    <w:p w14:paraId="543956CD" w14:textId="77777777" w:rsidR="00FE6D69" w:rsidRPr="009340AB" w:rsidRDefault="00FE6D69" w:rsidP="00FE6D69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5FEFA8B6" w14:textId="6973D8B8" w:rsidR="00872CFE" w:rsidRDefault="004561B5" w:rsidP="00030668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Department Report</w:t>
      </w:r>
      <w:r w:rsidR="00AA1128">
        <w:rPr>
          <w:rFonts w:asciiTheme="majorHAnsi" w:hAnsiTheme="majorHAnsi"/>
          <w:sz w:val="24"/>
          <w:szCs w:val="24"/>
        </w:rPr>
        <w:t xml:space="preserve">. </w:t>
      </w:r>
      <w:r w:rsidR="00FE4DB0" w:rsidRPr="009340AB">
        <w:rPr>
          <w:rFonts w:asciiTheme="majorHAnsi" w:hAnsiTheme="majorHAnsi"/>
          <w:sz w:val="24"/>
          <w:szCs w:val="24"/>
        </w:rPr>
        <w:t xml:space="preserve"> Included in Packets</w:t>
      </w:r>
    </w:p>
    <w:p w14:paraId="380AFC45" w14:textId="7D92EB82" w:rsidR="00500212" w:rsidRDefault="00500212" w:rsidP="00030668">
      <w:pPr>
        <w:pStyle w:val="ListNumber"/>
        <w:rPr>
          <w:rFonts w:asciiTheme="majorHAnsi" w:hAnsiTheme="majorHAnsi"/>
          <w:sz w:val="24"/>
          <w:szCs w:val="24"/>
        </w:rPr>
      </w:pPr>
      <w:r w:rsidRPr="004C7667">
        <w:rPr>
          <w:rFonts w:asciiTheme="majorHAnsi" w:hAnsiTheme="majorHAnsi"/>
          <w:b/>
          <w:bCs/>
          <w:sz w:val="24"/>
          <w:szCs w:val="24"/>
          <w:u w:val="single"/>
        </w:rPr>
        <w:t>Resolution #</w:t>
      </w:r>
      <w:r w:rsidR="00D52E3C" w:rsidRPr="004C7667">
        <w:rPr>
          <w:rFonts w:asciiTheme="majorHAnsi" w:hAnsiTheme="majorHAnsi"/>
          <w:b/>
          <w:bCs/>
          <w:sz w:val="24"/>
          <w:szCs w:val="24"/>
          <w:u w:val="single"/>
        </w:rPr>
        <w:t>7</w:t>
      </w:r>
      <w:r w:rsidRPr="004C7667">
        <w:rPr>
          <w:rFonts w:asciiTheme="majorHAnsi" w:hAnsiTheme="majorHAnsi"/>
          <w:b/>
          <w:bCs/>
          <w:sz w:val="24"/>
          <w:szCs w:val="24"/>
          <w:u w:val="single"/>
        </w:rPr>
        <w:t>-2026.</w:t>
      </w:r>
      <w:r>
        <w:rPr>
          <w:rFonts w:asciiTheme="majorHAnsi" w:hAnsiTheme="majorHAnsi"/>
          <w:sz w:val="24"/>
          <w:szCs w:val="24"/>
        </w:rPr>
        <w:t xml:space="preserve"> Approval of funding for </w:t>
      </w:r>
      <w:r w:rsidR="00570B6F">
        <w:rPr>
          <w:rFonts w:asciiTheme="majorHAnsi" w:hAnsiTheme="majorHAnsi"/>
          <w:sz w:val="24"/>
          <w:szCs w:val="24"/>
        </w:rPr>
        <w:t>Highway Equipment Purchase and installation</w:t>
      </w:r>
      <w:r w:rsidR="009E2ED2">
        <w:rPr>
          <w:rFonts w:asciiTheme="majorHAnsi" w:hAnsiTheme="majorHAnsi"/>
          <w:sz w:val="24"/>
          <w:szCs w:val="24"/>
        </w:rPr>
        <w:t xml:space="preserve"> in the amount of $</w:t>
      </w:r>
      <w:r w:rsidR="009402E8">
        <w:rPr>
          <w:rFonts w:asciiTheme="majorHAnsi" w:hAnsiTheme="majorHAnsi"/>
          <w:sz w:val="24"/>
          <w:szCs w:val="24"/>
        </w:rPr>
        <w:t>166,964</w:t>
      </w:r>
      <w:r w:rsidR="007F37CD">
        <w:rPr>
          <w:rFonts w:asciiTheme="majorHAnsi" w:hAnsiTheme="majorHAnsi"/>
          <w:sz w:val="24"/>
          <w:szCs w:val="24"/>
        </w:rPr>
        <w:t>.</w:t>
      </w:r>
    </w:p>
    <w:p w14:paraId="2A0E7CA5" w14:textId="35AE8231" w:rsidR="00205D4D" w:rsidRDefault="005E33C6" w:rsidP="00030668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Approval </w:t>
      </w:r>
      <w:r w:rsidR="00B27E00">
        <w:rPr>
          <w:rFonts w:asciiTheme="majorHAnsi" w:hAnsiTheme="majorHAnsi"/>
          <w:sz w:val="24"/>
          <w:szCs w:val="24"/>
        </w:rPr>
        <w:t>authorizing the acceptance of bids and sale of surplus highway equipment through Auctions International.</w:t>
      </w:r>
    </w:p>
    <w:p w14:paraId="2DB0634A" w14:textId="38782EAA" w:rsidR="006E122C" w:rsidRDefault="00387392" w:rsidP="00030668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Hyland Landfill: Received the 1</w:t>
      </w:r>
      <w:r w:rsidR="004E3548" w:rsidRPr="004E3548">
        <w:rPr>
          <w:rFonts w:asciiTheme="majorHAnsi" w:hAnsiTheme="majorHAnsi"/>
          <w:sz w:val="24"/>
          <w:szCs w:val="24"/>
          <w:vertAlign w:val="superscript"/>
        </w:rPr>
        <w:t>st</w:t>
      </w:r>
      <w:r w:rsidR="004E3548">
        <w:rPr>
          <w:rFonts w:asciiTheme="majorHAnsi" w:hAnsiTheme="majorHAnsi"/>
          <w:sz w:val="24"/>
          <w:szCs w:val="24"/>
        </w:rPr>
        <w:t xml:space="preserve"> Q</w:t>
      </w:r>
      <w:r>
        <w:rPr>
          <w:rFonts w:asciiTheme="majorHAnsi" w:hAnsiTheme="majorHAnsi"/>
          <w:sz w:val="24"/>
          <w:szCs w:val="24"/>
        </w:rPr>
        <w:t xml:space="preserve">uarterly Inspection Report </w:t>
      </w:r>
      <w:r w:rsidR="004E3548">
        <w:rPr>
          <w:rFonts w:asciiTheme="majorHAnsi" w:hAnsiTheme="majorHAnsi"/>
          <w:sz w:val="24"/>
          <w:szCs w:val="24"/>
        </w:rPr>
        <w:t>from Antea Group. Report in Board Member packets</w:t>
      </w:r>
    </w:p>
    <w:p w14:paraId="1C93E8BE" w14:textId="2F8D9E9B" w:rsidR="002C154B" w:rsidRDefault="002C154B" w:rsidP="00030668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Approval to renew</w:t>
      </w:r>
      <w:r w:rsidR="007B0ADF">
        <w:rPr>
          <w:rFonts w:asciiTheme="majorHAnsi" w:hAnsiTheme="majorHAnsi"/>
          <w:sz w:val="24"/>
          <w:szCs w:val="24"/>
        </w:rPr>
        <w:t xml:space="preserve"> the annual contract with MJ Mechanical Services, Inc. in the amount of </w:t>
      </w:r>
      <w:r w:rsidR="004B53FD">
        <w:rPr>
          <w:rFonts w:asciiTheme="majorHAnsi" w:hAnsiTheme="majorHAnsi"/>
          <w:sz w:val="24"/>
          <w:szCs w:val="24"/>
        </w:rPr>
        <w:t>$2,032</w:t>
      </w:r>
      <w:r w:rsidR="005A0CC1">
        <w:rPr>
          <w:rFonts w:asciiTheme="majorHAnsi" w:hAnsiTheme="majorHAnsi"/>
          <w:sz w:val="24"/>
          <w:szCs w:val="24"/>
        </w:rPr>
        <w:t xml:space="preserve"> for annual HVAC maintenance program. This covers boilers in both the Town</w:t>
      </w:r>
      <w:r w:rsidR="002E03E5">
        <w:rPr>
          <w:rFonts w:asciiTheme="majorHAnsi" w:hAnsiTheme="majorHAnsi"/>
          <w:sz w:val="24"/>
          <w:szCs w:val="24"/>
        </w:rPr>
        <w:t xml:space="preserve"> Hall and Grange.</w:t>
      </w:r>
    </w:p>
    <w:p w14:paraId="74648AFC" w14:textId="48E842A4" w:rsidR="00EB0E0F" w:rsidRDefault="005932BC" w:rsidP="005E23F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Salt Storage Shed</w:t>
      </w:r>
      <w:r w:rsidR="003061BF">
        <w:rPr>
          <w:rFonts w:asciiTheme="majorHAnsi" w:hAnsiTheme="majorHAnsi"/>
          <w:sz w:val="24"/>
          <w:szCs w:val="24"/>
        </w:rPr>
        <w:t xml:space="preserve"> Update</w:t>
      </w:r>
      <w:r w:rsidR="002D4B0D" w:rsidRPr="009340AB">
        <w:rPr>
          <w:rFonts w:asciiTheme="majorHAnsi" w:hAnsiTheme="majorHAnsi"/>
          <w:sz w:val="24"/>
          <w:szCs w:val="24"/>
        </w:rPr>
        <w:t xml:space="preserve">: </w:t>
      </w:r>
      <w:r w:rsidR="0058380A" w:rsidRPr="009340AB">
        <w:rPr>
          <w:rFonts w:asciiTheme="majorHAnsi" w:hAnsiTheme="majorHAnsi"/>
          <w:sz w:val="24"/>
          <w:szCs w:val="24"/>
        </w:rPr>
        <w:t>(W. Weaver)</w:t>
      </w:r>
    </w:p>
    <w:p w14:paraId="6411CC63" w14:textId="4761320E" w:rsidR="00C603DA" w:rsidRPr="004571F3" w:rsidRDefault="00C603DA" w:rsidP="005E23FA">
      <w:pPr>
        <w:pStyle w:val="ListNumber"/>
        <w:rPr>
          <w:rFonts w:asciiTheme="majorHAnsi" w:hAnsiTheme="majorHAnsi"/>
          <w:sz w:val="24"/>
          <w:szCs w:val="24"/>
        </w:rPr>
      </w:pPr>
      <w:r>
        <w:t xml:space="preserve">Cemetery </w:t>
      </w:r>
      <w:r w:rsidR="00500212">
        <w:t>Update</w:t>
      </w:r>
      <w:r w:rsidR="004571F3">
        <w:t xml:space="preserve"> </w:t>
      </w:r>
      <w:r w:rsidRPr="004571F3">
        <w:rPr>
          <w:rFonts w:asciiTheme="majorHAnsi" w:hAnsiTheme="majorHAnsi"/>
          <w:sz w:val="24"/>
          <w:szCs w:val="24"/>
        </w:rPr>
        <w:t xml:space="preserve">(J. Metatos) </w:t>
      </w:r>
    </w:p>
    <w:p w14:paraId="592CD126" w14:textId="3BEA7B1A" w:rsidR="001705EE" w:rsidRDefault="002E2E88" w:rsidP="001705EE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Sewage Treatment Plant Update (B. Jones</w:t>
      </w:r>
      <w:r w:rsidR="001705EE">
        <w:rPr>
          <w:rFonts w:asciiTheme="majorHAnsi" w:hAnsiTheme="majorHAnsi"/>
          <w:sz w:val="24"/>
          <w:szCs w:val="24"/>
        </w:rPr>
        <w:t>)</w:t>
      </w:r>
    </w:p>
    <w:p w14:paraId="19F851BC" w14:textId="62C0DD30" w:rsidR="00D87884" w:rsidRPr="009340AB" w:rsidRDefault="00D87884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Catherine </w:t>
      </w:r>
      <w:r w:rsidR="00B820B0" w:rsidRPr="009340AB">
        <w:rPr>
          <w:rFonts w:asciiTheme="majorHAnsi" w:hAnsiTheme="majorHAnsi"/>
          <w:sz w:val="24"/>
          <w:szCs w:val="24"/>
        </w:rPr>
        <w:t>Schuyler</w:t>
      </w: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B820B0" w:rsidRPr="009340AB">
        <w:rPr>
          <w:rFonts w:asciiTheme="majorHAnsi" w:hAnsiTheme="majorHAnsi"/>
          <w:sz w:val="24"/>
          <w:szCs w:val="24"/>
        </w:rPr>
        <w:t>Chapter</w:t>
      </w:r>
      <w:r w:rsidRPr="009340AB">
        <w:rPr>
          <w:rFonts w:asciiTheme="majorHAnsi" w:hAnsiTheme="majorHAnsi"/>
          <w:sz w:val="24"/>
          <w:szCs w:val="24"/>
        </w:rPr>
        <w:t xml:space="preserve"> D.A.R. Monument: Update  </w:t>
      </w:r>
      <w:r w:rsidR="00EB51A5">
        <w:rPr>
          <w:rFonts w:asciiTheme="majorHAnsi" w:hAnsiTheme="majorHAnsi"/>
          <w:sz w:val="24"/>
          <w:szCs w:val="24"/>
        </w:rPr>
        <w:t>(G. Kelly)</w:t>
      </w:r>
    </w:p>
    <w:p w14:paraId="2ADB5C8C" w14:textId="0A876387" w:rsidR="005844CA" w:rsidRDefault="005932BC" w:rsidP="00EB51A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America’s 250</w:t>
      </w:r>
      <w:r w:rsidRPr="009340AB">
        <w:rPr>
          <w:rFonts w:asciiTheme="majorHAnsi" w:hAnsiTheme="majorHAnsi"/>
          <w:sz w:val="24"/>
          <w:szCs w:val="24"/>
          <w:vertAlign w:val="superscript"/>
        </w:rPr>
        <w:t>th</w:t>
      </w:r>
      <w:r w:rsidRPr="009340AB">
        <w:rPr>
          <w:rFonts w:asciiTheme="majorHAnsi" w:hAnsiTheme="majorHAnsi"/>
          <w:sz w:val="24"/>
          <w:szCs w:val="24"/>
        </w:rPr>
        <w:t xml:space="preserve"> Birthday updat</w:t>
      </w:r>
      <w:r w:rsidR="008173DB" w:rsidRPr="009340AB">
        <w:rPr>
          <w:rFonts w:asciiTheme="majorHAnsi" w:hAnsiTheme="majorHAnsi"/>
          <w:sz w:val="24"/>
          <w:szCs w:val="24"/>
        </w:rPr>
        <w:t>e</w:t>
      </w:r>
      <w:r w:rsidR="00EB51A5">
        <w:rPr>
          <w:rFonts w:asciiTheme="majorHAnsi" w:hAnsiTheme="majorHAnsi"/>
          <w:sz w:val="24"/>
          <w:szCs w:val="24"/>
        </w:rPr>
        <w:t xml:space="preserve"> (G. Kelly)</w:t>
      </w:r>
    </w:p>
    <w:p w14:paraId="303BF8DC" w14:textId="00701DEB" w:rsidR="00C45369" w:rsidRDefault="0088755A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Pickleball/Town Courts Update (G. Kelly)</w:t>
      </w:r>
    </w:p>
    <w:p w14:paraId="2004DD38" w14:textId="200D6AAA" w:rsidR="00EB51A5" w:rsidRDefault="004F2E2B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Croquet Court Cover</w:t>
      </w:r>
      <w:r w:rsidR="007E6035">
        <w:rPr>
          <w:rFonts w:asciiTheme="majorHAnsi" w:hAnsiTheme="majorHAnsi"/>
          <w:sz w:val="24"/>
          <w:szCs w:val="24"/>
        </w:rPr>
        <w:t>/Roof (W. Weaver/B. Jones)</w:t>
      </w:r>
    </w:p>
    <w:p w14:paraId="4CBC87D4" w14:textId="50B43078" w:rsidR="007E6035" w:rsidRDefault="007E6035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Grange Acoustics (J. Metatos)</w:t>
      </w:r>
    </w:p>
    <w:p w14:paraId="3D792D78" w14:textId="54D0090D" w:rsidR="007E6035" w:rsidRDefault="003C67A9" w:rsidP="003C67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Cemetery. </w:t>
      </w:r>
      <w:r w:rsidR="0088755A">
        <w:rPr>
          <w:rFonts w:asciiTheme="majorHAnsi" w:hAnsiTheme="majorHAnsi"/>
          <w:sz w:val="24"/>
          <w:szCs w:val="24"/>
        </w:rPr>
        <w:t>(J. Metatos)</w:t>
      </w:r>
    </w:p>
    <w:p w14:paraId="1551F303" w14:textId="36AC80BB" w:rsidR="00EB1B51" w:rsidRDefault="00AF2BF8" w:rsidP="003C67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83 </w:t>
      </w:r>
      <w:r w:rsidR="00EB1B51">
        <w:rPr>
          <w:rFonts w:asciiTheme="majorHAnsi" w:hAnsiTheme="majorHAnsi"/>
          <w:sz w:val="24"/>
          <w:szCs w:val="24"/>
        </w:rPr>
        <w:t>Center Street Property</w:t>
      </w:r>
      <w:r>
        <w:rPr>
          <w:rFonts w:asciiTheme="majorHAnsi" w:hAnsiTheme="majorHAnsi"/>
          <w:sz w:val="24"/>
          <w:szCs w:val="24"/>
        </w:rPr>
        <w:t xml:space="preserve"> (G. Kelly)</w:t>
      </w:r>
    </w:p>
    <w:p w14:paraId="0F9EBF24" w14:textId="08BA26A5" w:rsidR="0088755A" w:rsidRDefault="0088755A" w:rsidP="003C67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Lisa Clark-Shay</w:t>
      </w:r>
      <w:r w:rsidR="001C4A14">
        <w:rPr>
          <w:rFonts w:asciiTheme="majorHAnsi" w:hAnsiTheme="majorHAnsi"/>
          <w:sz w:val="24"/>
          <w:szCs w:val="24"/>
        </w:rPr>
        <w:t xml:space="preserve">. </w:t>
      </w:r>
      <w:r w:rsidR="00240007">
        <w:rPr>
          <w:rFonts w:asciiTheme="majorHAnsi" w:hAnsiTheme="majorHAnsi"/>
          <w:sz w:val="24"/>
          <w:szCs w:val="24"/>
        </w:rPr>
        <w:t>Privilege</w:t>
      </w:r>
      <w:r w:rsidR="001C4A14">
        <w:rPr>
          <w:rFonts w:asciiTheme="majorHAnsi" w:hAnsiTheme="majorHAnsi"/>
          <w:sz w:val="24"/>
          <w:szCs w:val="24"/>
        </w:rPr>
        <w:t xml:space="preserve"> of the floor </w:t>
      </w:r>
      <w:r w:rsidR="00240007">
        <w:rPr>
          <w:rFonts w:asciiTheme="majorHAnsi" w:hAnsiTheme="majorHAnsi"/>
          <w:sz w:val="24"/>
          <w:szCs w:val="24"/>
        </w:rPr>
        <w:t xml:space="preserve">granted </w:t>
      </w:r>
      <w:r w:rsidR="001C4A14">
        <w:rPr>
          <w:rFonts w:asciiTheme="majorHAnsi" w:hAnsiTheme="majorHAnsi"/>
          <w:sz w:val="24"/>
          <w:szCs w:val="24"/>
        </w:rPr>
        <w:t>to discuss Wreaths Across America and a Tractor show she will hold Oc</w:t>
      </w:r>
      <w:r w:rsidR="00240007">
        <w:rPr>
          <w:rFonts w:asciiTheme="majorHAnsi" w:hAnsiTheme="majorHAnsi"/>
          <w:sz w:val="24"/>
          <w:szCs w:val="24"/>
        </w:rPr>
        <w:t>tober 3, 2026 at the Allegany County Fairgrounds.</w:t>
      </w:r>
    </w:p>
    <w:p w14:paraId="761FCF61" w14:textId="12079CCE" w:rsidR="00AA7F36" w:rsidRDefault="00454FA9" w:rsidP="003C67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Audience</w:t>
      </w:r>
      <w:r w:rsidR="003C67A9">
        <w:rPr>
          <w:rFonts w:asciiTheme="majorHAnsi" w:hAnsiTheme="majorHAnsi"/>
          <w:sz w:val="24"/>
          <w:szCs w:val="24"/>
        </w:rPr>
        <w:t xml:space="preserve">.  </w:t>
      </w:r>
    </w:p>
    <w:p w14:paraId="0FB437CE" w14:textId="480D8502" w:rsidR="00F55577" w:rsidRPr="003C67A9" w:rsidRDefault="00F55577" w:rsidP="003C67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Executive Session:  To</w:t>
      </w:r>
      <w:r w:rsidR="00034E2F">
        <w:rPr>
          <w:rFonts w:asciiTheme="majorHAnsi" w:hAnsiTheme="majorHAnsi"/>
          <w:sz w:val="24"/>
          <w:szCs w:val="24"/>
        </w:rPr>
        <w:t xml:space="preserve"> discuss the medical, financial, </w:t>
      </w:r>
      <w:r w:rsidR="00EE3961">
        <w:rPr>
          <w:rFonts w:asciiTheme="majorHAnsi" w:hAnsiTheme="majorHAnsi"/>
          <w:sz w:val="24"/>
          <w:szCs w:val="24"/>
        </w:rPr>
        <w:t>credit</w:t>
      </w:r>
      <w:r w:rsidR="00034E2F">
        <w:rPr>
          <w:rFonts w:asciiTheme="majorHAnsi" w:hAnsiTheme="majorHAnsi"/>
          <w:sz w:val="24"/>
          <w:szCs w:val="24"/>
        </w:rPr>
        <w:t xml:space="preserve"> or employment history of a particular person</w:t>
      </w:r>
      <w:r w:rsidR="0068012F">
        <w:rPr>
          <w:rFonts w:asciiTheme="majorHAnsi" w:hAnsiTheme="majorHAnsi"/>
          <w:sz w:val="24"/>
          <w:szCs w:val="24"/>
        </w:rPr>
        <w:t xml:space="preserve"> or persons.</w:t>
      </w:r>
    </w:p>
    <w:p w14:paraId="32D8443E" w14:textId="5A5E72BE" w:rsidR="00340254" w:rsidRDefault="00340254" w:rsidP="00454F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Meeting adjourned.</w:t>
      </w:r>
    </w:p>
    <w:p w14:paraId="7A843FD8" w14:textId="77777777" w:rsidR="00340254" w:rsidRPr="009340AB" w:rsidRDefault="00340254" w:rsidP="003B4653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0BCBB6C9" w14:textId="59287831" w:rsidR="00340254" w:rsidRDefault="00340254" w:rsidP="00340254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Next Regularly Scheduled meeting will be held on </w:t>
      </w:r>
      <w:r w:rsidRPr="000A4160">
        <w:rPr>
          <w:rFonts w:asciiTheme="majorHAnsi" w:hAnsiTheme="majorHAnsi"/>
          <w:b/>
          <w:bCs/>
          <w:sz w:val="24"/>
          <w:szCs w:val="24"/>
          <w:u w:val="single"/>
        </w:rPr>
        <w:t xml:space="preserve">Monday, </w:t>
      </w:r>
      <w:r w:rsidR="00F67F89">
        <w:rPr>
          <w:rFonts w:asciiTheme="majorHAnsi" w:hAnsiTheme="majorHAnsi"/>
          <w:b/>
          <w:bCs/>
          <w:sz w:val="24"/>
          <w:szCs w:val="24"/>
          <w:u w:val="single"/>
        </w:rPr>
        <w:t>August 10</w:t>
      </w:r>
      <w:r w:rsidR="007F7E7A" w:rsidRPr="000A4160">
        <w:rPr>
          <w:rFonts w:asciiTheme="majorHAnsi" w:hAnsiTheme="majorHAnsi"/>
          <w:b/>
          <w:bCs/>
          <w:sz w:val="24"/>
          <w:szCs w:val="24"/>
          <w:u w:val="single"/>
        </w:rPr>
        <w:t>, 2026</w:t>
      </w:r>
      <w:r w:rsidR="007F7E7A" w:rsidRPr="009340AB">
        <w:rPr>
          <w:rFonts w:asciiTheme="majorHAnsi" w:hAnsiTheme="majorHAnsi"/>
          <w:sz w:val="24"/>
          <w:szCs w:val="24"/>
        </w:rPr>
        <w:t xml:space="preserve"> </w:t>
      </w:r>
      <w:r w:rsidRPr="009340AB">
        <w:rPr>
          <w:rFonts w:asciiTheme="majorHAnsi" w:hAnsiTheme="majorHAnsi"/>
          <w:sz w:val="24"/>
          <w:szCs w:val="24"/>
        </w:rPr>
        <w:t>at 7 P.M.</w:t>
      </w:r>
    </w:p>
    <w:p w14:paraId="2BF0B1F0" w14:textId="158E41C8" w:rsidR="00034AD1" w:rsidRPr="009340AB" w:rsidRDefault="00034AD1" w:rsidP="000D3206">
      <w:pPr>
        <w:pStyle w:val="ListNumber"/>
        <w:numPr>
          <w:ilvl w:val="0"/>
          <w:numId w:val="0"/>
        </w:numPr>
        <w:ind w:left="900"/>
        <w:rPr>
          <w:rFonts w:asciiTheme="majorHAnsi" w:hAnsiTheme="majorHAnsi"/>
          <w:sz w:val="24"/>
          <w:szCs w:val="24"/>
        </w:rPr>
      </w:pPr>
    </w:p>
    <w:p w14:paraId="7012B034" w14:textId="77777777" w:rsidR="00A200B2" w:rsidRPr="009340AB" w:rsidRDefault="00A200B2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6FBDF099" w14:textId="64F4610B" w:rsidR="00DD135E" w:rsidRPr="009340AB" w:rsidRDefault="00DD135E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PLC</w:t>
      </w:r>
      <w:r w:rsidR="00A200B2" w:rsidRPr="009340AB">
        <w:rPr>
          <w:rFonts w:asciiTheme="majorHAnsi" w:hAnsiTheme="majorHAnsi"/>
          <w:sz w:val="24"/>
          <w:szCs w:val="24"/>
        </w:rPr>
        <w:t xml:space="preserve"> </w:t>
      </w:r>
      <w:r w:rsidR="00F67F89">
        <w:rPr>
          <w:rFonts w:asciiTheme="majorHAnsi" w:hAnsiTheme="majorHAnsi"/>
          <w:sz w:val="24"/>
          <w:szCs w:val="24"/>
        </w:rPr>
        <w:t>7</w:t>
      </w:r>
      <w:r w:rsidR="0054078F">
        <w:rPr>
          <w:rFonts w:asciiTheme="majorHAnsi" w:hAnsiTheme="majorHAnsi"/>
          <w:sz w:val="24"/>
          <w:szCs w:val="24"/>
        </w:rPr>
        <w:t>/</w:t>
      </w:r>
      <w:r w:rsidR="00F67F89">
        <w:rPr>
          <w:rFonts w:asciiTheme="majorHAnsi" w:hAnsiTheme="majorHAnsi"/>
          <w:sz w:val="24"/>
          <w:szCs w:val="24"/>
        </w:rPr>
        <w:t>13</w:t>
      </w:r>
      <w:r w:rsidR="0054078F">
        <w:rPr>
          <w:rFonts w:asciiTheme="majorHAnsi" w:hAnsiTheme="majorHAnsi"/>
          <w:sz w:val="24"/>
          <w:szCs w:val="24"/>
        </w:rPr>
        <w:t>/2026</w:t>
      </w:r>
    </w:p>
    <w:sectPr w:rsidR="00DD135E" w:rsidRPr="009340AB" w:rsidSect="00DD3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95E48" w14:textId="77777777" w:rsidR="00285823" w:rsidRDefault="00285823" w:rsidP="00100D3E">
      <w:pPr>
        <w:spacing w:after="0" w:line="240" w:lineRule="auto"/>
      </w:pPr>
      <w:r>
        <w:separator/>
      </w:r>
    </w:p>
  </w:endnote>
  <w:endnote w:type="continuationSeparator" w:id="0">
    <w:p w14:paraId="05462650" w14:textId="77777777" w:rsidR="00285823" w:rsidRDefault="00285823" w:rsidP="0010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47E6D" w14:textId="77777777" w:rsidR="00100D3E" w:rsidRDefault="0010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39D3" w14:textId="77777777" w:rsidR="00100D3E" w:rsidRDefault="0010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4901" w14:textId="77777777" w:rsidR="00100D3E" w:rsidRDefault="0010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8E1E9" w14:textId="77777777" w:rsidR="00285823" w:rsidRDefault="00285823" w:rsidP="00100D3E">
      <w:pPr>
        <w:spacing w:after="0" w:line="240" w:lineRule="auto"/>
      </w:pPr>
      <w:r>
        <w:separator/>
      </w:r>
    </w:p>
  </w:footnote>
  <w:footnote w:type="continuationSeparator" w:id="0">
    <w:p w14:paraId="5AB7DF4E" w14:textId="77777777" w:rsidR="00285823" w:rsidRDefault="00285823" w:rsidP="0010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1D68" w14:textId="77777777" w:rsidR="00100D3E" w:rsidRDefault="0010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E827" w14:textId="77777777" w:rsidR="00100D3E" w:rsidRDefault="0010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7101" w14:textId="77777777" w:rsidR="00100D3E" w:rsidRDefault="0010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A0CD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C4175A"/>
    <w:multiLevelType w:val="hybridMultilevel"/>
    <w:tmpl w:val="C0BA1AE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064E0354"/>
    <w:multiLevelType w:val="hybridMultilevel"/>
    <w:tmpl w:val="94E4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4561B2"/>
    <w:multiLevelType w:val="hybridMultilevel"/>
    <w:tmpl w:val="871CE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02DF9"/>
    <w:multiLevelType w:val="hybridMultilevel"/>
    <w:tmpl w:val="D6FE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0E28E5"/>
    <w:multiLevelType w:val="hybridMultilevel"/>
    <w:tmpl w:val="23189F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3D52B8"/>
    <w:multiLevelType w:val="multilevel"/>
    <w:tmpl w:val="CE52B582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F0461"/>
    <w:multiLevelType w:val="hybridMultilevel"/>
    <w:tmpl w:val="782A64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213404"/>
    <w:multiLevelType w:val="hybridMultilevel"/>
    <w:tmpl w:val="8A3233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021DB1"/>
    <w:multiLevelType w:val="hybridMultilevel"/>
    <w:tmpl w:val="8A183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30D9C"/>
    <w:multiLevelType w:val="hybridMultilevel"/>
    <w:tmpl w:val="957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F4A44"/>
    <w:multiLevelType w:val="hybridMultilevel"/>
    <w:tmpl w:val="8BBE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680B0A"/>
    <w:multiLevelType w:val="hybridMultilevel"/>
    <w:tmpl w:val="7FD20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45BF4"/>
    <w:multiLevelType w:val="hybridMultilevel"/>
    <w:tmpl w:val="B67C3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577B0"/>
    <w:multiLevelType w:val="hybridMultilevel"/>
    <w:tmpl w:val="E2264A5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31D1AA1"/>
    <w:multiLevelType w:val="hybridMultilevel"/>
    <w:tmpl w:val="93025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41374A6"/>
    <w:multiLevelType w:val="hybridMultilevel"/>
    <w:tmpl w:val="8E641D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B10F74"/>
    <w:multiLevelType w:val="hybridMultilevel"/>
    <w:tmpl w:val="FA6CAB0A"/>
    <w:lvl w:ilvl="0" w:tplc="9064C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6A004253"/>
    <w:multiLevelType w:val="hybridMultilevel"/>
    <w:tmpl w:val="7090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89514">
    <w:abstractNumId w:val="8"/>
  </w:num>
  <w:num w:numId="2" w16cid:durableId="537352088">
    <w:abstractNumId w:val="6"/>
  </w:num>
  <w:num w:numId="3" w16cid:durableId="1256937007">
    <w:abstractNumId w:val="5"/>
  </w:num>
  <w:num w:numId="4" w16cid:durableId="927733830">
    <w:abstractNumId w:val="4"/>
  </w:num>
  <w:num w:numId="5" w16cid:durableId="1591041562">
    <w:abstractNumId w:val="14"/>
  </w:num>
  <w:num w:numId="6" w16cid:durableId="639113387">
    <w:abstractNumId w:val="3"/>
  </w:num>
  <w:num w:numId="7" w16cid:durableId="1348408082">
    <w:abstractNumId w:val="2"/>
  </w:num>
  <w:num w:numId="8" w16cid:durableId="1167593644">
    <w:abstractNumId w:val="1"/>
  </w:num>
  <w:num w:numId="9" w16cid:durableId="1294289679">
    <w:abstractNumId w:val="0"/>
  </w:num>
  <w:num w:numId="10" w16cid:durableId="2135324957">
    <w:abstractNumId w:val="14"/>
    <w:lvlOverride w:ilvl="0">
      <w:startOverride w:val="1"/>
    </w:lvlOverride>
  </w:num>
  <w:num w:numId="11" w16cid:durableId="502210406">
    <w:abstractNumId w:val="27"/>
  </w:num>
  <w:num w:numId="12" w16cid:durableId="2032954894">
    <w:abstractNumId w:val="26"/>
  </w:num>
  <w:num w:numId="13" w16cid:durableId="921256700">
    <w:abstractNumId w:val="14"/>
  </w:num>
  <w:num w:numId="14" w16cid:durableId="754858030">
    <w:abstractNumId w:val="17"/>
  </w:num>
  <w:num w:numId="15" w16cid:durableId="1056929608">
    <w:abstractNumId w:val="24"/>
  </w:num>
  <w:num w:numId="16" w16cid:durableId="1537885955">
    <w:abstractNumId w:val="11"/>
  </w:num>
  <w:num w:numId="17" w16cid:durableId="716050539">
    <w:abstractNumId w:val="7"/>
  </w:num>
  <w:num w:numId="18" w16cid:durableId="850291674">
    <w:abstractNumId w:val="23"/>
  </w:num>
  <w:num w:numId="19" w16cid:durableId="1152327353">
    <w:abstractNumId w:val="7"/>
  </w:num>
  <w:num w:numId="20" w16cid:durableId="1033579769">
    <w:abstractNumId w:val="13"/>
  </w:num>
  <w:num w:numId="21" w16cid:durableId="1303924183">
    <w:abstractNumId w:val="28"/>
  </w:num>
  <w:num w:numId="22" w16cid:durableId="1677225492">
    <w:abstractNumId w:val="21"/>
  </w:num>
  <w:num w:numId="23" w16cid:durableId="1129665195">
    <w:abstractNumId w:val="7"/>
  </w:num>
  <w:num w:numId="24" w16cid:durableId="435296511">
    <w:abstractNumId w:val="16"/>
  </w:num>
  <w:num w:numId="25" w16cid:durableId="1019696183">
    <w:abstractNumId w:val="10"/>
  </w:num>
  <w:num w:numId="26" w16cid:durableId="1875456892">
    <w:abstractNumId w:val="22"/>
  </w:num>
  <w:num w:numId="27" w16cid:durableId="1842742928">
    <w:abstractNumId w:val="7"/>
  </w:num>
  <w:num w:numId="28" w16cid:durableId="373971931">
    <w:abstractNumId w:val="15"/>
  </w:num>
  <w:num w:numId="29" w16cid:durableId="1451823031">
    <w:abstractNumId w:val="9"/>
  </w:num>
  <w:num w:numId="30" w16cid:durableId="2032029463">
    <w:abstractNumId w:val="25"/>
  </w:num>
  <w:num w:numId="31" w16cid:durableId="283930766">
    <w:abstractNumId w:val="20"/>
  </w:num>
  <w:num w:numId="32" w16cid:durableId="1408460564">
    <w:abstractNumId w:val="19"/>
  </w:num>
  <w:num w:numId="33" w16cid:durableId="1761221032">
    <w:abstractNumId w:val="12"/>
  </w:num>
  <w:num w:numId="34" w16cid:durableId="63322206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74A"/>
    <w:rsid w:val="000124B3"/>
    <w:rsid w:val="000260BE"/>
    <w:rsid w:val="0003054B"/>
    <w:rsid w:val="00030668"/>
    <w:rsid w:val="00031109"/>
    <w:rsid w:val="00031631"/>
    <w:rsid w:val="00034616"/>
    <w:rsid w:val="00034AD1"/>
    <w:rsid w:val="00034E2F"/>
    <w:rsid w:val="00044758"/>
    <w:rsid w:val="0005075F"/>
    <w:rsid w:val="000537E0"/>
    <w:rsid w:val="00056588"/>
    <w:rsid w:val="0006063C"/>
    <w:rsid w:val="0006296C"/>
    <w:rsid w:val="000633AB"/>
    <w:rsid w:val="00077E96"/>
    <w:rsid w:val="00083C88"/>
    <w:rsid w:val="00093894"/>
    <w:rsid w:val="000A0242"/>
    <w:rsid w:val="000A2BDF"/>
    <w:rsid w:val="000A4160"/>
    <w:rsid w:val="000B1646"/>
    <w:rsid w:val="000C460E"/>
    <w:rsid w:val="000C5368"/>
    <w:rsid w:val="000C5DE4"/>
    <w:rsid w:val="000D3206"/>
    <w:rsid w:val="000D7608"/>
    <w:rsid w:val="000E5720"/>
    <w:rsid w:val="000E6499"/>
    <w:rsid w:val="000E6B26"/>
    <w:rsid w:val="000F3B9E"/>
    <w:rsid w:val="000F3BD3"/>
    <w:rsid w:val="000F5DF6"/>
    <w:rsid w:val="00100D3E"/>
    <w:rsid w:val="001062AB"/>
    <w:rsid w:val="00111ADD"/>
    <w:rsid w:val="00112424"/>
    <w:rsid w:val="0011509F"/>
    <w:rsid w:val="00121C78"/>
    <w:rsid w:val="001251E2"/>
    <w:rsid w:val="00126854"/>
    <w:rsid w:val="001268BA"/>
    <w:rsid w:val="00130398"/>
    <w:rsid w:val="00133597"/>
    <w:rsid w:val="0013646A"/>
    <w:rsid w:val="001420E2"/>
    <w:rsid w:val="001501C0"/>
    <w:rsid w:val="0015074B"/>
    <w:rsid w:val="0015133A"/>
    <w:rsid w:val="001524E8"/>
    <w:rsid w:val="00153C07"/>
    <w:rsid w:val="0016087C"/>
    <w:rsid w:val="00166585"/>
    <w:rsid w:val="001705EE"/>
    <w:rsid w:val="00177C0B"/>
    <w:rsid w:val="0018030B"/>
    <w:rsid w:val="0018104B"/>
    <w:rsid w:val="0018194F"/>
    <w:rsid w:val="001847A9"/>
    <w:rsid w:val="001877EE"/>
    <w:rsid w:val="00191224"/>
    <w:rsid w:val="00196B27"/>
    <w:rsid w:val="001C4A14"/>
    <w:rsid w:val="001C4EE9"/>
    <w:rsid w:val="001C63EE"/>
    <w:rsid w:val="001C7A3D"/>
    <w:rsid w:val="001D2FFD"/>
    <w:rsid w:val="001D59C0"/>
    <w:rsid w:val="001E46FD"/>
    <w:rsid w:val="001E53C0"/>
    <w:rsid w:val="001E5DA8"/>
    <w:rsid w:val="00205D4D"/>
    <w:rsid w:val="0021275C"/>
    <w:rsid w:val="0021438F"/>
    <w:rsid w:val="002143D3"/>
    <w:rsid w:val="00214D0F"/>
    <w:rsid w:val="002200AC"/>
    <w:rsid w:val="00223C23"/>
    <w:rsid w:val="00225E8C"/>
    <w:rsid w:val="002267B5"/>
    <w:rsid w:val="002317EE"/>
    <w:rsid w:val="002371E2"/>
    <w:rsid w:val="00240007"/>
    <w:rsid w:val="00241C93"/>
    <w:rsid w:val="00255169"/>
    <w:rsid w:val="002567CA"/>
    <w:rsid w:val="002760BD"/>
    <w:rsid w:val="00285823"/>
    <w:rsid w:val="00290BE3"/>
    <w:rsid w:val="002911CA"/>
    <w:rsid w:val="00293523"/>
    <w:rsid w:val="0029639D"/>
    <w:rsid w:val="002A5030"/>
    <w:rsid w:val="002B1A9E"/>
    <w:rsid w:val="002B4F7D"/>
    <w:rsid w:val="002C154B"/>
    <w:rsid w:val="002C4B7E"/>
    <w:rsid w:val="002C5057"/>
    <w:rsid w:val="002D2A16"/>
    <w:rsid w:val="002D4B0D"/>
    <w:rsid w:val="002D6A14"/>
    <w:rsid w:val="002E03E5"/>
    <w:rsid w:val="002E2E88"/>
    <w:rsid w:val="002F0DD2"/>
    <w:rsid w:val="002F177E"/>
    <w:rsid w:val="002F5AF2"/>
    <w:rsid w:val="002F64A3"/>
    <w:rsid w:val="00305518"/>
    <w:rsid w:val="003061BF"/>
    <w:rsid w:val="00311F56"/>
    <w:rsid w:val="0032308F"/>
    <w:rsid w:val="0032436E"/>
    <w:rsid w:val="00326F90"/>
    <w:rsid w:val="00327C78"/>
    <w:rsid w:val="00340254"/>
    <w:rsid w:val="003413D8"/>
    <w:rsid w:val="00342947"/>
    <w:rsid w:val="00360797"/>
    <w:rsid w:val="00365CFB"/>
    <w:rsid w:val="003663B2"/>
    <w:rsid w:val="003707FA"/>
    <w:rsid w:val="00372A01"/>
    <w:rsid w:val="00374B4D"/>
    <w:rsid w:val="0037630A"/>
    <w:rsid w:val="00382245"/>
    <w:rsid w:val="0038354C"/>
    <w:rsid w:val="00387392"/>
    <w:rsid w:val="00390C23"/>
    <w:rsid w:val="003963AD"/>
    <w:rsid w:val="00397251"/>
    <w:rsid w:val="003B4653"/>
    <w:rsid w:val="003B5CC2"/>
    <w:rsid w:val="003B75ED"/>
    <w:rsid w:val="003C3677"/>
    <w:rsid w:val="003C67A9"/>
    <w:rsid w:val="003D004F"/>
    <w:rsid w:val="003F72C5"/>
    <w:rsid w:val="00405B4B"/>
    <w:rsid w:val="0040668B"/>
    <w:rsid w:val="00412499"/>
    <w:rsid w:val="00414CF6"/>
    <w:rsid w:val="00423163"/>
    <w:rsid w:val="00423DCC"/>
    <w:rsid w:val="00427538"/>
    <w:rsid w:val="00434D5F"/>
    <w:rsid w:val="00442412"/>
    <w:rsid w:val="0045075F"/>
    <w:rsid w:val="00454FA9"/>
    <w:rsid w:val="004559B4"/>
    <w:rsid w:val="004561B5"/>
    <w:rsid w:val="004571F3"/>
    <w:rsid w:val="00463E32"/>
    <w:rsid w:val="00464FD4"/>
    <w:rsid w:val="00465E7A"/>
    <w:rsid w:val="00473B54"/>
    <w:rsid w:val="00474C09"/>
    <w:rsid w:val="00474E82"/>
    <w:rsid w:val="00475EC8"/>
    <w:rsid w:val="00477EDD"/>
    <w:rsid w:val="00482E85"/>
    <w:rsid w:val="00484F89"/>
    <w:rsid w:val="004873C6"/>
    <w:rsid w:val="0049172F"/>
    <w:rsid w:val="0049731B"/>
    <w:rsid w:val="004A0424"/>
    <w:rsid w:val="004A3D73"/>
    <w:rsid w:val="004B15C0"/>
    <w:rsid w:val="004B4A48"/>
    <w:rsid w:val="004B53FD"/>
    <w:rsid w:val="004C32AE"/>
    <w:rsid w:val="004C7667"/>
    <w:rsid w:val="004D3FEE"/>
    <w:rsid w:val="004D630D"/>
    <w:rsid w:val="004E33B8"/>
    <w:rsid w:val="004E3548"/>
    <w:rsid w:val="004F11BC"/>
    <w:rsid w:val="004F1EF3"/>
    <w:rsid w:val="004F2E2B"/>
    <w:rsid w:val="004F48B3"/>
    <w:rsid w:val="004F4C96"/>
    <w:rsid w:val="004F601C"/>
    <w:rsid w:val="004F7DA5"/>
    <w:rsid w:val="00500212"/>
    <w:rsid w:val="00507029"/>
    <w:rsid w:val="00512385"/>
    <w:rsid w:val="00514D12"/>
    <w:rsid w:val="0051709F"/>
    <w:rsid w:val="005207F5"/>
    <w:rsid w:val="005233B2"/>
    <w:rsid w:val="00536576"/>
    <w:rsid w:val="00536FF1"/>
    <w:rsid w:val="0054078F"/>
    <w:rsid w:val="005422A1"/>
    <w:rsid w:val="00563B35"/>
    <w:rsid w:val="00563B84"/>
    <w:rsid w:val="00570B6F"/>
    <w:rsid w:val="0057281C"/>
    <w:rsid w:val="00573CE8"/>
    <w:rsid w:val="005765EC"/>
    <w:rsid w:val="0058380A"/>
    <w:rsid w:val="005844CA"/>
    <w:rsid w:val="00585458"/>
    <w:rsid w:val="005932BC"/>
    <w:rsid w:val="005A0CC1"/>
    <w:rsid w:val="005A2A15"/>
    <w:rsid w:val="005D709D"/>
    <w:rsid w:val="005E0050"/>
    <w:rsid w:val="005E23FA"/>
    <w:rsid w:val="005E25C5"/>
    <w:rsid w:val="005E30C0"/>
    <w:rsid w:val="005E33C6"/>
    <w:rsid w:val="005E3D42"/>
    <w:rsid w:val="005E4CFB"/>
    <w:rsid w:val="006074C7"/>
    <w:rsid w:val="00611DBA"/>
    <w:rsid w:val="00611FA8"/>
    <w:rsid w:val="00615947"/>
    <w:rsid w:val="006274DA"/>
    <w:rsid w:val="00630F52"/>
    <w:rsid w:val="006343FF"/>
    <w:rsid w:val="00636A20"/>
    <w:rsid w:val="00641FB9"/>
    <w:rsid w:val="006427FB"/>
    <w:rsid w:val="00654803"/>
    <w:rsid w:val="00655117"/>
    <w:rsid w:val="006641DC"/>
    <w:rsid w:val="00670D8A"/>
    <w:rsid w:val="00677CFC"/>
    <w:rsid w:val="0068012F"/>
    <w:rsid w:val="00686938"/>
    <w:rsid w:val="00697F9A"/>
    <w:rsid w:val="006A3313"/>
    <w:rsid w:val="006A575B"/>
    <w:rsid w:val="006B4EF1"/>
    <w:rsid w:val="006C2563"/>
    <w:rsid w:val="006C6D8A"/>
    <w:rsid w:val="006D1722"/>
    <w:rsid w:val="006D2410"/>
    <w:rsid w:val="006D53BE"/>
    <w:rsid w:val="006D7F7C"/>
    <w:rsid w:val="006E122C"/>
    <w:rsid w:val="006E493B"/>
    <w:rsid w:val="006E4D20"/>
    <w:rsid w:val="006E7117"/>
    <w:rsid w:val="00705C16"/>
    <w:rsid w:val="00723216"/>
    <w:rsid w:val="0072382F"/>
    <w:rsid w:val="007346BE"/>
    <w:rsid w:val="00744624"/>
    <w:rsid w:val="007456BB"/>
    <w:rsid w:val="00750C05"/>
    <w:rsid w:val="00751314"/>
    <w:rsid w:val="00755FDE"/>
    <w:rsid w:val="00760D70"/>
    <w:rsid w:val="00764241"/>
    <w:rsid w:val="00770B52"/>
    <w:rsid w:val="00773BF3"/>
    <w:rsid w:val="007740A6"/>
    <w:rsid w:val="00781B87"/>
    <w:rsid w:val="00785900"/>
    <w:rsid w:val="007B0ADF"/>
    <w:rsid w:val="007B45F7"/>
    <w:rsid w:val="007B5DBA"/>
    <w:rsid w:val="007B7669"/>
    <w:rsid w:val="007C1F01"/>
    <w:rsid w:val="007E1B76"/>
    <w:rsid w:val="007E6035"/>
    <w:rsid w:val="007E782C"/>
    <w:rsid w:val="007F150A"/>
    <w:rsid w:val="007F33E1"/>
    <w:rsid w:val="007F37CD"/>
    <w:rsid w:val="007F52BC"/>
    <w:rsid w:val="007F7E7A"/>
    <w:rsid w:val="00802DE8"/>
    <w:rsid w:val="0080697A"/>
    <w:rsid w:val="00810641"/>
    <w:rsid w:val="0081224F"/>
    <w:rsid w:val="008173DB"/>
    <w:rsid w:val="0082579D"/>
    <w:rsid w:val="00830663"/>
    <w:rsid w:val="00834C2B"/>
    <w:rsid w:val="0084703C"/>
    <w:rsid w:val="0085132F"/>
    <w:rsid w:val="00857574"/>
    <w:rsid w:val="00860FCA"/>
    <w:rsid w:val="00863CDC"/>
    <w:rsid w:val="0086407D"/>
    <w:rsid w:val="00865BFF"/>
    <w:rsid w:val="00872064"/>
    <w:rsid w:val="0087266F"/>
    <w:rsid w:val="00872A07"/>
    <w:rsid w:val="00872CFE"/>
    <w:rsid w:val="0088755A"/>
    <w:rsid w:val="00892D2A"/>
    <w:rsid w:val="00895262"/>
    <w:rsid w:val="008B5837"/>
    <w:rsid w:val="008B71EF"/>
    <w:rsid w:val="008B72F7"/>
    <w:rsid w:val="008C7330"/>
    <w:rsid w:val="008D3D78"/>
    <w:rsid w:val="008E136B"/>
    <w:rsid w:val="008E26B9"/>
    <w:rsid w:val="008F27CF"/>
    <w:rsid w:val="008F5D68"/>
    <w:rsid w:val="00900329"/>
    <w:rsid w:val="009041F2"/>
    <w:rsid w:val="009154FA"/>
    <w:rsid w:val="00930FB5"/>
    <w:rsid w:val="009340AB"/>
    <w:rsid w:val="009402E8"/>
    <w:rsid w:val="009406D7"/>
    <w:rsid w:val="00943530"/>
    <w:rsid w:val="00950E54"/>
    <w:rsid w:val="00956CBF"/>
    <w:rsid w:val="00960FD0"/>
    <w:rsid w:val="009648AD"/>
    <w:rsid w:val="0096596F"/>
    <w:rsid w:val="00974144"/>
    <w:rsid w:val="00975E58"/>
    <w:rsid w:val="009817C5"/>
    <w:rsid w:val="00992A9D"/>
    <w:rsid w:val="009932A0"/>
    <w:rsid w:val="009A78CD"/>
    <w:rsid w:val="009B3937"/>
    <w:rsid w:val="009B3F83"/>
    <w:rsid w:val="009B448B"/>
    <w:rsid w:val="009C0575"/>
    <w:rsid w:val="009C2DC2"/>
    <w:rsid w:val="009C4E2A"/>
    <w:rsid w:val="009D09AC"/>
    <w:rsid w:val="009D1E7B"/>
    <w:rsid w:val="009D5495"/>
    <w:rsid w:val="009E1504"/>
    <w:rsid w:val="009E2ED2"/>
    <w:rsid w:val="009E71FE"/>
    <w:rsid w:val="009E7C83"/>
    <w:rsid w:val="009F5670"/>
    <w:rsid w:val="00A034C5"/>
    <w:rsid w:val="00A0403C"/>
    <w:rsid w:val="00A0581D"/>
    <w:rsid w:val="00A12BFF"/>
    <w:rsid w:val="00A200B2"/>
    <w:rsid w:val="00A20E44"/>
    <w:rsid w:val="00A22B09"/>
    <w:rsid w:val="00A30714"/>
    <w:rsid w:val="00A513F0"/>
    <w:rsid w:val="00A6245C"/>
    <w:rsid w:val="00A73ECD"/>
    <w:rsid w:val="00A77D6D"/>
    <w:rsid w:val="00A817DF"/>
    <w:rsid w:val="00A859BA"/>
    <w:rsid w:val="00A8741E"/>
    <w:rsid w:val="00A8798A"/>
    <w:rsid w:val="00A91C40"/>
    <w:rsid w:val="00A95D1F"/>
    <w:rsid w:val="00A964A7"/>
    <w:rsid w:val="00AA1128"/>
    <w:rsid w:val="00AA1D8D"/>
    <w:rsid w:val="00AA3614"/>
    <w:rsid w:val="00AA43FD"/>
    <w:rsid w:val="00AA6ABD"/>
    <w:rsid w:val="00AA6E30"/>
    <w:rsid w:val="00AA7F36"/>
    <w:rsid w:val="00AC0D02"/>
    <w:rsid w:val="00AD1BBD"/>
    <w:rsid w:val="00AD1E97"/>
    <w:rsid w:val="00AE23C8"/>
    <w:rsid w:val="00AE6653"/>
    <w:rsid w:val="00AF0DFE"/>
    <w:rsid w:val="00AF102F"/>
    <w:rsid w:val="00AF216F"/>
    <w:rsid w:val="00AF2BF8"/>
    <w:rsid w:val="00AF79DC"/>
    <w:rsid w:val="00B0149C"/>
    <w:rsid w:val="00B036B7"/>
    <w:rsid w:val="00B03A80"/>
    <w:rsid w:val="00B04AB9"/>
    <w:rsid w:val="00B05C85"/>
    <w:rsid w:val="00B10899"/>
    <w:rsid w:val="00B169BF"/>
    <w:rsid w:val="00B242A9"/>
    <w:rsid w:val="00B264E8"/>
    <w:rsid w:val="00B26C84"/>
    <w:rsid w:val="00B27571"/>
    <w:rsid w:val="00B27E00"/>
    <w:rsid w:val="00B34875"/>
    <w:rsid w:val="00B438A7"/>
    <w:rsid w:val="00B47730"/>
    <w:rsid w:val="00B6232D"/>
    <w:rsid w:val="00B632C6"/>
    <w:rsid w:val="00B71171"/>
    <w:rsid w:val="00B7343E"/>
    <w:rsid w:val="00B73ABD"/>
    <w:rsid w:val="00B820B0"/>
    <w:rsid w:val="00B82E84"/>
    <w:rsid w:val="00B84E74"/>
    <w:rsid w:val="00B917B7"/>
    <w:rsid w:val="00BA1E7E"/>
    <w:rsid w:val="00BA45A3"/>
    <w:rsid w:val="00BA7237"/>
    <w:rsid w:val="00BB680A"/>
    <w:rsid w:val="00BB71E1"/>
    <w:rsid w:val="00BC1798"/>
    <w:rsid w:val="00BC1882"/>
    <w:rsid w:val="00BD72FF"/>
    <w:rsid w:val="00BE6D57"/>
    <w:rsid w:val="00C16209"/>
    <w:rsid w:val="00C27CEF"/>
    <w:rsid w:val="00C3300A"/>
    <w:rsid w:val="00C3700C"/>
    <w:rsid w:val="00C37CAB"/>
    <w:rsid w:val="00C421F0"/>
    <w:rsid w:val="00C43A19"/>
    <w:rsid w:val="00C43AE0"/>
    <w:rsid w:val="00C44997"/>
    <w:rsid w:val="00C44AB6"/>
    <w:rsid w:val="00C45369"/>
    <w:rsid w:val="00C51FF3"/>
    <w:rsid w:val="00C561F2"/>
    <w:rsid w:val="00C603DA"/>
    <w:rsid w:val="00C6283D"/>
    <w:rsid w:val="00C65369"/>
    <w:rsid w:val="00C67BAE"/>
    <w:rsid w:val="00C7317F"/>
    <w:rsid w:val="00C73B9C"/>
    <w:rsid w:val="00C8724A"/>
    <w:rsid w:val="00C93B15"/>
    <w:rsid w:val="00CA3427"/>
    <w:rsid w:val="00CA412E"/>
    <w:rsid w:val="00CA733B"/>
    <w:rsid w:val="00CB0664"/>
    <w:rsid w:val="00CB3792"/>
    <w:rsid w:val="00CC1198"/>
    <w:rsid w:val="00CC2948"/>
    <w:rsid w:val="00CE035F"/>
    <w:rsid w:val="00CE65A9"/>
    <w:rsid w:val="00CE75A6"/>
    <w:rsid w:val="00D023FE"/>
    <w:rsid w:val="00D14E4E"/>
    <w:rsid w:val="00D172A9"/>
    <w:rsid w:val="00D22B07"/>
    <w:rsid w:val="00D23992"/>
    <w:rsid w:val="00D250E9"/>
    <w:rsid w:val="00D421A3"/>
    <w:rsid w:val="00D42AD2"/>
    <w:rsid w:val="00D5229C"/>
    <w:rsid w:val="00D52E3C"/>
    <w:rsid w:val="00D6413D"/>
    <w:rsid w:val="00D6481F"/>
    <w:rsid w:val="00D70B04"/>
    <w:rsid w:val="00D71A0A"/>
    <w:rsid w:val="00D73101"/>
    <w:rsid w:val="00D749DA"/>
    <w:rsid w:val="00D74E39"/>
    <w:rsid w:val="00D80E86"/>
    <w:rsid w:val="00D82088"/>
    <w:rsid w:val="00D87884"/>
    <w:rsid w:val="00D910DE"/>
    <w:rsid w:val="00D94255"/>
    <w:rsid w:val="00D95D64"/>
    <w:rsid w:val="00DA4D9C"/>
    <w:rsid w:val="00DB2683"/>
    <w:rsid w:val="00DB4BF3"/>
    <w:rsid w:val="00DC426E"/>
    <w:rsid w:val="00DD0E22"/>
    <w:rsid w:val="00DD135E"/>
    <w:rsid w:val="00DD1977"/>
    <w:rsid w:val="00DD2116"/>
    <w:rsid w:val="00DD2284"/>
    <w:rsid w:val="00DD376E"/>
    <w:rsid w:val="00DD3E22"/>
    <w:rsid w:val="00DE3401"/>
    <w:rsid w:val="00DF0D34"/>
    <w:rsid w:val="00DF26E9"/>
    <w:rsid w:val="00E15BC0"/>
    <w:rsid w:val="00E22BBE"/>
    <w:rsid w:val="00E330DB"/>
    <w:rsid w:val="00E33510"/>
    <w:rsid w:val="00E415F7"/>
    <w:rsid w:val="00E6430B"/>
    <w:rsid w:val="00E749D8"/>
    <w:rsid w:val="00E7637D"/>
    <w:rsid w:val="00E820C9"/>
    <w:rsid w:val="00E83685"/>
    <w:rsid w:val="00E83ED9"/>
    <w:rsid w:val="00E85488"/>
    <w:rsid w:val="00E861F4"/>
    <w:rsid w:val="00E91B5B"/>
    <w:rsid w:val="00E976A8"/>
    <w:rsid w:val="00EA0FFA"/>
    <w:rsid w:val="00EB0E0F"/>
    <w:rsid w:val="00EB101A"/>
    <w:rsid w:val="00EB1B51"/>
    <w:rsid w:val="00EB2A0F"/>
    <w:rsid w:val="00EB51A5"/>
    <w:rsid w:val="00EC1ACB"/>
    <w:rsid w:val="00EC66D7"/>
    <w:rsid w:val="00EC6FE8"/>
    <w:rsid w:val="00ED779E"/>
    <w:rsid w:val="00EE13E3"/>
    <w:rsid w:val="00EE3961"/>
    <w:rsid w:val="00F113D5"/>
    <w:rsid w:val="00F11BE2"/>
    <w:rsid w:val="00F12545"/>
    <w:rsid w:val="00F17D01"/>
    <w:rsid w:val="00F23807"/>
    <w:rsid w:val="00F411CE"/>
    <w:rsid w:val="00F44C94"/>
    <w:rsid w:val="00F50162"/>
    <w:rsid w:val="00F5017D"/>
    <w:rsid w:val="00F51D18"/>
    <w:rsid w:val="00F55577"/>
    <w:rsid w:val="00F6034B"/>
    <w:rsid w:val="00F65687"/>
    <w:rsid w:val="00F67F89"/>
    <w:rsid w:val="00F7036F"/>
    <w:rsid w:val="00F714FA"/>
    <w:rsid w:val="00F72A33"/>
    <w:rsid w:val="00F853D2"/>
    <w:rsid w:val="00F9553B"/>
    <w:rsid w:val="00FA3A53"/>
    <w:rsid w:val="00FA4CC9"/>
    <w:rsid w:val="00FB66CB"/>
    <w:rsid w:val="00FC646A"/>
    <w:rsid w:val="00FC693F"/>
    <w:rsid w:val="00FD0BA5"/>
    <w:rsid w:val="00FE0FAF"/>
    <w:rsid w:val="00FE4B06"/>
    <w:rsid w:val="00FE4DB0"/>
    <w:rsid w:val="00FE682C"/>
    <w:rsid w:val="00FE6D69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67B46"/>
  <w14:defaultImageDpi w14:val="300"/>
  <w15:docId w15:val="{7E55AB43-8401-8343-A733-9386DE6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</TotalTime>
  <Pages>3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Pamela Cockle Angelica Town Clerk</cp:lastModifiedBy>
  <cp:revision>173</cp:revision>
  <cp:lastPrinted>2026-07-13T15:30:00Z</cp:lastPrinted>
  <dcterms:created xsi:type="dcterms:W3CDTF">2026-06-03T21:11:00Z</dcterms:created>
  <dcterms:modified xsi:type="dcterms:W3CDTF">2026-07-13T16:27:00Z</dcterms:modified>
  <cp:category/>
</cp:coreProperties>
</file>