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AD50C" w14:textId="273DBC92" w:rsidR="004561B5" w:rsidRDefault="004561B5" w:rsidP="004561B5">
      <w:pPr>
        <w:pStyle w:val="Heading1"/>
        <w:jc w:val="center"/>
        <w:rPr>
          <w:sz w:val="40"/>
          <w:szCs w:val="40"/>
          <w:u w:val="single"/>
        </w:rPr>
      </w:pPr>
      <w:r w:rsidRPr="00A200B2">
        <w:rPr>
          <w:sz w:val="40"/>
          <w:szCs w:val="40"/>
          <w:u w:val="single"/>
        </w:rPr>
        <w:t>AGENDA FOR ANGELICA TOWN BOARD MEETING</w:t>
      </w:r>
      <w:r w:rsidR="009A78CD" w:rsidRPr="00A200B2">
        <w:rPr>
          <w:sz w:val="40"/>
          <w:szCs w:val="40"/>
          <w:u w:val="single"/>
        </w:rPr>
        <w:t xml:space="preserve"> </w:t>
      </w:r>
      <w:r w:rsidR="00D23992">
        <w:rPr>
          <w:sz w:val="40"/>
          <w:szCs w:val="40"/>
          <w:u w:val="single"/>
        </w:rPr>
        <w:t>April 13</w:t>
      </w:r>
      <w:r w:rsidRPr="00A200B2">
        <w:rPr>
          <w:sz w:val="40"/>
          <w:szCs w:val="40"/>
          <w:u w:val="single"/>
        </w:rPr>
        <w:t>, 202</w:t>
      </w:r>
      <w:r w:rsidR="00454FA9" w:rsidRPr="00A200B2">
        <w:rPr>
          <w:sz w:val="40"/>
          <w:szCs w:val="40"/>
          <w:u w:val="single"/>
        </w:rPr>
        <w:t>6</w:t>
      </w:r>
    </w:p>
    <w:p w14:paraId="1C8735CE" w14:textId="77777777" w:rsidR="00EC1ACB" w:rsidRPr="009340AB" w:rsidRDefault="00EC1ACB" w:rsidP="00EC1ACB">
      <w:pPr>
        <w:rPr>
          <w:rFonts w:asciiTheme="majorHAnsi" w:hAnsiTheme="majorHAnsi"/>
        </w:rPr>
      </w:pPr>
    </w:p>
    <w:p w14:paraId="0E61039D" w14:textId="2B9ACBA9" w:rsidR="00DD3E22" w:rsidRPr="009340AB" w:rsidRDefault="009B3937" w:rsidP="009B3937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Call to Order and Pledge of Allegiance</w:t>
      </w:r>
    </w:p>
    <w:p w14:paraId="766C1355" w14:textId="5779A410" w:rsidR="004561B5" w:rsidRPr="009340AB" w:rsidRDefault="004561B5" w:rsidP="00DD3E22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Approval of Minutes of Previous Meeting.</w:t>
      </w:r>
      <w:r w:rsidR="00A0403C" w:rsidRPr="009340AB">
        <w:rPr>
          <w:rFonts w:asciiTheme="majorHAnsi" w:hAnsiTheme="majorHAnsi"/>
          <w:sz w:val="24"/>
          <w:szCs w:val="24"/>
        </w:rPr>
        <w:t xml:space="preserve">  </w:t>
      </w:r>
    </w:p>
    <w:p w14:paraId="2B2EAC40" w14:textId="1DA3853C" w:rsidR="004561B5" w:rsidRPr="009340AB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Abstracts: Generals and Highways</w:t>
      </w:r>
      <w:r w:rsidR="00A0403C" w:rsidRPr="009340AB">
        <w:rPr>
          <w:rFonts w:asciiTheme="majorHAnsi" w:hAnsiTheme="majorHAnsi"/>
          <w:sz w:val="24"/>
          <w:szCs w:val="24"/>
        </w:rPr>
        <w:t xml:space="preserve">.  </w:t>
      </w:r>
    </w:p>
    <w:p w14:paraId="1775C03D" w14:textId="16F566D3" w:rsidR="009B3937" w:rsidRPr="009340AB" w:rsidRDefault="009B3937" w:rsidP="009B3937">
      <w:pPr>
        <w:pStyle w:val="ListNumber"/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Approval and totals by fund</w:t>
      </w:r>
    </w:p>
    <w:p w14:paraId="7D9F094A" w14:textId="4271EBD4" w:rsidR="002F177E" w:rsidRPr="009340AB" w:rsidRDefault="002F177E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GENERAL FUND Townwide: $</w:t>
      </w:r>
      <w:r w:rsidR="001D59C0">
        <w:rPr>
          <w:rFonts w:asciiTheme="majorHAnsi" w:hAnsiTheme="majorHAnsi"/>
          <w:sz w:val="24"/>
          <w:szCs w:val="24"/>
        </w:rPr>
        <w:t>72,161.85</w:t>
      </w:r>
    </w:p>
    <w:p w14:paraId="358BB5C6" w14:textId="18296B3D" w:rsidR="002F177E" w:rsidRDefault="002F177E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 Townwide: $</w:t>
      </w:r>
      <w:r w:rsidR="00AD1BBD">
        <w:rPr>
          <w:rFonts w:asciiTheme="majorHAnsi" w:hAnsiTheme="majorHAnsi"/>
          <w:sz w:val="24"/>
          <w:szCs w:val="24"/>
        </w:rPr>
        <w:t>1</w:t>
      </w:r>
      <w:r w:rsidR="00427538">
        <w:rPr>
          <w:rFonts w:asciiTheme="majorHAnsi" w:hAnsiTheme="majorHAnsi"/>
          <w:sz w:val="24"/>
          <w:szCs w:val="24"/>
        </w:rPr>
        <w:t>2,313.55</w:t>
      </w:r>
    </w:p>
    <w:p w14:paraId="0E39645A" w14:textId="6BAAEE90" w:rsidR="001D59C0" w:rsidRPr="009340AB" w:rsidRDefault="001D59C0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HIGHWAY </w:t>
      </w:r>
      <w:r w:rsidR="00BD72FF">
        <w:rPr>
          <w:rFonts w:asciiTheme="majorHAnsi" w:hAnsiTheme="majorHAnsi"/>
          <w:sz w:val="24"/>
          <w:szCs w:val="24"/>
        </w:rPr>
        <w:t>Outside: $425</w:t>
      </w:r>
    </w:p>
    <w:p w14:paraId="23E16FBA" w14:textId="6CE5837C" w:rsidR="00474C09" w:rsidRPr="009340AB" w:rsidRDefault="002F177E" w:rsidP="00A200B2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TOTAL COMBINED: $</w:t>
      </w:r>
      <w:r w:rsidR="00083C88">
        <w:rPr>
          <w:rFonts w:asciiTheme="majorHAnsi" w:hAnsiTheme="majorHAnsi"/>
          <w:sz w:val="24"/>
          <w:szCs w:val="24"/>
        </w:rPr>
        <w:t>8</w:t>
      </w:r>
      <w:r w:rsidR="003963AD">
        <w:rPr>
          <w:rFonts w:asciiTheme="majorHAnsi" w:hAnsiTheme="majorHAnsi"/>
          <w:sz w:val="24"/>
          <w:szCs w:val="24"/>
        </w:rPr>
        <w:t>4</w:t>
      </w:r>
      <w:r w:rsidR="004F1EF3">
        <w:rPr>
          <w:rFonts w:asciiTheme="majorHAnsi" w:hAnsiTheme="majorHAnsi"/>
          <w:sz w:val="24"/>
          <w:szCs w:val="24"/>
        </w:rPr>
        <w:t>,900.40</w:t>
      </w:r>
    </w:p>
    <w:p w14:paraId="35595932" w14:textId="028898BE" w:rsidR="00611DBA" w:rsidRPr="009340AB" w:rsidRDefault="009817C5" w:rsidP="009817C5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LaBella Professional Engineering Design Services Presentation on Town of Angelica New Courts Park</w:t>
      </w:r>
      <w:r w:rsidR="005E0050" w:rsidRPr="009340AB">
        <w:rPr>
          <w:rFonts w:asciiTheme="majorHAnsi" w:hAnsiTheme="majorHAnsi"/>
          <w:sz w:val="24"/>
          <w:szCs w:val="24"/>
        </w:rPr>
        <w:t>. Bradley Rush, Landscape Designer</w:t>
      </w:r>
      <w:r w:rsidR="00D421A3" w:rsidRPr="009340AB">
        <w:rPr>
          <w:rFonts w:asciiTheme="majorHAnsi" w:hAnsiTheme="majorHAnsi"/>
          <w:sz w:val="24"/>
          <w:szCs w:val="24"/>
        </w:rPr>
        <w:t xml:space="preserve"> – LaBella </w:t>
      </w:r>
    </w:p>
    <w:p w14:paraId="0110374B" w14:textId="0A11D213" w:rsidR="00611DBA" w:rsidRPr="009340AB" w:rsidRDefault="00611DBA" w:rsidP="00611DBA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 Motion to Approve LaBella as Engineer for the Court Projects.  </w:t>
      </w:r>
      <w:r w:rsidR="00956CBF" w:rsidRPr="009340AB">
        <w:rPr>
          <w:rFonts w:asciiTheme="majorHAnsi" w:hAnsiTheme="majorHAnsi"/>
          <w:sz w:val="24"/>
          <w:szCs w:val="24"/>
        </w:rPr>
        <w:t>(RFP sent out in 2025</w:t>
      </w:r>
      <w:r w:rsidR="00D172A9" w:rsidRPr="009340AB">
        <w:rPr>
          <w:rFonts w:asciiTheme="majorHAnsi" w:hAnsiTheme="majorHAnsi"/>
          <w:sz w:val="24"/>
          <w:szCs w:val="24"/>
        </w:rPr>
        <w:t xml:space="preserve"> with 4 firms responding)</w:t>
      </w:r>
    </w:p>
    <w:p w14:paraId="68A93D21" w14:textId="24A58A2B" w:rsidR="008B5837" w:rsidRDefault="00611DBA" w:rsidP="00611DBA">
      <w:pPr>
        <w:pStyle w:val="ListNumber"/>
        <w:rPr>
          <w:rFonts w:asciiTheme="majorHAnsi" w:hAnsiTheme="majorHAnsi"/>
          <w:sz w:val="24"/>
          <w:szCs w:val="24"/>
        </w:rPr>
      </w:pPr>
      <w:r w:rsidRPr="00153C07">
        <w:rPr>
          <w:rFonts w:asciiTheme="majorHAnsi" w:hAnsiTheme="majorHAnsi"/>
          <w:b/>
          <w:bCs/>
          <w:sz w:val="24"/>
          <w:szCs w:val="24"/>
        </w:rPr>
        <w:t>Resolutio</w:t>
      </w:r>
      <w:r w:rsidR="007F33E1" w:rsidRPr="00153C07">
        <w:rPr>
          <w:rFonts w:asciiTheme="majorHAnsi" w:hAnsiTheme="majorHAnsi"/>
          <w:b/>
          <w:bCs/>
          <w:sz w:val="24"/>
          <w:szCs w:val="24"/>
        </w:rPr>
        <w:t>n</w:t>
      </w:r>
      <w:r w:rsidR="004F601C">
        <w:rPr>
          <w:rFonts w:asciiTheme="majorHAnsi" w:hAnsiTheme="majorHAnsi"/>
          <w:b/>
          <w:bCs/>
          <w:sz w:val="24"/>
          <w:szCs w:val="24"/>
        </w:rPr>
        <w:t xml:space="preserve"> 3-2026</w:t>
      </w:r>
      <w:r w:rsidR="007F33E1" w:rsidRPr="009340AB">
        <w:rPr>
          <w:rFonts w:asciiTheme="majorHAnsi" w:hAnsiTheme="majorHAnsi"/>
          <w:sz w:val="24"/>
          <w:szCs w:val="24"/>
        </w:rPr>
        <w:t xml:space="preserve"> Establishing a Capital Project </w:t>
      </w:r>
      <w:r w:rsidR="007F33E1" w:rsidRPr="0049731B">
        <w:rPr>
          <w:rFonts w:asciiTheme="majorHAnsi" w:hAnsiTheme="majorHAnsi"/>
          <w:b/>
          <w:bCs/>
          <w:sz w:val="24"/>
          <w:szCs w:val="24"/>
        </w:rPr>
        <w:t>(H</w:t>
      </w:r>
      <w:r w:rsidR="0049731B" w:rsidRPr="0049731B">
        <w:rPr>
          <w:rFonts w:asciiTheme="majorHAnsi" w:hAnsiTheme="majorHAnsi"/>
          <w:b/>
          <w:bCs/>
          <w:sz w:val="24"/>
          <w:szCs w:val="24"/>
        </w:rPr>
        <w:t>5113</w:t>
      </w:r>
      <w:r w:rsidR="005422A1" w:rsidRPr="0049731B">
        <w:rPr>
          <w:rFonts w:asciiTheme="majorHAnsi" w:hAnsiTheme="majorHAnsi"/>
          <w:b/>
          <w:bCs/>
          <w:sz w:val="24"/>
          <w:szCs w:val="24"/>
        </w:rPr>
        <w:t>)</w:t>
      </w:r>
      <w:r w:rsidR="005422A1" w:rsidRPr="009340AB">
        <w:rPr>
          <w:rFonts w:asciiTheme="majorHAnsi" w:hAnsiTheme="majorHAnsi"/>
          <w:sz w:val="24"/>
          <w:szCs w:val="24"/>
        </w:rPr>
        <w:t xml:space="preserve"> and</w:t>
      </w:r>
      <w:r w:rsidR="00EB101A" w:rsidRPr="009340AB">
        <w:rPr>
          <w:rFonts w:asciiTheme="majorHAnsi" w:hAnsiTheme="majorHAnsi"/>
          <w:sz w:val="24"/>
          <w:szCs w:val="24"/>
        </w:rPr>
        <w:t xml:space="preserve"> approving the use of </w:t>
      </w:r>
      <w:r w:rsidR="00892D2A">
        <w:rPr>
          <w:rFonts w:asciiTheme="majorHAnsi" w:hAnsiTheme="majorHAnsi"/>
          <w:sz w:val="24"/>
          <w:szCs w:val="24"/>
        </w:rPr>
        <w:t xml:space="preserve">Unallocated </w:t>
      </w:r>
      <w:r w:rsidR="00EB101A" w:rsidRPr="009340AB">
        <w:rPr>
          <w:rFonts w:asciiTheme="majorHAnsi" w:hAnsiTheme="majorHAnsi"/>
          <w:sz w:val="24"/>
          <w:szCs w:val="24"/>
        </w:rPr>
        <w:t xml:space="preserve">Fund Balance </w:t>
      </w:r>
      <w:r w:rsidR="007F33E1" w:rsidRPr="009340AB">
        <w:rPr>
          <w:rFonts w:asciiTheme="majorHAnsi" w:hAnsiTheme="majorHAnsi"/>
          <w:sz w:val="24"/>
          <w:szCs w:val="24"/>
        </w:rPr>
        <w:t xml:space="preserve">for the for the </w:t>
      </w:r>
      <w:r w:rsidR="007E782C" w:rsidRPr="009340AB">
        <w:rPr>
          <w:rFonts w:asciiTheme="majorHAnsi" w:hAnsiTheme="majorHAnsi"/>
          <w:sz w:val="24"/>
          <w:szCs w:val="24"/>
        </w:rPr>
        <w:t xml:space="preserve">development of the Angelica Courts </w:t>
      </w:r>
      <w:r w:rsidR="00ED779E" w:rsidRPr="009340AB">
        <w:rPr>
          <w:rFonts w:asciiTheme="majorHAnsi" w:hAnsiTheme="majorHAnsi"/>
          <w:sz w:val="24"/>
          <w:szCs w:val="24"/>
        </w:rPr>
        <w:t>Park</w:t>
      </w:r>
      <w:r w:rsidR="00214D0F" w:rsidRPr="009340AB">
        <w:rPr>
          <w:rFonts w:asciiTheme="majorHAnsi" w:hAnsiTheme="majorHAnsi"/>
          <w:sz w:val="24"/>
          <w:szCs w:val="24"/>
        </w:rPr>
        <w:t>.</w:t>
      </w:r>
      <w:r w:rsidR="00AC0D02" w:rsidRPr="009340AB">
        <w:rPr>
          <w:rFonts w:asciiTheme="majorHAnsi" w:hAnsiTheme="majorHAnsi"/>
          <w:sz w:val="24"/>
          <w:szCs w:val="24"/>
        </w:rPr>
        <w:t xml:space="preserve">  $31,300 </w:t>
      </w:r>
      <w:r w:rsidR="005765EC">
        <w:rPr>
          <w:rFonts w:asciiTheme="majorHAnsi" w:hAnsiTheme="majorHAnsi"/>
          <w:sz w:val="24"/>
          <w:szCs w:val="24"/>
        </w:rPr>
        <w:t xml:space="preserve">in </w:t>
      </w:r>
      <w:r w:rsidR="00AC0D02" w:rsidRPr="009340AB">
        <w:rPr>
          <w:rFonts w:asciiTheme="majorHAnsi" w:hAnsiTheme="majorHAnsi"/>
          <w:sz w:val="24"/>
          <w:szCs w:val="24"/>
        </w:rPr>
        <w:t>Engineering Fees</w:t>
      </w:r>
      <w:r w:rsidR="005765EC">
        <w:rPr>
          <w:rFonts w:asciiTheme="majorHAnsi" w:hAnsiTheme="majorHAnsi"/>
          <w:sz w:val="24"/>
          <w:szCs w:val="24"/>
        </w:rPr>
        <w:t xml:space="preserve"> to LaBella Engineering.</w:t>
      </w:r>
      <w:r w:rsidR="001501C0">
        <w:rPr>
          <w:rFonts w:asciiTheme="majorHAnsi" w:hAnsiTheme="majorHAnsi"/>
          <w:sz w:val="24"/>
          <w:szCs w:val="24"/>
        </w:rPr>
        <w:t xml:space="preserve"> </w:t>
      </w:r>
    </w:p>
    <w:p w14:paraId="0E7547B7" w14:textId="71779ACA" w:rsidR="00382245" w:rsidRPr="00C16209" w:rsidRDefault="00311F56" w:rsidP="00C16209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Battery Storage Megapack Facility – Proposal to construct</w:t>
      </w:r>
    </w:p>
    <w:p w14:paraId="3892DD34" w14:textId="251E0D95" w:rsidR="004561B5" w:rsidRPr="009340AB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Budget Sheets and Supervisor’s Reports</w:t>
      </w:r>
      <w:r w:rsidR="0045075F" w:rsidRPr="009340AB">
        <w:rPr>
          <w:rFonts w:asciiTheme="majorHAnsi" w:hAnsiTheme="majorHAnsi"/>
          <w:sz w:val="24"/>
          <w:szCs w:val="24"/>
        </w:rPr>
        <w:t xml:space="preserve"> for Month of </w:t>
      </w:r>
      <w:r w:rsidR="00EA0FFA" w:rsidRPr="009340AB">
        <w:rPr>
          <w:rFonts w:asciiTheme="majorHAnsi" w:hAnsiTheme="majorHAnsi"/>
          <w:sz w:val="24"/>
          <w:szCs w:val="24"/>
        </w:rPr>
        <w:t>March</w:t>
      </w:r>
      <w:r w:rsidR="00A859BA" w:rsidRPr="009340AB">
        <w:rPr>
          <w:rFonts w:asciiTheme="majorHAnsi" w:hAnsiTheme="majorHAnsi"/>
          <w:sz w:val="24"/>
          <w:szCs w:val="24"/>
        </w:rPr>
        <w:t xml:space="preserve"> </w:t>
      </w:r>
      <w:r w:rsidR="0045075F" w:rsidRPr="009340AB">
        <w:rPr>
          <w:rFonts w:asciiTheme="majorHAnsi" w:hAnsiTheme="majorHAnsi"/>
          <w:sz w:val="24"/>
          <w:szCs w:val="24"/>
        </w:rPr>
        <w:t>2026</w:t>
      </w:r>
      <w:r w:rsidR="0038354C" w:rsidRPr="009340AB">
        <w:rPr>
          <w:rFonts w:asciiTheme="majorHAnsi" w:hAnsiTheme="majorHAnsi"/>
          <w:sz w:val="24"/>
          <w:szCs w:val="24"/>
        </w:rPr>
        <w:t xml:space="preserve">. Motion to approve. </w:t>
      </w:r>
    </w:p>
    <w:p w14:paraId="44C5D31B" w14:textId="002A4A96" w:rsidR="00474C09" w:rsidRPr="009340AB" w:rsidRDefault="00474C09" w:rsidP="00474C09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General Fund: Revenues: $</w:t>
      </w:r>
      <w:r w:rsidR="00374B4D">
        <w:rPr>
          <w:rFonts w:asciiTheme="majorHAnsi" w:hAnsiTheme="majorHAnsi"/>
          <w:sz w:val="24"/>
          <w:szCs w:val="24"/>
        </w:rPr>
        <w:t>20,859.40</w:t>
      </w:r>
      <w:r w:rsidRPr="009340AB">
        <w:rPr>
          <w:rFonts w:asciiTheme="majorHAnsi" w:hAnsiTheme="majorHAnsi"/>
          <w:sz w:val="24"/>
          <w:szCs w:val="24"/>
        </w:rPr>
        <w:t xml:space="preserve"> </w:t>
      </w:r>
      <w:r w:rsidR="00A859BA" w:rsidRPr="009340AB">
        <w:rPr>
          <w:rFonts w:asciiTheme="majorHAnsi" w:hAnsiTheme="majorHAnsi"/>
          <w:sz w:val="24"/>
          <w:szCs w:val="24"/>
        </w:rPr>
        <w:t>/</w:t>
      </w:r>
      <w:r w:rsidRPr="009340AB">
        <w:rPr>
          <w:rFonts w:asciiTheme="majorHAnsi" w:hAnsiTheme="majorHAnsi"/>
          <w:sz w:val="24"/>
          <w:szCs w:val="24"/>
        </w:rPr>
        <w:t>Expenses: $</w:t>
      </w:r>
      <w:r w:rsidR="00133597">
        <w:rPr>
          <w:rFonts w:asciiTheme="majorHAnsi" w:hAnsiTheme="majorHAnsi"/>
          <w:sz w:val="24"/>
          <w:szCs w:val="24"/>
        </w:rPr>
        <w:t>61,254.18</w:t>
      </w:r>
    </w:p>
    <w:p w14:paraId="0A1ACAE7" w14:textId="3CAFAB6A" w:rsidR="0045075F" w:rsidRPr="009340AB" w:rsidRDefault="00474C09" w:rsidP="00A200B2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Highway: Revenues: $</w:t>
      </w:r>
      <w:r w:rsidR="00133597">
        <w:rPr>
          <w:rFonts w:asciiTheme="majorHAnsi" w:hAnsiTheme="majorHAnsi"/>
          <w:sz w:val="24"/>
          <w:szCs w:val="24"/>
        </w:rPr>
        <w:t>13,122.45</w:t>
      </w:r>
      <w:r w:rsidR="00BA1E7E" w:rsidRPr="009340AB">
        <w:rPr>
          <w:rFonts w:asciiTheme="majorHAnsi" w:hAnsiTheme="majorHAnsi"/>
          <w:sz w:val="24"/>
          <w:szCs w:val="24"/>
        </w:rPr>
        <w:t>/Expenses: $</w:t>
      </w:r>
      <w:r w:rsidR="000E6B26">
        <w:rPr>
          <w:rFonts w:asciiTheme="majorHAnsi" w:hAnsiTheme="majorHAnsi"/>
          <w:sz w:val="24"/>
          <w:szCs w:val="24"/>
        </w:rPr>
        <w:t>22,269.63</w:t>
      </w:r>
    </w:p>
    <w:p w14:paraId="56E6C9F5" w14:textId="23010DA2" w:rsidR="00975E58" w:rsidRPr="00372A01" w:rsidRDefault="004561B5" w:rsidP="00372A01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Financial Reports:</w:t>
      </w:r>
      <w:r w:rsidR="00A0403C" w:rsidRPr="009340AB">
        <w:rPr>
          <w:rFonts w:asciiTheme="majorHAnsi" w:hAnsiTheme="majorHAnsi"/>
          <w:sz w:val="24"/>
          <w:szCs w:val="24"/>
        </w:rPr>
        <w:t xml:space="preserve">  </w:t>
      </w:r>
      <w:r w:rsidRPr="009340AB">
        <w:rPr>
          <w:rFonts w:asciiTheme="majorHAnsi" w:hAnsiTheme="majorHAnsi"/>
          <w:sz w:val="24"/>
          <w:szCs w:val="24"/>
        </w:rPr>
        <w:br/>
        <w:t xml:space="preserve">   a. NYCLASS Report for </w:t>
      </w:r>
      <w:r w:rsidR="00482E85">
        <w:rPr>
          <w:rFonts w:asciiTheme="majorHAnsi" w:hAnsiTheme="majorHAnsi"/>
          <w:sz w:val="24"/>
          <w:szCs w:val="24"/>
        </w:rPr>
        <w:t>March</w:t>
      </w:r>
      <w:r w:rsidRPr="009340AB">
        <w:rPr>
          <w:rFonts w:asciiTheme="majorHAnsi" w:hAnsiTheme="majorHAnsi"/>
          <w:sz w:val="24"/>
          <w:szCs w:val="24"/>
        </w:rPr>
        <w:t>.</w:t>
      </w:r>
      <w:r w:rsidR="0038354C" w:rsidRPr="009340AB">
        <w:rPr>
          <w:rFonts w:asciiTheme="majorHAnsi" w:hAnsiTheme="majorHAnsi"/>
          <w:sz w:val="24"/>
          <w:szCs w:val="24"/>
        </w:rPr>
        <w:t xml:space="preserve"> </w:t>
      </w:r>
      <w:r w:rsidR="00975E58">
        <w:rPr>
          <w:rFonts w:asciiTheme="majorHAnsi" w:hAnsiTheme="majorHAnsi"/>
          <w:sz w:val="24"/>
          <w:szCs w:val="24"/>
        </w:rPr>
        <w:t xml:space="preserve"> </w:t>
      </w:r>
    </w:p>
    <w:p w14:paraId="2696891A" w14:textId="0CB4B702" w:rsidR="0038354C" w:rsidRPr="009340AB" w:rsidRDefault="0038354C" w:rsidP="0038354C">
      <w:pPr>
        <w:pStyle w:val="ListParagraph"/>
        <w:ind w:firstLine="720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General Fund: $</w:t>
      </w:r>
      <w:r w:rsidR="00AF216F">
        <w:rPr>
          <w:rFonts w:asciiTheme="majorHAnsi" w:hAnsiTheme="majorHAnsi"/>
          <w:sz w:val="24"/>
          <w:szCs w:val="24"/>
        </w:rPr>
        <w:t>11,1</w:t>
      </w:r>
      <w:r w:rsidR="003C3677">
        <w:rPr>
          <w:rFonts w:asciiTheme="majorHAnsi" w:hAnsiTheme="majorHAnsi"/>
          <w:sz w:val="24"/>
          <w:szCs w:val="24"/>
        </w:rPr>
        <w:t>35.4</w:t>
      </w:r>
      <w:r w:rsidR="00D80E86">
        <w:rPr>
          <w:rFonts w:asciiTheme="majorHAnsi" w:hAnsiTheme="majorHAnsi"/>
          <w:sz w:val="24"/>
          <w:szCs w:val="24"/>
        </w:rPr>
        <w:t>8</w:t>
      </w:r>
    </w:p>
    <w:p w14:paraId="7BAC9329" w14:textId="045F9B11" w:rsidR="0038354C" w:rsidRDefault="0038354C" w:rsidP="00474C09">
      <w:pPr>
        <w:pStyle w:val="ListParagraph"/>
        <w:ind w:firstLine="720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Highway: $</w:t>
      </w:r>
      <w:r w:rsidR="005207F5">
        <w:rPr>
          <w:rFonts w:asciiTheme="majorHAnsi" w:hAnsiTheme="majorHAnsi"/>
          <w:sz w:val="24"/>
          <w:szCs w:val="24"/>
        </w:rPr>
        <w:t>2</w:t>
      </w:r>
      <w:r w:rsidR="00CE035F">
        <w:rPr>
          <w:rFonts w:asciiTheme="majorHAnsi" w:hAnsiTheme="majorHAnsi"/>
          <w:sz w:val="24"/>
          <w:szCs w:val="24"/>
        </w:rPr>
        <w:t>,163.90</w:t>
      </w:r>
    </w:p>
    <w:p w14:paraId="12BF45C9" w14:textId="0A99505F" w:rsidR="00CB3792" w:rsidRDefault="00AA6E30" w:rsidP="00474C09">
      <w:pPr>
        <w:pStyle w:val="ListParagraph"/>
        <w:ind w:firstLine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Total NYCLASS Earnings</w:t>
      </w:r>
      <w:r w:rsidR="000E5720">
        <w:rPr>
          <w:rFonts w:asciiTheme="majorHAnsi" w:hAnsiTheme="majorHAnsi"/>
          <w:sz w:val="24"/>
          <w:szCs w:val="24"/>
        </w:rPr>
        <w:t xml:space="preserve"> Current Month: $13,299.38</w:t>
      </w:r>
    </w:p>
    <w:p w14:paraId="40767419" w14:textId="61767B40" w:rsidR="00CB3792" w:rsidRPr="004F601C" w:rsidRDefault="00CB3792" w:rsidP="00474C09">
      <w:pPr>
        <w:pStyle w:val="ListParagraph"/>
        <w:ind w:firstLine="720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Average Monthly Rate = </w:t>
      </w:r>
      <w:r w:rsidRPr="004F601C">
        <w:rPr>
          <w:rFonts w:asciiTheme="majorHAnsi" w:hAnsiTheme="majorHAnsi"/>
          <w:b/>
          <w:bCs/>
          <w:sz w:val="24"/>
          <w:szCs w:val="24"/>
        </w:rPr>
        <w:t>3.533%</w:t>
      </w:r>
    </w:p>
    <w:p w14:paraId="3F13FE1D" w14:textId="5D65A7A4" w:rsidR="004561B5" w:rsidRPr="009340AB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Town Business Review.</w:t>
      </w:r>
      <w:r w:rsidR="00A0403C" w:rsidRPr="009340AB">
        <w:rPr>
          <w:rFonts w:asciiTheme="majorHAnsi" w:hAnsiTheme="majorHAnsi"/>
          <w:sz w:val="24"/>
          <w:szCs w:val="24"/>
        </w:rPr>
        <w:t xml:space="preserve">  Motio</w:t>
      </w:r>
      <w:r w:rsidR="00454FA9" w:rsidRPr="009340AB">
        <w:rPr>
          <w:rFonts w:asciiTheme="majorHAnsi" w:hAnsiTheme="majorHAnsi"/>
          <w:sz w:val="24"/>
          <w:szCs w:val="24"/>
        </w:rPr>
        <w:t>n</w:t>
      </w:r>
      <w:r w:rsidR="00A0403C" w:rsidRPr="009340AB">
        <w:rPr>
          <w:rFonts w:asciiTheme="majorHAnsi" w:hAnsiTheme="majorHAnsi"/>
          <w:sz w:val="24"/>
          <w:szCs w:val="24"/>
        </w:rPr>
        <w:t xml:space="preserve"> to accept and approve by:</w:t>
      </w:r>
    </w:p>
    <w:p w14:paraId="7D086A22" w14:textId="66224F84" w:rsidR="004561B5" w:rsidRPr="009340AB" w:rsidRDefault="00A0403C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 </w:t>
      </w:r>
      <w:r w:rsidR="004561B5" w:rsidRPr="009340AB">
        <w:rPr>
          <w:rFonts w:asciiTheme="majorHAnsi" w:hAnsiTheme="majorHAnsi"/>
          <w:sz w:val="24"/>
          <w:szCs w:val="24"/>
        </w:rPr>
        <w:t>Town Clerk’s Report</w:t>
      </w:r>
      <w:r w:rsidRPr="009340AB">
        <w:rPr>
          <w:rFonts w:asciiTheme="majorHAnsi" w:hAnsiTheme="majorHAnsi"/>
          <w:sz w:val="24"/>
          <w:szCs w:val="24"/>
        </w:rPr>
        <w:t>:</w:t>
      </w:r>
      <w:r w:rsidRPr="009340AB">
        <w:rPr>
          <w:rFonts w:asciiTheme="majorHAnsi" w:hAnsiTheme="majorHAnsi"/>
          <w:sz w:val="24"/>
          <w:szCs w:val="24"/>
        </w:rPr>
        <w:tab/>
      </w:r>
      <w:r w:rsidR="004A3D73">
        <w:rPr>
          <w:rFonts w:asciiTheme="majorHAnsi" w:hAnsiTheme="majorHAnsi"/>
          <w:sz w:val="24"/>
          <w:szCs w:val="24"/>
        </w:rPr>
        <w:t>$401 total collected in March 2026</w:t>
      </w:r>
    </w:p>
    <w:p w14:paraId="0243E8F6" w14:textId="69FBEE83" w:rsidR="00A0403C" w:rsidRPr="009340AB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Dog:  </w:t>
      </w:r>
      <w:r w:rsidR="00126854" w:rsidRPr="009340AB">
        <w:rPr>
          <w:rFonts w:asciiTheme="majorHAnsi" w:hAnsiTheme="majorHAnsi"/>
          <w:sz w:val="24"/>
          <w:szCs w:val="24"/>
        </w:rPr>
        <w:t>$</w:t>
      </w:r>
      <w:r w:rsidR="00FB66CB">
        <w:rPr>
          <w:rFonts w:asciiTheme="majorHAnsi" w:hAnsiTheme="majorHAnsi"/>
          <w:sz w:val="24"/>
          <w:szCs w:val="24"/>
        </w:rPr>
        <w:t>61</w:t>
      </w:r>
      <w:r w:rsidR="00475EC8" w:rsidRPr="009340AB">
        <w:rPr>
          <w:rFonts w:asciiTheme="majorHAnsi" w:hAnsiTheme="majorHAnsi"/>
          <w:sz w:val="24"/>
          <w:szCs w:val="24"/>
        </w:rPr>
        <w:t xml:space="preserve"> ($</w:t>
      </w:r>
      <w:r w:rsidR="00FB66CB">
        <w:rPr>
          <w:rFonts w:asciiTheme="majorHAnsi" w:hAnsiTheme="majorHAnsi"/>
          <w:sz w:val="24"/>
          <w:szCs w:val="24"/>
        </w:rPr>
        <w:t>53</w:t>
      </w:r>
      <w:r w:rsidR="00475EC8" w:rsidRPr="009340AB">
        <w:rPr>
          <w:rFonts w:asciiTheme="majorHAnsi" w:hAnsiTheme="majorHAnsi"/>
          <w:sz w:val="24"/>
          <w:szCs w:val="24"/>
        </w:rPr>
        <w:t xml:space="preserve"> to Town, $</w:t>
      </w:r>
      <w:r w:rsidR="003707FA">
        <w:rPr>
          <w:rFonts w:asciiTheme="majorHAnsi" w:hAnsiTheme="majorHAnsi"/>
          <w:sz w:val="24"/>
          <w:szCs w:val="24"/>
        </w:rPr>
        <w:t>8</w:t>
      </w:r>
      <w:r w:rsidR="00475EC8" w:rsidRPr="009340AB">
        <w:rPr>
          <w:rFonts w:asciiTheme="majorHAnsi" w:hAnsiTheme="majorHAnsi"/>
          <w:sz w:val="24"/>
          <w:szCs w:val="24"/>
        </w:rPr>
        <w:t xml:space="preserve"> to NYS)</w:t>
      </w:r>
    </w:p>
    <w:p w14:paraId="39980A40" w14:textId="28775AA6" w:rsidR="00A0403C" w:rsidRPr="009340AB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DECALS:</w:t>
      </w:r>
      <w:r w:rsidR="00126854" w:rsidRPr="009340AB">
        <w:rPr>
          <w:rFonts w:asciiTheme="majorHAnsi" w:hAnsiTheme="majorHAnsi"/>
          <w:sz w:val="24"/>
          <w:szCs w:val="24"/>
        </w:rPr>
        <w:t xml:space="preserve"> $</w:t>
      </w:r>
      <w:r w:rsidR="00EA0FFA" w:rsidRPr="009340AB">
        <w:rPr>
          <w:rFonts w:asciiTheme="majorHAnsi" w:hAnsiTheme="majorHAnsi"/>
          <w:sz w:val="24"/>
          <w:szCs w:val="24"/>
        </w:rPr>
        <w:t>25</w:t>
      </w:r>
      <w:r w:rsidR="00B169BF">
        <w:rPr>
          <w:rFonts w:asciiTheme="majorHAnsi" w:hAnsiTheme="majorHAnsi"/>
          <w:sz w:val="24"/>
          <w:szCs w:val="24"/>
        </w:rPr>
        <w:t xml:space="preserve"> (</w:t>
      </w:r>
      <w:r w:rsidR="00FD0BA5">
        <w:rPr>
          <w:rFonts w:asciiTheme="majorHAnsi" w:hAnsiTheme="majorHAnsi"/>
          <w:sz w:val="24"/>
          <w:szCs w:val="24"/>
        </w:rPr>
        <w:t>$</w:t>
      </w:r>
      <w:r w:rsidR="00C37CAB">
        <w:rPr>
          <w:rFonts w:asciiTheme="majorHAnsi" w:hAnsiTheme="majorHAnsi"/>
          <w:sz w:val="24"/>
          <w:szCs w:val="24"/>
        </w:rPr>
        <w:t>1.38 Town/ $2</w:t>
      </w:r>
      <w:r w:rsidR="00FD0BA5">
        <w:rPr>
          <w:rFonts w:asciiTheme="majorHAnsi" w:hAnsiTheme="majorHAnsi"/>
          <w:sz w:val="24"/>
          <w:szCs w:val="24"/>
        </w:rPr>
        <w:t>3</w:t>
      </w:r>
      <w:r w:rsidR="00C37CAB">
        <w:rPr>
          <w:rFonts w:asciiTheme="majorHAnsi" w:hAnsiTheme="majorHAnsi"/>
          <w:sz w:val="24"/>
          <w:szCs w:val="24"/>
        </w:rPr>
        <w:t>.62 NYSDEC)</w:t>
      </w:r>
    </w:p>
    <w:p w14:paraId="238E1693" w14:textId="391FE9B6" w:rsidR="00126854" w:rsidRPr="009340AB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Other: </w:t>
      </w:r>
      <w:r w:rsidR="00126854" w:rsidRPr="009340AB">
        <w:rPr>
          <w:rFonts w:asciiTheme="majorHAnsi" w:hAnsiTheme="majorHAnsi"/>
          <w:sz w:val="24"/>
          <w:szCs w:val="24"/>
        </w:rPr>
        <w:t>ATV’s $</w:t>
      </w:r>
      <w:r w:rsidR="00D023FE">
        <w:rPr>
          <w:rFonts w:asciiTheme="majorHAnsi" w:hAnsiTheme="majorHAnsi"/>
          <w:sz w:val="24"/>
          <w:szCs w:val="24"/>
        </w:rPr>
        <w:t>6</w:t>
      </w:r>
      <w:r w:rsidR="00BB71E1" w:rsidRPr="009340AB">
        <w:rPr>
          <w:rFonts w:asciiTheme="majorHAnsi" w:hAnsiTheme="majorHAnsi"/>
          <w:sz w:val="24"/>
          <w:szCs w:val="24"/>
        </w:rPr>
        <w:t>5</w:t>
      </w:r>
    </w:p>
    <w:p w14:paraId="154DFBEB" w14:textId="3CF90805" w:rsidR="00A0403C" w:rsidRDefault="00BB71E1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Grave Digging: $</w:t>
      </w:r>
      <w:r w:rsidR="00044758">
        <w:rPr>
          <w:rFonts w:asciiTheme="majorHAnsi" w:hAnsiTheme="majorHAnsi"/>
          <w:sz w:val="24"/>
          <w:szCs w:val="24"/>
        </w:rPr>
        <w:t>0</w:t>
      </w:r>
    </w:p>
    <w:p w14:paraId="283B84AF" w14:textId="65435A9C" w:rsidR="00044758" w:rsidRDefault="00044758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Certified Copies: $50</w:t>
      </w:r>
    </w:p>
    <w:p w14:paraId="14D220BC" w14:textId="773289DB" w:rsidR="003707FA" w:rsidRDefault="003707FA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Grange Rentals: $</w:t>
      </w:r>
      <w:r w:rsidR="00255169">
        <w:rPr>
          <w:rFonts w:asciiTheme="majorHAnsi" w:hAnsiTheme="majorHAnsi"/>
          <w:sz w:val="24"/>
          <w:szCs w:val="24"/>
        </w:rPr>
        <w:t>200</w:t>
      </w:r>
    </w:p>
    <w:p w14:paraId="43695556" w14:textId="3D9ABE07" w:rsidR="006641DC" w:rsidRDefault="006641D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 xml:space="preserve">2026 Town &amp; County Taxes: </w:t>
      </w:r>
      <w:r w:rsidR="004A3D73">
        <w:rPr>
          <w:rFonts w:asciiTheme="majorHAnsi" w:hAnsiTheme="majorHAnsi"/>
          <w:sz w:val="24"/>
          <w:szCs w:val="24"/>
        </w:rPr>
        <w:t>88% of</w:t>
      </w:r>
      <w:r w:rsidR="00F113D5">
        <w:rPr>
          <w:rFonts w:asciiTheme="majorHAnsi" w:hAnsiTheme="majorHAnsi"/>
          <w:sz w:val="24"/>
          <w:szCs w:val="24"/>
        </w:rPr>
        <w:t xml:space="preserve"> the warrant was collected</w:t>
      </w:r>
      <w:r w:rsidR="00D14E4E">
        <w:rPr>
          <w:rFonts w:asciiTheme="majorHAnsi" w:hAnsiTheme="majorHAnsi"/>
          <w:sz w:val="24"/>
          <w:szCs w:val="24"/>
        </w:rPr>
        <w:t xml:space="preserve"> $</w:t>
      </w:r>
      <w:r w:rsidR="00D6481F">
        <w:rPr>
          <w:rFonts w:asciiTheme="majorHAnsi" w:hAnsiTheme="majorHAnsi"/>
          <w:sz w:val="24"/>
          <w:szCs w:val="24"/>
        </w:rPr>
        <w:t>959,344.52</w:t>
      </w:r>
      <w:r w:rsidR="00F113D5">
        <w:rPr>
          <w:rFonts w:asciiTheme="majorHAnsi" w:hAnsiTheme="majorHAnsi"/>
          <w:sz w:val="24"/>
          <w:szCs w:val="24"/>
        </w:rPr>
        <w:t>. $154,534.30 returned to Co. Treasurer as unpaid</w:t>
      </w:r>
      <w:r w:rsidR="009D5495">
        <w:rPr>
          <w:rFonts w:asciiTheme="majorHAnsi" w:hAnsiTheme="majorHAnsi"/>
          <w:sz w:val="24"/>
          <w:szCs w:val="24"/>
        </w:rPr>
        <w:t>, $2,634.71</w:t>
      </w:r>
      <w:r w:rsidR="00573CE8">
        <w:rPr>
          <w:rFonts w:asciiTheme="majorHAnsi" w:hAnsiTheme="majorHAnsi"/>
          <w:sz w:val="24"/>
          <w:szCs w:val="24"/>
        </w:rPr>
        <w:t xml:space="preserve"> collected by Town as interest/penalties.</w:t>
      </w:r>
    </w:p>
    <w:p w14:paraId="218CFE5A" w14:textId="46A8BE9D" w:rsidR="00573CE8" w:rsidRDefault="00573CE8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Website</w:t>
      </w:r>
      <w:r w:rsidR="0084703C">
        <w:rPr>
          <w:rFonts w:asciiTheme="majorHAnsi" w:hAnsiTheme="majorHAnsi"/>
          <w:sz w:val="24"/>
          <w:szCs w:val="24"/>
        </w:rPr>
        <w:t xml:space="preserve"> Updates</w:t>
      </w:r>
      <w:r w:rsidR="000F3B9E">
        <w:rPr>
          <w:rFonts w:asciiTheme="majorHAnsi" w:hAnsiTheme="majorHAnsi"/>
          <w:sz w:val="24"/>
          <w:szCs w:val="24"/>
        </w:rPr>
        <w:t xml:space="preserve"> </w:t>
      </w:r>
    </w:p>
    <w:p w14:paraId="57DE2FF5" w14:textId="04A9586C" w:rsidR="00D94255" w:rsidRDefault="00E7637D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Cemetery</w:t>
      </w:r>
      <w:r w:rsidR="00A22B09">
        <w:rPr>
          <w:rFonts w:asciiTheme="majorHAnsi" w:hAnsiTheme="majorHAnsi"/>
          <w:sz w:val="24"/>
          <w:szCs w:val="24"/>
        </w:rPr>
        <w:t xml:space="preserve"> – </w:t>
      </w:r>
      <w:r w:rsidR="0084703C">
        <w:rPr>
          <w:rFonts w:asciiTheme="majorHAnsi" w:hAnsiTheme="majorHAnsi"/>
          <w:sz w:val="24"/>
          <w:szCs w:val="24"/>
        </w:rPr>
        <w:t xml:space="preserve">maps &amp; </w:t>
      </w:r>
      <w:r w:rsidR="00A22B09">
        <w:rPr>
          <w:rFonts w:asciiTheme="majorHAnsi" w:hAnsiTheme="majorHAnsi"/>
          <w:sz w:val="24"/>
          <w:szCs w:val="24"/>
        </w:rPr>
        <w:t>plots,</w:t>
      </w:r>
      <w:r w:rsidR="004D3FEE">
        <w:rPr>
          <w:rFonts w:asciiTheme="majorHAnsi" w:hAnsiTheme="majorHAnsi"/>
          <w:sz w:val="24"/>
          <w:szCs w:val="24"/>
        </w:rPr>
        <w:t xml:space="preserve"> Box for Rules/Regulations</w:t>
      </w:r>
      <w:r w:rsidR="008B71EF">
        <w:rPr>
          <w:rFonts w:asciiTheme="majorHAnsi" w:hAnsiTheme="majorHAnsi"/>
          <w:sz w:val="24"/>
          <w:szCs w:val="24"/>
        </w:rPr>
        <w:t>,</w:t>
      </w:r>
      <w:r w:rsidR="0084703C">
        <w:rPr>
          <w:rFonts w:asciiTheme="majorHAnsi" w:hAnsiTheme="majorHAnsi"/>
          <w:sz w:val="24"/>
          <w:szCs w:val="24"/>
        </w:rPr>
        <w:t xml:space="preserve"> </w:t>
      </w:r>
      <w:r w:rsidR="008B71EF">
        <w:rPr>
          <w:rFonts w:asciiTheme="majorHAnsi" w:hAnsiTheme="majorHAnsi"/>
          <w:sz w:val="24"/>
          <w:szCs w:val="24"/>
        </w:rPr>
        <w:t># burials YTD</w:t>
      </w:r>
    </w:p>
    <w:p w14:paraId="07489C75" w14:textId="16C7A61E" w:rsidR="00E7637D" w:rsidRDefault="00E7637D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Appoint Linda Ross as Deputy Town Clerk II at the rate of $16/</w:t>
      </w:r>
      <w:r w:rsidR="0084703C">
        <w:rPr>
          <w:rFonts w:asciiTheme="majorHAnsi" w:hAnsiTheme="majorHAnsi"/>
          <w:sz w:val="24"/>
          <w:szCs w:val="24"/>
        </w:rPr>
        <w:t>hr.</w:t>
      </w:r>
    </w:p>
    <w:p w14:paraId="1FC5A38E" w14:textId="18BECB2A" w:rsidR="008E136B" w:rsidRPr="009340AB" w:rsidRDefault="008E136B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</w:t>
      </w:r>
      <w:r w:rsidR="00E415F7">
        <w:rPr>
          <w:rFonts w:asciiTheme="majorHAnsi" w:hAnsiTheme="majorHAnsi"/>
          <w:sz w:val="24"/>
          <w:szCs w:val="24"/>
        </w:rPr>
        <w:t>o. Tier West Local Government Training June 4, 2026 Houghton NY</w:t>
      </w:r>
    </w:p>
    <w:p w14:paraId="11028456" w14:textId="76CFB151" w:rsidR="00785900" w:rsidRPr="009340AB" w:rsidRDefault="004561B5" w:rsidP="009B448B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Town Justice </w:t>
      </w:r>
      <w:r w:rsidR="00EA0FFA" w:rsidRPr="009340AB">
        <w:rPr>
          <w:rFonts w:asciiTheme="majorHAnsi" w:hAnsiTheme="majorHAnsi"/>
          <w:sz w:val="24"/>
          <w:szCs w:val="24"/>
        </w:rPr>
        <w:t>March</w:t>
      </w:r>
      <w:r w:rsidR="004F4C96" w:rsidRPr="009340AB">
        <w:rPr>
          <w:rFonts w:asciiTheme="majorHAnsi" w:hAnsiTheme="majorHAnsi"/>
          <w:sz w:val="24"/>
          <w:szCs w:val="24"/>
        </w:rPr>
        <w:t xml:space="preserve"> </w:t>
      </w:r>
      <w:r w:rsidR="00126854" w:rsidRPr="009340AB">
        <w:rPr>
          <w:rFonts w:asciiTheme="majorHAnsi" w:hAnsiTheme="majorHAnsi"/>
          <w:sz w:val="24"/>
          <w:szCs w:val="24"/>
        </w:rPr>
        <w:t xml:space="preserve">Monthly </w:t>
      </w:r>
      <w:r w:rsidRPr="009340AB">
        <w:rPr>
          <w:rFonts w:asciiTheme="majorHAnsi" w:hAnsiTheme="majorHAnsi"/>
          <w:sz w:val="24"/>
          <w:szCs w:val="24"/>
        </w:rPr>
        <w:t>Report.</w:t>
      </w:r>
      <w:r w:rsidR="00126854" w:rsidRPr="009340AB">
        <w:rPr>
          <w:rFonts w:asciiTheme="majorHAnsi" w:hAnsiTheme="majorHAnsi"/>
          <w:sz w:val="24"/>
          <w:szCs w:val="24"/>
        </w:rPr>
        <w:t xml:space="preserve"> Received &amp; in packets. $</w:t>
      </w:r>
      <w:r w:rsidR="002567CA">
        <w:rPr>
          <w:rFonts w:asciiTheme="majorHAnsi" w:hAnsiTheme="majorHAnsi"/>
          <w:sz w:val="24"/>
          <w:szCs w:val="24"/>
        </w:rPr>
        <w:t>11,837</w:t>
      </w:r>
      <w:r w:rsidR="00C44997">
        <w:rPr>
          <w:rFonts w:asciiTheme="majorHAnsi" w:hAnsiTheme="majorHAnsi"/>
          <w:sz w:val="24"/>
          <w:szCs w:val="24"/>
        </w:rPr>
        <w:tab/>
      </w:r>
      <w:r w:rsidR="00BB71E1" w:rsidRPr="009340AB">
        <w:rPr>
          <w:rFonts w:asciiTheme="majorHAnsi" w:hAnsiTheme="majorHAnsi"/>
          <w:sz w:val="24"/>
          <w:szCs w:val="24"/>
        </w:rPr>
        <w:t xml:space="preserve">   </w:t>
      </w:r>
      <w:r w:rsidR="00126854" w:rsidRPr="009340AB">
        <w:rPr>
          <w:rFonts w:asciiTheme="majorHAnsi" w:hAnsiTheme="majorHAnsi"/>
          <w:sz w:val="24"/>
          <w:szCs w:val="24"/>
        </w:rPr>
        <w:t xml:space="preserve"> received</w:t>
      </w:r>
      <w:r w:rsidR="00BA1E7E" w:rsidRPr="009340AB">
        <w:rPr>
          <w:rFonts w:asciiTheme="majorHAnsi" w:hAnsiTheme="majorHAnsi"/>
          <w:sz w:val="24"/>
          <w:szCs w:val="24"/>
        </w:rPr>
        <w:t>. Motion to approve.</w:t>
      </w:r>
    </w:p>
    <w:p w14:paraId="19B75907" w14:textId="242B4864" w:rsidR="004561B5" w:rsidRPr="009340AB" w:rsidRDefault="004561B5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Dog Control Report</w:t>
      </w:r>
      <w:r w:rsidR="00A77D6D" w:rsidRPr="009340AB">
        <w:rPr>
          <w:rFonts w:asciiTheme="majorHAnsi" w:hAnsiTheme="majorHAnsi"/>
          <w:sz w:val="24"/>
          <w:szCs w:val="24"/>
        </w:rPr>
        <w:t xml:space="preserve"> (Rick Abbott)</w:t>
      </w:r>
    </w:p>
    <w:p w14:paraId="29DF0EF4" w14:textId="7E89C5C7" w:rsidR="004561B5" w:rsidRPr="009340AB" w:rsidRDefault="004561B5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Assessor / Real Property.</w:t>
      </w:r>
      <w:r w:rsidR="00126854" w:rsidRPr="009340AB">
        <w:rPr>
          <w:rFonts w:asciiTheme="majorHAnsi" w:hAnsiTheme="majorHAnsi"/>
          <w:sz w:val="24"/>
          <w:szCs w:val="24"/>
        </w:rPr>
        <w:t xml:space="preserve"> – no report received</w:t>
      </w:r>
      <w:r w:rsidR="009B3937" w:rsidRPr="009340AB">
        <w:rPr>
          <w:rFonts w:asciiTheme="majorHAnsi" w:hAnsiTheme="majorHAnsi"/>
          <w:sz w:val="24"/>
          <w:szCs w:val="24"/>
        </w:rPr>
        <w:t xml:space="preserve">. </w:t>
      </w:r>
      <w:r w:rsidR="00372A01">
        <w:rPr>
          <w:rFonts w:asciiTheme="majorHAnsi" w:hAnsiTheme="majorHAnsi"/>
          <w:sz w:val="24"/>
          <w:szCs w:val="24"/>
        </w:rPr>
        <w:t xml:space="preserve">Grievance Day will be held on June 4 from </w:t>
      </w:r>
      <w:r w:rsidR="009154FA">
        <w:rPr>
          <w:rFonts w:asciiTheme="majorHAnsi" w:hAnsiTheme="majorHAnsi"/>
          <w:sz w:val="24"/>
          <w:szCs w:val="24"/>
        </w:rPr>
        <w:t>5 PM – 9PM</w:t>
      </w:r>
      <w:r w:rsidR="007B5DBA">
        <w:rPr>
          <w:rFonts w:asciiTheme="majorHAnsi" w:hAnsiTheme="majorHAnsi"/>
          <w:sz w:val="24"/>
          <w:szCs w:val="24"/>
        </w:rPr>
        <w:t xml:space="preserve"> in the Meeting room of the Grange.</w:t>
      </w:r>
    </w:p>
    <w:p w14:paraId="3EEE47D5" w14:textId="2B5C6FA4" w:rsidR="001062AB" w:rsidRPr="009340AB" w:rsidRDefault="00126854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M.A.C.E. </w:t>
      </w:r>
      <w:r w:rsidR="001062AB" w:rsidRPr="009340AB">
        <w:rPr>
          <w:rFonts w:asciiTheme="majorHAnsi" w:hAnsiTheme="majorHAnsi"/>
          <w:sz w:val="24"/>
          <w:szCs w:val="24"/>
        </w:rPr>
        <w:tab/>
      </w:r>
    </w:p>
    <w:p w14:paraId="0425770E" w14:textId="6D73A302" w:rsidR="00FE6D69" w:rsidRPr="009340AB" w:rsidRDefault="00EA0FFA" w:rsidP="00111ADD">
      <w:pPr>
        <w:pStyle w:val="ListNumber"/>
        <w:numPr>
          <w:ilvl w:val="1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March</w:t>
      </w:r>
      <w:r w:rsidR="001062AB" w:rsidRPr="009340AB">
        <w:rPr>
          <w:rFonts w:asciiTheme="majorHAnsi" w:hAnsiTheme="majorHAnsi"/>
          <w:sz w:val="24"/>
          <w:szCs w:val="24"/>
        </w:rPr>
        <w:t xml:space="preserve"> report in packets</w:t>
      </w:r>
      <w:r w:rsidR="006074C7">
        <w:rPr>
          <w:rFonts w:asciiTheme="majorHAnsi" w:hAnsiTheme="majorHAnsi"/>
          <w:sz w:val="24"/>
          <w:szCs w:val="24"/>
        </w:rPr>
        <w:t xml:space="preserve"> (2 Building permits issued, one inspection)</w:t>
      </w:r>
    </w:p>
    <w:p w14:paraId="543956CD" w14:textId="77777777" w:rsidR="00FE6D69" w:rsidRPr="009340AB" w:rsidRDefault="00FE6D69" w:rsidP="00FE6D69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41CAA6B3" w14:textId="4AB10CBB" w:rsidR="00290BE3" w:rsidRDefault="00FF651E" w:rsidP="00B27571">
      <w:pPr>
        <w:pStyle w:val="ListNumber"/>
        <w:rPr>
          <w:rFonts w:asciiTheme="majorHAnsi" w:hAnsiTheme="majorHAnsi"/>
          <w:sz w:val="24"/>
          <w:szCs w:val="24"/>
        </w:rPr>
      </w:pPr>
      <w:r w:rsidRPr="00B036B7">
        <w:rPr>
          <w:rFonts w:asciiTheme="majorHAnsi" w:hAnsiTheme="majorHAnsi"/>
          <w:b/>
          <w:bCs/>
          <w:sz w:val="24"/>
          <w:szCs w:val="24"/>
        </w:rPr>
        <w:t xml:space="preserve">Resolution </w:t>
      </w:r>
      <w:r w:rsidR="004F601C">
        <w:rPr>
          <w:rFonts w:asciiTheme="majorHAnsi" w:hAnsiTheme="majorHAnsi"/>
          <w:b/>
          <w:bCs/>
          <w:sz w:val="24"/>
          <w:szCs w:val="24"/>
        </w:rPr>
        <w:t>4-2026</w:t>
      </w:r>
      <w:r w:rsidR="00950E54">
        <w:rPr>
          <w:rFonts w:asciiTheme="majorHAnsi" w:hAnsiTheme="majorHAnsi"/>
          <w:b/>
          <w:bCs/>
          <w:sz w:val="24"/>
          <w:szCs w:val="24"/>
        </w:rPr>
        <w:t xml:space="preserve"> </w:t>
      </w:r>
      <w:r w:rsidR="00950E54">
        <w:rPr>
          <w:rFonts w:asciiTheme="majorHAnsi" w:hAnsiTheme="majorHAnsi"/>
          <w:sz w:val="24"/>
          <w:szCs w:val="24"/>
        </w:rPr>
        <w:t xml:space="preserve">calling for a public hearing </w:t>
      </w:r>
      <w:r w:rsidRPr="009340AB">
        <w:rPr>
          <w:rFonts w:asciiTheme="majorHAnsi" w:hAnsiTheme="majorHAnsi"/>
          <w:sz w:val="24"/>
          <w:szCs w:val="24"/>
        </w:rPr>
        <w:t>to</w:t>
      </w:r>
      <w:r w:rsidR="00760D70" w:rsidRPr="009340AB">
        <w:rPr>
          <w:rFonts w:asciiTheme="majorHAnsi" w:hAnsiTheme="majorHAnsi"/>
          <w:sz w:val="24"/>
          <w:szCs w:val="24"/>
        </w:rPr>
        <w:t xml:space="preserve"> create a Water District in the Town of Angelica</w:t>
      </w:r>
      <w:r w:rsidR="00D82088">
        <w:rPr>
          <w:rFonts w:asciiTheme="majorHAnsi" w:hAnsiTheme="majorHAnsi"/>
          <w:sz w:val="24"/>
          <w:szCs w:val="24"/>
        </w:rPr>
        <w:t xml:space="preserve">.  </w:t>
      </w:r>
      <w:r w:rsidR="00D82088" w:rsidRPr="00034AD1">
        <w:rPr>
          <w:rFonts w:asciiTheme="majorHAnsi" w:hAnsiTheme="majorHAnsi"/>
          <w:sz w:val="24"/>
          <w:szCs w:val="24"/>
        </w:rPr>
        <w:t>Public Hearing to be held on Tuesday, April 28 at 6 pm</w:t>
      </w:r>
      <w:r w:rsidR="00D82088">
        <w:rPr>
          <w:rFonts w:asciiTheme="majorHAnsi" w:hAnsiTheme="majorHAnsi"/>
          <w:sz w:val="24"/>
          <w:szCs w:val="24"/>
        </w:rPr>
        <w:t xml:space="preserve"> at the Grange Hall</w:t>
      </w:r>
      <w:r w:rsidR="000633AB">
        <w:rPr>
          <w:rFonts w:asciiTheme="majorHAnsi" w:hAnsiTheme="majorHAnsi"/>
          <w:sz w:val="24"/>
          <w:szCs w:val="24"/>
        </w:rPr>
        <w:t xml:space="preserve"> located at 59 Park Circle to be held</w:t>
      </w:r>
      <w:r w:rsidR="00655117">
        <w:rPr>
          <w:rFonts w:asciiTheme="majorHAnsi" w:hAnsiTheme="majorHAnsi"/>
          <w:sz w:val="24"/>
          <w:szCs w:val="24"/>
        </w:rPr>
        <w:t xml:space="preserve"> in the meeting room.</w:t>
      </w:r>
    </w:p>
    <w:p w14:paraId="35890182" w14:textId="31509731" w:rsidR="006C6D8A" w:rsidRPr="0001174A" w:rsidRDefault="006D7F7C" w:rsidP="00B27571">
      <w:pPr>
        <w:pStyle w:val="ListNumber"/>
        <w:rPr>
          <w:rFonts w:asciiTheme="majorHAnsi" w:hAnsiTheme="majorHAnsi"/>
          <w:sz w:val="24"/>
          <w:szCs w:val="24"/>
        </w:rPr>
      </w:pPr>
      <w:r w:rsidRPr="0001174A">
        <w:rPr>
          <w:rFonts w:asciiTheme="majorHAnsi" w:hAnsiTheme="majorHAnsi"/>
          <w:sz w:val="24"/>
          <w:szCs w:val="24"/>
        </w:rPr>
        <w:t>Quarterly Inspection Report from Antea</w:t>
      </w:r>
      <w:r w:rsidR="0001174A">
        <w:rPr>
          <w:rFonts w:asciiTheme="majorHAnsi" w:hAnsiTheme="majorHAnsi"/>
          <w:sz w:val="24"/>
          <w:szCs w:val="24"/>
        </w:rPr>
        <w:t xml:space="preserve"> </w:t>
      </w:r>
      <w:r w:rsidRPr="0001174A">
        <w:rPr>
          <w:rFonts w:asciiTheme="majorHAnsi" w:hAnsiTheme="majorHAnsi"/>
          <w:sz w:val="24"/>
          <w:szCs w:val="24"/>
        </w:rPr>
        <w:t>Group on Hyland Facility Associates Lan</w:t>
      </w:r>
      <w:r w:rsidR="0001174A">
        <w:rPr>
          <w:rFonts w:asciiTheme="majorHAnsi" w:hAnsiTheme="majorHAnsi"/>
          <w:sz w:val="24"/>
          <w:szCs w:val="24"/>
        </w:rPr>
        <w:t>d</w:t>
      </w:r>
      <w:r w:rsidRPr="0001174A">
        <w:rPr>
          <w:rFonts w:asciiTheme="majorHAnsi" w:hAnsiTheme="majorHAnsi"/>
          <w:sz w:val="24"/>
          <w:szCs w:val="24"/>
        </w:rPr>
        <w:t>fill</w:t>
      </w:r>
      <w:r w:rsidR="0001174A" w:rsidRPr="0001174A">
        <w:rPr>
          <w:rFonts w:asciiTheme="majorHAnsi" w:hAnsiTheme="majorHAnsi"/>
          <w:sz w:val="24"/>
          <w:szCs w:val="24"/>
        </w:rPr>
        <w:t xml:space="preserve">. </w:t>
      </w:r>
      <w:r w:rsidR="00750C05">
        <w:rPr>
          <w:rFonts w:asciiTheme="majorHAnsi" w:hAnsiTheme="majorHAnsi"/>
          <w:sz w:val="24"/>
          <w:szCs w:val="24"/>
        </w:rPr>
        <w:t>Copy in folders</w:t>
      </w:r>
    </w:p>
    <w:p w14:paraId="33EE5EBA" w14:textId="6AAB9F3E" w:rsidR="00111ADD" w:rsidRPr="009340AB" w:rsidRDefault="00111ADD" w:rsidP="00F7036F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Adoption </w:t>
      </w:r>
      <w:r w:rsidR="00FF651E" w:rsidRPr="009340AB">
        <w:rPr>
          <w:rFonts w:asciiTheme="majorHAnsi" w:hAnsiTheme="majorHAnsi"/>
          <w:sz w:val="24"/>
          <w:szCs w:val="24"/>
        </w:rPr>
        <w:t>of New Social Media Policy for the Town of Angelica</w:t>
      </w:r>
      <w:r w:rsidR="00B04AB9">
        <w:rPr>
          <w:rFonts w:asciiTheme="majorHAnsi" w:hAnsiTheme="majorHAnsi"/>
          <w:sz w:val="24"/>
          <w:szCs w:val="24"/>
        </w:rPr>
        <w:t>, in packets</w:t>
      </w:r>
    </w:p>
    <w:p w14:paraId="5FEFA8B6" w14:textId="6973D8B8" w:rsidR="00872CFE" w:rsidRPr="009340AB" w:rsidRDefault="004561B5" w:rsidP="00030668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 Department Report</w:t>
      </w:r>
      <w:r w:rsidR="00AA1128">
        <w:rPr>
          <w:rFonts w:asciiTheme="majorHAnsi" w:hAnsiTheme="majorHAnsi"/>
          <w:sz w:val="24"/>
          <w:szCs w:val="24"/>
        </w:rPr>
        <w:t xml:space="preserve">. </w:t>
      </w:r>
      <w:r w:rsidR="00FE4DB0" w:rsidRPr="009340AB">
        <w:rPr>
          <w:rFonts w:asciiTheme="majorHAnsi" w:hAnsiTheme="majorHAnsi"/>
          <w:sz w:val="24"/>
          <w:szCs w:val="24"/>
        </w:rPr>
        <w:t xml:space="preserve"> Included in Packets</w:t>
      </w:r>
    </w:p>
    <w:p w14:paraId="74648AFC" w14:textId="08C66066" w:rsidR="00EB0E0F" w:rsidRDefault="005932BC" w:rsidP="005E23FA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Salt Storage Shed</w:t>
      </w:r>
      <w:r w:rsidR="002D4B0D" w:rsidRPr="009340AB">
        <w:rPr>
          <w:rFonts w:asciiTheme="majorHAnsi" w:hAnsiTheme="majorHAnsi"/>
          <w:sz w:val="24"/>
          <w:szCs w:val="24"/>
        </w:rPr>
        <w:t xml:space="preserve">: </w:t>
      </w:r>
      <w:r w:rsidR="0058380A" w:rsidRPr="009340AB">
        <w:rPr>
          <w:rFonts w:asciiTheme="majorHAnsi" w:hAnsiTheme="majorHAnsi"/>
          <w:sz w:val="24"/>
          <w:szCs w:val="24"/>
        </w:rPr>
        <w:t>(W. Weaver)</w:t>
      </w:r>
    </w:p>
    <w:p w14:paraId="6411CC63" w14:textId="55C75236" w:rsidR="00C603DA" w:rsidRPr="009340AB" w:rsidRDefault="00C603DA" w:rsidP="005E23FA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Cemetery (J. Metatos) Signage</w:t>
      </w:r>
    </w:p>
    <w:p w14:paraId="592CD126" w14:textId="3BEA7B1A" w:rsidR="001705EE" w:rsidRDefault="002E2E88" w:rsidP="001705EE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Sewage Treatment Plant Update (B. Jones</w:t>
      </w:r>
      <w:r w:rsidR="001705EE">
        <w:rPr>
          <w:rFonts w:asciiTheme="majorHAnsi" w:hAnsiTheme="majorHAnsi"/>
          <w:sz w:val="24"/>
          <w:szCs w:val="24"/>
        </w:rPr>
        <w:t>)</w:t>
      </w:r>
    </w:p>
    <w:p w14:paraId="2B647EFB" w14:textId="5FC44D7A" w:rsidR="008173DB" w:rsidRPr="00372A01" w:rsidRDefault="0016087C" w:rsidP="00372A01">
      <w:pPr>
        <w:pStyle w:val="ListNumber"/>
        <w:numPr>
          <w:ilvl w:val="0"/>
          <w:numId w:val="2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County-Wide sewer Study, Allegany County Planning Board and MRB Group</w:t>
      </w:r>
      <w:r w:rsidR="00670D8A" w:rsidRPr="00372A01">
        <w:rPr>
          <w:rFonts w:asciiTheme="majorHAnsi" w:hAnsiTheme="majorHAnsi"/>
          <w:sz w:val="24"/>
          <w:szCs w:val="24"/>
        </w:rPr>
        <w:t xml:space="preserve"> </w:t>
      </w:r>
    </w:p>
    <w:p w14:paraId="56B84049" w14:textId="369FFD72" w:rsidR="00EC66D7" w:rsidRPr="009340AB" w:rsidRDefault="00DB4BF3" w:rsidP="005932BC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ConnectAll Broadband Project Request. Authorization to construc</w:t>
      </w:r>
      <w:r w:rsidR="00B82E84">
        <w:rPr>
          <w:rFonts w:asciiTheme="majorHAnsi" w:hAnsiTheme="majorHAnsi"/>
          <w:sz w:val="24"/>
          <w:szCs w:val="24"/>
        </w:rPr>
        <w:t>t</w:t>
      </w:r>
      <w:r>
        <w:rPr>
          <w:rFonts w:asciiTheme="majorHAnsi" w:hAnsiTheme="majorHAnsi"/>
          <w:sz w:val="24"/>
          <w:szCs w:val="24"/>
        </w:rPr>
        <w:t xml:space="preserve"> Fiber-Optic Facilities with the Town of Angelica Pu</w:t>
      </w:r>
      <w:r w:rsidR="00E330DB">
        <w:rPr>
          <w:rFonts w:asciiTheme="majorHAnsi" w:hAnsiTheme="majorHAnsi"/>
          <w:sz w:val="24"/>
          <w:szCs w:val="24"/>
        </w:rPr>
        <w:t>blic Right-of-Way.  Letter of Support.</w:t>
      </w:r>
    </w:p>
    <w:p w14:paraId="784EC737" w14:textId="3F4EF97B" w:rsidR="00E976A8" w:rsidRPr="009340AB" w:rsidRDefault="00E976A8" w:rsidP="005932BC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Approval of Molly</w:t>
      </w:r>
      <w:r w:rsidR="00EB2A0F" w:rsidRPr="009340AB">
        <w:rPr>
          <w:rFonts w:asciiTheme="majorHAnsi" w:hAnsiTheme="majorHAnsi"/>
          <w:sz w:val="24"/>
          <w:szCs w:val="24"/>
        </w:rPr>
        <w:t xml:space="preserve"> O’Shea as Cleaner at the rate of $16/</w:t>
      </w:r>
      <w:r w:rsidR="005422A1" w:rsidRPr="009340AB">
        <w:rPr>
          <w:rFonts w:asciiTheme="majorHAnsi" w:hAnsiTheme="majorHAnsi"/>
          <w:sz w:val="24"/>
          <w:szCs w:val="24"/>
        </w:rPr>
        <w:t>hr.</w:t>
      </w:r>
      <w:r w:rsidR="00EB2A0F" w:rsidRPr="009340AB">
        <w:rPr>
          <w:rFonts w:asciiTheme="majorHAnsi" w:hAnsiTheme="majorHAnsi"/>
          <w:sz w:val="24"/>
          <w:szCs w:val="24"/>
        </w:rPr>
        <w:t xml:space="preserve"> effective immediately.</w:t>
      </w:r>
    </w:p>
    <w:p w14:paraId="4ED90EC6" w14:textId="03DE2C63" w:rsidR="00C8724A" w:rsidRPr="009340AB" w:rsidRDefault="00C8724A" w:rsidP="005932BC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Town Hall:  Door/Railing</w:t>
      </w:r>
      <w:r w:rsidR="00C561F2" w:rsidRPr="009340AB">
        <w:rPr>
          <w:rFonts w:asciiTheme="majorHAnsi" w:hAnsiTheme="majorHAnsi"/>
          <w:sz w:val="24"/>
          <w:szCs w:val="24"/>
        </w:rPr>
        <w:t xml:space="preserve"> Update</w:t>
      </w:r>
      <w:r w:rsidR="00C44AB6">
        <w:rPr>
          <w:rFonts w:asciiTheme="majorHAnsi" w:hAnsiTheme="majorHAnsi"/>
          <w:sz w:val="24"/>
          <w:szCs w:val="24"/>
        </w:rPr>
        <w:t>. Quote received from Fred Bailor</w:t>
      </w:r>
      <w:r w:rsidR="0018104B">
        <w:rPr>
          <w:rFonts w:asciiTheme="majorHAnsi" w:hAnsiTheme="majorHAnsi"/>
          <w:sz w:val="24"/>
          <w:szCs w:val="24"/>
        </w:rPr>
        <w:t xml:space="preserve"> to remove center railing and replace with </w:t>
      </w:r>
      <w:r w:rsidR="00943530">
        <w:rPr>
          <w:rFonts w:asciiTheme="majorHAnsi" w:hAnsiTheme="majorHAnsi"/>
          <w:sz w:val="24"/>
          <w:szCs w:val="24"/>
        </w:rPr>
        <w:t>1</w:t>
      </w:r>
      <w:r w:rsidR="0018104B">
        <w:rPr>
          <w:rFonts w:asciiTheme="majorHAnsi" w:hAnsiTheme="majorHAnsi"/>
          <w:sz w:val="24"/>
          <w:szCs w:val="24"/>
        </w:rPr>
        <w:t xml:space="preserve"> new railing.</w:t>
      </w:r>
      <w:r w:rsidR="00943530">
        <w:rPr>
          <w:rFonts w:asciiTheme="majorHAnsi" w:hAnsiTheme="majorHAnsi"/>
          <w:sz w:val="24"/>
          <w:szCs w:val="24"/>
        </w:rPr>
        <w:t xml:space="preserve">  Repairs to Cemetery Fence also included.</w:t>
      </w:r>
    </w:p>
    <w:p w14:paraId="32AFE369" w14:textId="75123DD2" w:rsidR="00C561F2" w:rsidRPr="009340AB" w:rsidRDefault="00C561F2" w:rsidP="005932BC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Grange Hall: Bathroom Floor Update</w:t>
      </w:r>
    </w:p>
    <w:p w14:paraId="19F851BC" w14:textId="74191235" w:rsidR="00D87884" w:rsidRPr="009340AB" w:rsidRDefault="00D87884" w:rsidP="005932BC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Catherine </w:t>
      </w:r>
      <w:r w:rsidR="00B820B0" w:rsidRPr="009340AB">
        <w:rPr>
          <w:rFonts w:asciiTheme="majorHAnsi" w:hAnsiTheme="majorHAnsi"/>
          <w:sz w:val="24"/>
          <w:szCs w:val="24"/>
        </w:rPr>
        <w:t>Schuyler</w:t>
      </w:r>
      <w:r w:rsidRPr="009340AB">
        <w:rPr>
          <w:rFonts w:asciiTheme="majorHAnsi" w:hAnsiTheme="majorHAnsi"/>
          <w:sz w:val="24"/>
          <w:szCs w:val="24"/>
        </w:rPr>
        <w:t xml:space="preserve"> </w:t>
      </w:r>
      <w:r w:rsidR="00B820B0" w:rsidRPr="009340AB">
        <w:rPr>
          <w:rFonts w:asciiTheme="majorHAnsi" w:hAnsiTheme="majorHAnsi"/>
          <w:sz w:val="24"/>
          <w:szCs w:val="24"/>
        </w:rPr>
        <w:t>Chapter</w:t>
      </w:r>
      <w:r w:rsidRPr="009340AB">
        <w:rPr>
          <w:rFonts w:asciiTheme="majorHAnsi" w:hAnsiTheme="majorHAnsi"/>
          <w:sz w:val="24"/>
          <w:szCs w:val="24"/>
        </w:rPr>
        <w:t xml:space="preserve"> D.A.R. Monument: Update  </w:t>
      </w:r>
    </w:p>
    <w:p w14:paraId="2ADB5C8C" w14:textId="57842263" w:rsidR="005844CA" w:rsidRPr="009340AB" w:rsidRDefault="005932BC" w:rsidP="005844CA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America’s 250</w:t>
      </w:r>
      <w:r w:rsidRPr="009340AB">
        <w:rPr>
          <w:rFonts w:asciiTheme="majorHAnsi" w:hAnsiTheme="majorHAnsi"/>
          <w:sz w:val="24"/>
          <w:szCs w:val="24"/>
          <w:vertAlign w:val="superscript"/>
        </w:rPr>
        <w:t>th</w:t>
      </w:r>
      <w:r w:rsidRPr="009340AB">
        <w:rPr>
          <w:rFonts w:asciiTheme="majorHAnsi" w:hAnsiTheme="majorHAnsi"/>
          <w:sz w:val="24"/>
          <w:szCs w:val="24"/>
        </w:rPr>
        <w:t xml:space="preserve"> Birthday updat</w:t>
      </w:r>
      <w:r w:rsidR="008173DB" w:rsidRPr="009340AB">
        <w:rPr>
          <w:rFonts w:asciiTheme="majorHAnsi" w:hAnsiTheme="majorHAnsi"/>
          <w:sz w:val="24"/>
          <w:szCs w:val="24"/>
        </w:rPr>
        <w:t>e</w:t>
      </w:r>
      <w:r w:rsidR="00872A07" w:rsidRPr="009340AB">
        <w:rPr>
          <w:rFonts w:asciiTheme="majorHAnsi" w:hAnsiTheme="majorHAnsi"/>
          <w:sz w:val="24"/>
          <w:szCs w:val="24"/>
        </w:rPr>
        <w:tab/>
      </w:r>
    </w:p>
    <w:p w14:paraId="5E67A162" w14:textId="3BC79A65" w:rsidR="002911CA" w:rsidRDefault="004561B5" w:rsidP="009D09AC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Miscellaneous Business.</w:t>
      </w:r>
    </w:p>
    <w:p w14:paraId="45F6DC27" w14:textId="047E0D25" w:rsidR="009406D7" w:rsidRPr="009D09AC" w:rsidRDefault="00CE75A6" w:rsidP="00C43AE0">
      <w:pPr>
        <w:pStyle w:val="ListNumber"/>
        <w:numPr>
          <w:ilvl w:val="0"/>
          <w:numId w:val="0"/>
        </w:numPr>
        <w:ind w:left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a) </w:t>
      </w:r>
      <w:r w:rsidR="00AE23C8">
        <w:rPr>
          <w:rFonts w:asciiTheme="majorHAnsi" w:hAnsiTheme="majorHAnsi"/>
          <w:sz w:val="24"/>
          <w:szCs w:val="24"/>
        </w:rPr>
        <w:t>Off Duty</w:t>
      </w:r>
      <w:r>
        <w:rPr>
          <w:rFonts w:asciiTheme="majorHAnsi" w:hAnsiTheme="majorHAnsi"/>
          <w:sz w:val="24"/>
          <w:szCs w:val="24"/>
        </w:rPr>
        <w:t xml:space="preserve"> Restaurant/Club to be located on Hess Road</w:t>
      </w:r>
      <w:r w:rsidR="00C43AE0">
        <w:rPr>
          <w:rFonts w:asciiTheme="majorHAnsi" w:hAnsiTheme="majorHAnsi"/>
          <w:sz w:val="24"/>
          <w:szCs w:val="24"/>
        </w:rPr>
        <w:t xml:space="preserve"> at former I-86 Collison.   Opening for Business</w:t>
      </w:r>
      <w:r w:rsidR="00A30714">
        <w:rPr>
          <w:rFonts w:asciiTheme="majorHAnsi" w:hAnsiTheme="majorHAnsi"/>
          <w:sz w:val="24"/>
          <w:szCs w:val="24"/>
        </w:rPr>
        <w:t xml:space="preserve"> in the near future. </w:t>
      </w:r>
    </w:p>
    <w:p w14:paraId="2EC1F9D5" w14:textId="77BA23E2" w:rsidR="00454FA9" w:rsidRPr="009340AB" w:rsidRDefault="00454FA9" w:rsidP="00454FA9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Audience</w:t>
      </w:r>
      <w:r w:rsidR="00F853D2" w:rsidRPr="009340AB">
        <w:rPr>
          <w:rFonts w:asciiTheme="majorHAnsi" w:hAnsiTheme="majorHAnsi"/>
          <w:sz w:val="24"/>
          <w:szCs w:val="24"/>
        </w:rPr>
        <w:t>:</w:t>
      </w:r>
    </w:p>
    <w:p w14:paraId="32D8443E" w14:textId="5A5E72BE" w:rsidR="00340254" w:rsidRPr="009340AB" w:rsidRDefault="00340254" w:rsidP="00454FA9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Meeting adjourned.</w:t>
      </w:r>
    </w:p>
    <w:p w14:paraId="7A843FD8" w14:textId="77777777" w:rsidR="00340254" w:rsidRPr="009340AB" w:rsidRDefault="00340254" w:rsidP="00340254">
      <w:pPr>
        <w:pStyle w:val="ListNumber"/>
        <w:numPr>
          <w:ilvl w:val="0"/>
          <w:numId w:val="0"/>
        </w:numPr>
        <w:ind w:left="360"/>
        <w:rPr>
          <w:rFonts w:asciiTheme="majorHAnsi" w:hAnsiTheme="majorHAnsi"/>
          <w:sz w:val="24"/>
          <w:szCs w:val="24"/>
        </w:rPr>
      </w:pPr>
    </w:p>
    <w:p w14:paraId="0BCBB6C9" w14:textId="1172CDF1" w:rsidR="00340254" w:rsidRDefault="00340254" w:rsidP="00340254">
      <w:pPr>
        <w:pStyle w:val="ListNumber"/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lastRenderedPageBreak/>
        <w:t xml:space="preserve">Next Regularly Scheduled meeting will be held on </w:t>
      </w:r>
      <w:r w:rsidRPr="001C7A3D">
        <w:rPr>
          <w:rFonts w:asciiTheme="majorHAnsi" w:hAnsiTheme="majorHAnsi"/>
          <w:b/>
          <w:bCs/>
          <w:sz w:val="24"/>
          <w:szCs w:val="24"/>
        </w:rPr>
        <w:t xml:space="preserve">Monday, </w:t>
      </w:r>
      <w:r w:rsidR="00A8741E" w:rsidRPr="001C7A3D">
        <w:rPr>
          <w:rFonts w:asciiTheme="majorHAnsi" w:hAnsiTheme="majorHAnsi"/>
          <w:b/>
          <w:bCs/>
          <w:sz w:val="24"/>
          <w:szCs w:val="24"/>
        </w:rPr>
        <w:t>May</w:t>
      </w:r>
      <w:r w:rsidR="007F7E7A" w:rsidRPr="001C7A3D">
        <w:rPr>
          <w:rFonts w:asciiTheme="majorHAnsi" w:hAnsiTheme="majorHAnsi"/>
          <w:b/>
          <w:bCs/>
          <w:sz w:val="24"/>
          <w:szCs w:val="24"/>
        </w:rPr>
        <w:t xml:space="preserve"> 1</w:t>
      </w:r>
      <w:r w:rsidR="00A8741E" w:rsidRPr="001C7A3D">
        <w:rPr>
          <w:rFonts w:asciiTheme="majorHAnsi" w:hAnsiTheme="majorHAnsi"/>
          <w:b/>
          <w:bCs/>
          <w:sz w:val="24"/>
          <w:szCs w:val="24"/>
        </w:rPr>
        <w:t>1</w:t>
      </w:r>
      <w:r w:rsidR="007F7E7A" w:rsidRPr="001C7A3D">
        <w:rPr>
          <w:rFonts w:asciiTheme="majorHAnsi" w:hAnsiTheme="majorHAnsi"/>
          <w:b/>
          <w:bCs/>
          <w:sz w:val="24"/>
          <w:szCs w:val="24"/>
        </w:rPr>
        <w:t>, 2026</w:t>
      </w:r>
      <w:r w:rsidR="007F7E7A" w:rsidRPr="009340AB">
        <w:rPr>
          <w:rFonts w:asciiTheme="majorHAnsi" w:hAnsiTheme="majorHAnsi"/>
          <w:sz w:val="24"/>
          <w:szCs w:val="24"/>
        </w:rPr>
        <w:t xml:space="preserve"> </w:t>
      </w:r>
      <w:r w:rsidRPr="009340AB">
        <w:rPr>
          <w:rFonts w:asciiTheme="majorHAnsi" w:hAnsiTheme="majorHAnsi"/>
          <w:sz w:val="24"/>
          <w:szCs w:val="24"/>
        </w:rPr>
        <w:t>at 7 P.M.</w:t>
      </w:r>
    </w:p>
    <w:p w14:paraId="2BF0B1F0" w14:textId="503D3533" w:rsidR="00034AD1" w:rsidRPr="009340AB" w:rsidRDefault="00034AD1" w:rsidP="00340254">
      <w:pPr>
        <w:pStyle w:val="ListNumber"/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034AD1">
        <w:rPr>
          <w:rFonts w:asciiTheme="majorHAnsi" w:hAnsiTheme="majorHAnsi"/>
          <w:b/>
          <w:bCs/>
          <w:sz w:val="24"/>
          <w:szCs w:val="24"/>
        </w:rPr>
        <w:t>PUBLIC HEARING</w:t>
      </w:r>
      <w:r>
        <w:rPr>
          <w:rFonts w:asciiTheme="majorHAnsi" w:hAnsiTheme="majorHAnsi"/>
          <w:sz w:val="24"/>
          <w:szCs w:val="24"/>
        </w:rPr>
        <w:t xml:space="preserve"> to be held </w:t>
      </w:r>
      <w:r w:rsidRPr="00034AD1">
        <w:rPr>
          <w:rFonts w:asciiTheme="majorHAnsi" w:hAnsiTheme="majorHAnsi"/>
          <w:b/>
          <w:bCs/>
          <w:sz w:val="24"/>
          <w:szCs w:val="24"/>
        </w:rPr>
        <w:t xml:space="preserve">April 28, 2026 @ 6 PM </w:t>
      </w:r>
      <w:r>
        <w:rPr>
          <w:rFonts w:asciiTheme="majorHAnsi" w:hAnsiTheme="majorHAnsi"/>
          <w:sz w:val="24"/>
          <w:szCs w:val="24"/>
        </w:rPr>
        <w:t>in the meeting room of the Grange Building on the formation of a Water District in the Town of Angelica.</w:t>
      </w:r>
    </w:p>
    <w:p w14:paraId="7012B034" w14:textId="77777777" w:rsidR="00A200B2" w:rsidRPr="009340AB" w:rsidRDefault="00A200B2" w:rsidP="00A200B2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6FBDF099" w14:textId="7663651D" w:rsidR="00DD135E" w:rsidRPr="009340AB" w:rsidRDefault="00DD135E" w:rsidP="00A200B2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PLC</w:t>
      </w:r>
      <w:r w:rsidR="00A200B2" w:rsidRPr="009340AB">
        <w:rPr>
          <w:rFonts w:asciiTheme="majorHAnsi" w:hAnsiTheme="majorHAnsi"/>
          <w:sz w:val="24"/>
          <w:szCs w:val="24"/>
        </w:rPr>
        <w:t xml:space="preserve"> </w:t>
      </w:r>
      <w:r w:rsidR="00A8741E" w:rsidRPr="009340AB">
        <w:rPr>
          <w:rFonts w:asciiTheme="majorHAnsi" w:hAnsiTheme="majorHAnsi"/>
          <w:sz w:val="24"/>
          <w:szCs w:val="24"/>
        </w:rPr>
        <w:t>4/</w:t>
      </w:r>
      <w:r w:rsidR="00770B52">
        <w:rPr>
          <w:rFonts w:asciiTheme="majorHAnsi" w:hAnsiTheme="majorHAnsi"/>
          <w:sz w:val="24"/>
          <w:szCs w:val="24"/>
        </w:rPr>
        <w:t>1</w:t>
      </w:r>
      <w:r w:rsidR="00C421F0">
        <w:rPr>
          <w:rFonts w:asciiTheme="majorHAnsi" w:hAnsiTheme="majorHAnsi"/>
          <w:sz w:val="24"/>
          <w:szCs w:val="24"/>
        </w:rPr>
        <w:t>3</w:t>
      </w:r>
      <w:r w:rsidR="00A8741E" w:rsidRPr="009340AB">
        <w:rPr>
          <w:rFonts w:asciiTheme="majorHAnsi" w:hAnsiTheme="majorHAnsi"/>
          <w:sz w:val="24"/>
          <w:szCs w:val="24"/>
        </w:rPr>
        <w:t>/26</w:t>
      </w:r>
    </w:p>
    <w:sectPr w:rsidR="00DD135E" w:rsidRPr="009340AB" w:rsidSect="00DD3E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9928A" w14:textId="77777777" w:rsidR="006E7117" w:rsidRDefault="006E7117" w:rsidP="00100D3E">
      <w:pPr>
        <w:spacing w:after="0" w:line="240" w:lineRule="auto"/>
      </w:pPr>
      <w:r>
        <w:separator/>
      </w:r>
    </w:p>
  </w:endnote>
  <w:endnote w:type="continuationSeparator" w:id="0">
    <w:p w14:paraId="61519928" w14:textId="77777777" w:rsidR="006E7117" w:rsidRDefault="006E7117" w:rsidP="00100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47E6D" w14:textId="77777777" w:rsidR="00100D3E" w:rsidRDefault="00100D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239D3" w14:textId="77777777" w:rsidR="00100D3E" w:rsidRDefault="00100D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94901" w14:textId="77777777" w:rsidR="00100D3E" w:rsidRDefault="00100D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931DF" w14:textId="77777777" w:rsidR="006E7117" w:rsidRDefault="006E7117" w:rsidP="00100D3E">
      <w:pPr>
        <w:spacing w:after="0" w:line="240" w:lineRule="auto"/>
      </w:pPr>
      <w:r>
        <w:separator/>
      </w:r>
    </w:p>
  </w:footnote>
  <w:footnote w:type="continuationSeparator" w:id="0">
    <w:p w14:paraId="6B4B9423" w14:textId="77777777" w:rsidR="006E7117" w:rsidRDefault="006E7117" w:rsidP="00100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01D68" w14:textId="77777777" w:rsidR="00100D3E" w:rsidRDefault="00100D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BE827" w14:textId="77777777" w:rsidR="00100D3E" w:rsidRDefault="00100D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97101" w14:textId="77777777" w:rsidR="00100D3E" w:rsidRDefault="00100D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82C67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4E0354"/>
    <w:multiLevelType w:val="hybridMultilevel"/>
    <w:tmpl w:val="94E48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4561B2"/>
    <w:multiLevelType w:val="hybridMultilevel"/>
    <w:tmpl w:val="871CE4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0E28E5"/>
    <w:multiLevelType w:val="hybridMultilevel"/>
    <w:tmpl w:val="23189F3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A3D52B8"/>
    <w:multiLevelType w:val="multilevel"/>
    <w:tmpl w:val="CE52B582"/>
    <w:lvl w:ilvl="0">
      <w:start w:val="1"/>
      <w:numFmt w:val="decimal"/>
      <w:pStyle w:val="ListNumber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numFmt w:val="bullet"/>
      <w:lvlText w:val=""/>
      <w:lvlJc w:val="left"/>
      <w:pPr>
        <w:ind w:left="3600" w:hanging="360"/>
      </w:pPr>
      <w:rPr>
        <w:rFonts w:ascii="Symbol" w:eastAsiaTheme="minorEastAsia" w:hAnsi="Symbol" w:cstheme="minorBidi" w:hint="default"/>
      </w:r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13404"/>
    <w:multiLevelType w:val="hybridMultilevel"/>
    <w:tmpl w:val="8A3233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B7D1480"/>
    <w:multiLevelType w:val="hybridMultilevel"/>
    <w:tmpl w:val="F7E0D43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680B0A"/>
    <w:multiLevelType w:val="hybridMultilevel"/>
    <w:tmpl w:val="7FD205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4577B0"/>
    <w:multiLevelType w:val="hybridMultilevel"/>
    <w:tmpl w:val="E2264A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31D1AA1"/>
    <w:multiLevelType w:val="hybridMultilevel"/>
    <w:tmpl w:val="930250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B10F74"/>
    <w:multiLevelType w:val="hybridMultilevel"/>
    <w:tmpl w:val="FA6CAB0A"/>
    <w:lvl w:ilvl="0" w:tplc="9064CA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96231F4"/>
    <w:multiLevelType w:val="hybridMultilevel"/>
    <w:tmpl w:val="881C2B80"/>
    <w:lvl w:ilvl="0" w:tplc="04090017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A004253"/>
    <w:multiLevelType w:val="hybridMultilevel"/>
    <w:tmpl w:val="7090A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989514">
    <w:abstractNumId w:val="8"/>
  </w:num>
  <w:num w:numId="2" w16cid:durableId="537352088">
    <w:abstractNumId w:val="6"/>
  </w:num>
  <w:num w:numId="3" w16cid:durableId="1256937007">
    <w:abstractNumId w:val="5"/>
  </w:num>
  <w:num w:numId="4" w16cid:durableId="927733830">
    <w:abstractNumId w:val="4"/>
  </w:num>
  <w:num w:numId="5" w16cid:durableId="1591041562">
    <w:abstractNumId w:val="12"/>
  </w:num>
  <w:num w:numId="6" w16cid:durableId="639113387">
    <w:abstractNumId w:val="3"/>
  </w:num>
  <w:num w:numId="7" w16cid:durableId="1348408082">
    <w:abstractNumId w:val="2"/>
  </w:num>
  <w:num w:numId="8" w16cid:durableId="1167593644">
    <w:abstractNumId w:val="1"/>
  </w:num>
  <w:num w:numId="9" w16cid:durableId="1294289679">
    <w:abstractNumId w:val="0"/>
  </w:num>
  <w:num w:numId="10" w16cid:durableId="2135324957">
    <w:abstractNumId w:val="12"/>
    <w:lvlOverride w:ilvl="0">
      <w:startOverride w:val="1"/>
    </w:lvlOverride>
  </w:num>
  <w:num w:numId="11" w16cid:durableId="502210406">
    <w:abstractNumId w:val="19"/>
  </w:num>
  <w:num w:numId="12" w16cid:durableId="2032954894">
    <w:abstractNumId w:val="18"/>
  </w:num>
  <w:num w:numId="13" w16cid:durableId="921256700">
    <w:abstractNumId w:val="12"/>
  </w:num>
  <w:num w:numId="14" w16cid:durableId="754858030">
    <w:abstractNumId w:val="14"/>
  </w:num>
  <w:num w:numId="15" w16cid:durableId="1056929608">
    <w:abstractNumId w:val="17"/>
  </w:num>
  <w:num w:numId="16" w16cid:durableId="1537885955">
    <w:abstractNumId w:val="10"/>
  </w:num>
  <w:num w:numId="17" w16cid:durableId="716050539">
    <w:abstractNumId w:val="7"/>
  </w:num>
  <w:num w:numId="18" w16cid:durableId="850291674">
    <w:abstractNumId w:val="16"/>
  </w:num>
  <w:num w:numId="19" w16cid:durableId="1152327353">
    <w:abstractNumId w:val="7"/>
  </w:num>
  <w:num w:numId="20" w16cid:durableId="1033579769">
    <w:abstractNumId w:val="11"/>
  </w:num>
  <w:num w:numId="21" w16cid:durableId="1303924183">
    <w:abstractNumId w:val="20"/>
  </w:num>
  <w:num w:numId="22" w16cid:durableId="1677225492">
    <w:abstractNumId w:val="15"/>
  </w:num>
  <w:num w:numId="23" w16cid:durableId="1129665195">
    <w:abstractNumId w:val="7"/>
  </w:num>
  <w:num w:numId="24" w16cid:durableId="435296511">
    <w:abstractNumId w:val="13"/>
  </w:num>
  <w:num w:numId="25" w16cid:durableId="10196961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74A"/>
    <w:rsid w:val="00030668"/>
    <w:rsid w:val="00034616"/>
    <w:rsid w:val="00034AD1"/>
    <w:rsid w:val="00044758"/>
    <w:rsid w:val="0005075F"/>
    <w:rsid w:val="00056588"/>
    <w:rsid w:val="0006063C"/>
    <w:rsid w:val="000633AB"/>
    <w:rsid w:val="00083C88"/>
    <w:rsid w:val="000C5368"/>
    <w:rsid w:val="000E5720"/>
    <w:rsid w:val="000E6499"/>
    <w:rsid w:val="000E6B26"/>
    <w:rsid w:val="000F3B9E"/>
    <w:rsid w:val="00100D3E"/>
    <w:rsid w:val="001062AB"/>
    <w:rsid w:val="00111ADD"/>
    <w:rsid w:val="00121C78"/>
    <w:rsid w:val="001251E2"/>
    <w:rsid w:val="00126854"/>
    <w:rsid w:val="00133597"/>
    <w:rsid w:val="001501C0"/>
    <w:rsid w:val="0015074B"/>
    <w:rsid w:val="001524E8"/>
    <w:rsid w:val="00153C07"/>
    <w:rsid w:val="0016087C"/>
    <w:rsid w:val="001705EE"/>
    <w:rsid w:val="0018104B"/>
    <w:rsid w:val="0018194F"/>
    <w:rsid w:val="001847A9"/>
    <w:rsid w:val="00196B27"/>
    <w:rsid w:val="001C7A3D"/>
    <w:rsid w:val="001D2FFD"/>
    <w:rsid w:val="001D59C0"/>
    <w:rsid w:val="0021275C"/>
    <w:rsid w:val="002143D3"/>
    <w:rsid w:val="00214D0F"/>
    <w:rsid w:val="002267B5"/>
    <w:rsid w:val="00255169"/>
    <w:rsid w:val="002567CA"/>
    <w:rsid w:val="00290BE3"/>
    <w:rsid w:val="002911CA"/>
    <w:rsid w:val="0029639D"/>
    <w:rsid w:val="002A5030"/>
    <w:rsid w:val="002D4B0D"/>
    <w:rsid w:val="002E2E88"/>
    <w:rsid w:val="002F0DD2"/>
    <w:rsid w:val="002F177E"/>
    <w:rsid w:val="002F64A3"/>
    <w:rsid w:val="00311F56"/>
    <w:rsid w:val="00326F90"/>
    <w:rsid w:val="00340254"/>
    <w:rsid w:val="003413D8"/>
    <w:rsid w:val="00360797"/>
    <w:rsid w:val="00365CFB"/>
    <w:rsid w:val="003707FA"/>
    <w:rsid w:val="00372A01"/>
    <w:rsid w:val="00374B4D"/>
    <w:rsid w:val="00382245"/>
    <w:rsid w:val="0038354C"/>
    <w:rsid w:val="00390C23"/>
    <w:rsid w:val="003963AD"/>
    <w:rsid w:val="003B5CC2"/>
    <w:rsid w:val="003B75ED"/>
    <w:rsid w:val="003C3677"/>
    <w:rsid w:val="003D004F"/>
    <w:rsid w:val="0040668B"/>
    <w:rsid w:val="00427538"/>
    <w:rsid w:val="0045075F"/>
    <w:rsid w:val="00454FA9"/>
    <w:rsid w:val="004559B4"/>
    <w:rsid w:val="004561B5"/>
    <w:rsid w:val="00463E32"/>
    <w:rsid w:val="00473B54"/>
    <w:rsid w:val="00474C09"/>
    <w:rsid w:val="00475EC8"/>
    <w:rsid w:val="00482E85"/>
    <w:rsid w:val="0049172F"/>
    <w:rsid w:val="0049731B"/>
    <w:rsid w:val="004A0424"/>
    <w:rsid w:val="004A3D73"/>
    <w:rsid w:val="004D3FEE"/>
    <w:rsid w:val="004F1EF3"/>
    <w:rsid w:val="004F48B3"/>
    <w:rsid w:val="004F4C96"/>
    <w:rsid w:val="004F601C"/>
    <w:rsid w:val="00512385"/>
    <w:rsid w:val="005207F5"/>
    <w:rsid w:val="00536576"/>
    <w:rsid w:val="005422A1"/>
    <w:rsid w:val="00573CE8"/>
    <w:rsid w:val="005765EC"/>
    <w:rsid w:val="0058380A"/>
    <w:rsid w:val="005844CA"/>
    <w:rsid w:val="005932BC"/>
    <w:rsid w:val="005E0050"/>
    <w:rsid w:val="005E23FA"/>
    <w:rsid w:val="006074C7"/>
    <w:rsid w:val="00611DBA"/>
    <w:rsid w:val="006274DA"/>
    <w:rsid w:val="00655117"/>
    <w:rsid w:val="006641DC"/>
    <w:rsid w:val="00670D8A"/>
    <w:rsid w:val="00686938"/>
    <w:rsid w:val="006B4EF1"/>
    <w:rsid w:val="006C2563"/>
    <w:rsid w:val="006C6D8A"/>
    <w:rsid w:val="006D7F7C"/>
    <w:rsid w:val="006E4D20"/>
    <w:rsid w:val="006E7117"/>
    <w:rsid w:val="007456BB"/>
    <w:rsid w:val="00750C05"/>
    <w:rsid w:val="00760D70"/>
    <w:rsid w:val="00770B52"/>
    <w:rsid w:val="00781B87"/>
    <w:rsid w:val="00785900"/>
    <w:rsid w:val="007B5DBA"/>
    <w:rsid w:val="007E782C"/>
    <w:rsid w:val="007F150A"/>
    <w:rsid w:val="007F33E1"/>
    <w:rsid w:val="007F7E7A"/>
    <w:rsid w:val="00802DE8"/>
    <w:rsid w:val="008173DB"/>
    <w:rsid w:val="0082579D"/>
    <w:rsid w:val="00830663"/>
    <w:rsid w:val="0084703C"/>
    <w:rsid w:val="0085132F"/>
    <w:rsid w:val="00860FCA"/>
    <w:rsid w:val="0086407D"/>
    <w:rsid w:val="00872A07"/>
    <w:rsid w:val="00872CFE"/>
    <w:rsid w:val="00892D2A"/>
    <w:rsid w:val="008B5837"/>
    <w:rsid w:val="008B71EF"/>
    <w:rsid w:val="008E136B"/>
    <w:rsid w:val="008F27CF"/>
    <w:rsid w:val="008F5D68"/>
    <w:rsid w:val="009154FA"/>
    <w:rsid w:val="00930FB5"/>
    <w:rsid w:val="009340AB"/>
    <w:rsid w:val="009406D7"/>
    <w:rsid w:val="00943530"/>
    <w:rsid w:val="00950E54"/>
    <w:rsid w:val="00956CBF"/>
    <w:rsid w:val="00974144"/>
    <w:rsid w:val="00975E58"/>
    <w:rsid w:val="009817C5"/>
    <w:rsid w:val="009A78CD"/>
    <w:rsid w:val="009B3937"/>
    <w:rsid w:val="009B448B"/>
    <w:rsid w:val="009D09AC"/>
    <w:rsid w:val="009D1E7B"/>
    <w:rsid w:val="009D5495"/>
    <w:rsid w:val="00A0403C"/>
    <w:rsid w:val="00A0581D"/>
    <w:rsid w:val="00A200B2"/>
    <w:rsid w:val="00A22B09"/>
    <w:rsid w:val="00A30714"/>
    <w:rsid w:val="00A6245C"/>
    <w:rsid w:val="00A73ECD"/>
    <w:rsid w:val="00A77D6D"/>
    <w:rsid w:val="00A859BA"/>
    <w:rsid w:val="00A8741E"/>
    <w:rsid w:val="00AA1128"/>
    <w:rsid w:val="00AA1D8D"/>
    <w:rsid w:val="00AA6ABD"/>
    <w:rsid w:val="00AA6E30"/>
    <w:rsid w:val="00AC0D02"/>
    <w:rsid w:val="00AD1BBD"/>
    <w:rsid w:val="00AD1E97"/>
    <w:rsid w:val="00AE23C8"/>
    <w:rsid w:val="00AF216F"/>
    <w:rsid w:val="00B036B7"/>
    <w:rsid w:val="00B04AB9"/>
    <w:rsid w:val="00B10899"/>
    <w:rsid w:val="00B169BF"/>
    <w:rsid w:val="00B264E8"/>
    <w:rsid w:val="00B27571"/>
    <w:rsid w:val="00B438A7"/>
    <w:rsid w:val="00B47730"/>
    <w:rsid w:val="00B632C6"/>
    <w:rsid w:val="00B820B0"/>
    <w:rsid w:val="00B82E84"/>
    <w:rsid w:val="00BA1E7E"/>
    <w:rsid w:val="00BA45A3"/>
    <w:rsid w:val="00BB71E1"/>
    <w:rsid w:val="00BD72FF"/>
    <w:rsid w:val="00C16209"/>
    <w:rsid w:val="00C27CEF"/>
    <w:rsid w:val="00C37CAB"/>
    <w:rsid w:val="00C421F0"/>
    <w:rsid w:val="00C43A19"/>
    <w:rsid w:val="00C43AE0"/>
    <w:rsid w:val="00C44997"/>
    <w:rsid w:val="00C44AB6"/>
    <w:rsid w:val="00C561F2"/>
    <w:rsid w:val="00C603DA"/>
    <w:rsid w:val="00C8724A"/>
    <w:rsid w:val="00C93B15"/>
    <w:rsid w:val="00CA3427"/>
    <w:rsid w:val="00CA733B"/>
    <w:rsid w:val="00CB0664"/>
    <w:rsid w:val="00CB3792"/>
    <w:rsid w:val="00CC1198"/>
    <w:rsid w:val="00CE035F"/>
    <w:rsid w:val="00CE65A9"/>
    <w:rsid w:val="00CE75A6"/>
    <w:rsid w:val="00D023FE"/>
    <w:rsid w:val="00D14E4E"/>
    <w:rsid w:val="00D172A9"/>
    <w:rsid w:val="00D23992"/>
    <w:rsid w:val="00D250E9"/>
    <w:rsid w:val="00D421A3"/>
    <w:rsid w:val="00D42AD2"/>
    <w:rsid w:val="00D6481F"/>
    <w:rsid w:val="00D70B04"/>
    <w:rsid w:val="00D73101"/>
    <w:rsid w:val="00D80E86"/>
    <w:rsid w:val="00D82088"/>
    <w:rsid w:val="00D87884"/>
    <w:rsid w:val="00D94255"/>
    <w:rsid w:val="00DB4BF3"/>
    <w:rsid w:val="00DD0E22"/>
    <w:rsid w:val="00DD135E"/>
    <w:rsid w:val="00DD3E22"/>
    <w:rsid w:val="00DE3401"/>
    <w:rsid w:val="00E330DB"/>
    <w:rsid w:val="00E415F7"/>
    <w:rsid w:val="00E749D8"/>
    <w:rsid w:val="00E7637D"/>
    <w:rsid w:val="00E83685"/>
    <w:rsid w:val="00E91B5B"/>
    <w:rsid w:val="00E976A8"/>
    <w:rsid w:val="00EA0FFA"/>
    <w:rsid w:val="00EB0E0F"/>
    <w:rsid w:val="00EB101A"/>
    <w:rsid w:val="00EB2A0F"/>
    <w:rsid w:val="00EC1ACB"/>
    <w:rsid w:val="00EC66D7"/>
    <w:rsid w:val="00ED779E"/>
    <w:rsid w:val="00F113D5"/>
    <w:rsid w:val="00F12545"/>
    <w:rsid w:val="00F411CE"/>
    <w:rsid w:val="00F50162"/>
    <w:rsid w:val="00F5017D"/>
    <w:rsid w:val="00F51D18"/>
    <w:rsid w:val="00F7036F"/>
    <w:rsid w:val="00F853D2"/>
    <w:rsid w:val="00F9553B"/>
    <w:rsid w:val="00FA4CC9"/>
    <w:rsid w:val="00FB66CB"/>
    <w:rsid w:val="00FC693F"/>
    <w:rsid w:val="00FD0BA5"/>
    <w:rsid w:val="00FE4B06"/>
    <w:rsid w:val="00FE4DB0"/>
    <w:rsid w:val="00FE682C"/>
    <w:rsid w:val="00FE6D69"/>
    <w:rsid w:val="00FF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B67B46"/>
  <w14:defaultImageDpi w14:val="300"/>
  <w15:docId w15:val="{7E55AB43-8401-8343-A733-9386DE63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56082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E97132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E9713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1847</TotalTime>
  <Pages>3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Pamela Cockle Angelica Town Clerk</cp:lastModifiedBy>
  <cp:revision>163</cp:revision>
  <cp:lastPrinted>2026-04-13T18:52:00Z</cp:lastPrinted>
  <dcterms:created xsi:type="dcterms:W3CDTF">2026-04-01T14:05:00Z</dcterms:created>
  <dcterms:modified xsi:type="dcterms:W3CDTF">2026-04-13T18:53:00Z</dcterms:modified>
  <cp:category/>
</cp:coreProperties>
</file>